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DC9EF" w14:textId="77777777" w:rsidR="00230940" w:rsidRDefault="00230940" w:rsidP="00230940">
      <w:pPr>
        <w:jc w:val="right"/>
        <w:rPr>
          <w:b/>
          <w:noProof/>
          <w:lang w:val="lv-LV"/>
        </w:rPr>
      </w:pPr>
      <w:r w:rsidRPr="007C7EEC">
        <w:rPr>
          <w:b/>
          <w:noProof/>
          <w:szCs w:val="20"/>
          <w:lang w:val="lv-LV"/>
        </w:rPr>
        <w:t>1.pielikums</w:t>
      </w:r>
    </w:p>
    <w:p w14:paraId="2CE89896" w14:textId="6B0865A4" w:rsidR="00230940" w:rsidRPr="008D3D21" w:rsidRDefault="00230940" w:rsidP="00230940">
      <w:pPr>
        <w:jc w:val="right"/>
        <w:rPr>
          <w:b/>
          <w:noProof/>
          <w:lang w:val="lv-LV"/>
        </w:rPr>
      </w:pPr>
      <w:r w:rsidRPr="007C7EEC">
        <w:rPr>
          <w:b/>
          <w:noProof/>
          <w:szCs w:val="20"/>
          <w:lang w:val="lv-LV"/>
        </w:rPr>
        <w:t xml:space="preserve">TSI Nolikumam studējošo inovāciju pieteikumu </w:t>
      </w:r>
      <w:r>
        <w:rPr>
          <w:b/>
          <w:noProof/>
          <w:szCs w:val="20"/>
          <w:lang w:val="lv-LV"/>
        </w:rPr>
        <w:t>3. kārtas</w:t>
      </w:r>
      <w:r w:rsidRPr="007C7EEC">
        <w:rPr>
          <w:b/>
          <w:noProof/>
          <w:szCs w:val="20"/>
          <w:lang w:val="lv-LV"/>
        </w:rPr>
        <w:t xml:space="preserve"> atlasei, </w:t>
      </w:r>
    </w:p>
    <w:p w14:paraId="21AE7C8D" w14:textId="77777777" w:rsidR="00230940" w:rsidRDefault="00230940" w:rsidP="00230940">
      <w:pPr>
        <w:autoSpaceDE w:val="0"/>
        <w:autoSpaceDN w:val="0"/>
        <w:adjustRightInd w:val="0"/>
        <w:jc w:val="right"/>
        <w:rPr>
          <w:b/>
          <w:noProof/>
          <w:szCs w:val="20"/>
          <w:lang w:val="lv-LV"/>
        </w:rPr>
      </w:pPr>
      <w:r w:rsidRPr="007C7EEC">
        <w:rPr>
          <w:b/>
          <w:noProof/>
          <w:szCs w:val="20"/>
          <w:lang w:val="lv-LV"/>
        </w:rPr>
        <w:t>ieviešanai, uzraudzībai un finansēšanai</w:t>
      </w:r>
      <w:r>
        <w:rPr>
          <w:b/>
          <w:noProof/>
          <w:szCs w:val="20"/>
          <w:lang w:val="lv-LV"/>
        </w:rPr>
        <w:t xml:space="preserve"> </w:t>
      </w:r>
      <w:r w:rsidRPr="007C7EEC">
        <w:rPr>
          <w:b/>
          <w:noProof/>
          <w:szCs w:val="20"/>
          <w:lang w:val="lv-LV"/>
        </w:rPr>
        <w:t xml:space="preserve">projekta  </w:t>
      </w:r>
    </w:p>
    <w:p w14:paraId="17559507" w14:textId="2B2E137D" w:rsidR="00230940" w:rsidRPr="007C7EEC" w:rsidRDefault="00230940" w:rsidP="00230940">
      <w:pPr>
        <w:autoSpaceDE w:val="0"/>
        <w:autoSpaceDN w:val="0"/>
        <w:adjustRightInd w:val="0"/>
        <w:jc w:val="right"/>
        <w:rPr>
          <w:b/>
          <w:noProof/>
          <w:szCs w:val="20"/>
          <w:lang w:val="lv-LV"/>
        </w:rPr>
      </w:pPr>
      <w:r w:rsidRPr="007C7EEC">
        <w:rPr>
          <w:b/>
          <w:noProof/>
          <w:szCs w:val="20"/>
          <w:lang w:val="lv-LV"/>
        </w:rPr>
        <w:t xml:space="preserve">“Transporta un sakaru institūta inovāciju granti studentiem” </w:t>
      </w:r>
    </w:p>
    <w:p w14:paraId="4942FB8B" w14:textId="77777777" w:rsidR="00230940" w:rsidRPr="007C7EEC" w:rsidRDefault="00230940" w:rsidP="00230940">
      <w:pPr>
        <w:jc w:val="right"/>
        <w:rPr>
          <w:b/>
          <w:noProof/>
          <w:szCs w:val="20"/>
          <w:lang w:val="lv-LV"/>
        </w:rPr>
      </w:pPr>
      <w:r w:rsidRPr="007C7EEC">
        <w:rPr>
          <w:b/>
          <w:noProof/>
          <w:szCs w:val="20"/>
          <w:lang w:val="lv-LV"/>
        </w:rPr>
        <w:t>(</w:t>
      </w:r>
      <w:r w:rsidRPr="0091313B">
        <w:rPr>
          <w:b/>
          <w:noProof/>
          <w:szCs w:val="20"/>
          <w:lang w:val="lv-LV"/>
        </w:rPr>
        <w:t>Nr. 1.1.1.7/1/25/A/004</w:t>
      </w:r>
      <w:r w:rsidRPr="007C7EEC">
        <w:rPr>
          <w:b/>
          <w:noProof/>
          <w:szCs w:val="20"/>
          <w:lang w:val="lv-LV"/>
        </w:rPr>
        <w:t>) ietvaros</w:t>
      </w:r>
    </w:p>
    <w:p w14:paraId="3C79F00F" w14:textId="2F188C25" w:rsidR="00CE25F6" w:rsidRDefault="00000000" w:rsidP="00B30944">
      <w:pPr>
        <w:spacing w:before="240" w:after="200"/>
        <w:jc w:val="center"/>
      </w:pPr>
      <w:r w:rsidRPr="00230940">
        <w:rPr>
          <w:b/>
          <w:sz w:val="36"/>
        </w:rPr>
        <w:t>STUDENTU INOVĀCIJAS PROJEKTA</w:t>
      </w:r>
      <w:r w:rsidRPr="00230940">
        <w:rPr>
          <w:b/>
          <w:sz w:val="36"/>
        </w:rPr>
        <w:br/>
        <w:t>PIETEIKUMA VEIDLAPA</w:t>
      </w:r>
    </w:p>
    <w:p w14:paraId="746E5CF6" w14:textId="77777777" w:rsidR="00CE25F6" w:rsidRDefault="00CE25F6">
      <w:pPr>
        <w:spacing w:after="20"/>
      </w:pPr>
    </w:p>
    <w:p w14:paraId="48F13929" w14:textId="3BD89CFF" w:rsidR="00CE25F6" w:rsidRDefault="00000000" w:rsidP="001F320F">
      <w:pPr>
        <w:pStyle w:val="Heading2"/>
        <w:numPr>
          <w:ilvl w:val="0"/>
          <w:numId w:val="10"/>
        </w:numPr>
        <w:rPr>
          <w:rStyle w:val="Strong"/>
          <w:b/>
          <w:bCs/>
          <w:color w:val="auto"/>
        </w:rPr>
      </w:pPr>
      <w:proofErr w:type="spellStart"/>
      <w:r w:rsidRPr="001F320F">
        <w:rPr>
          <w:rStyle w:val="Strong"/>
          <w:b/>
          <w:bCs/>
          <w:color w:val="auto"/>
        </w:rPr>
        <w:t>Pieteikuma</w:t>
      </w:r>
      <w:proofErr w:type="spellEnd"/>
      <w:r w:rsidRPr="001F320F">
        <w:rPr>
          <w:rStyle w:val="Strong"/>
          <w:b/>
          <w:bCs/>
          <w:color w:val="auto"/>
        </w:rPr>
        <w:t xml:space="preserve"> </w:t>
      </w:r>
      <w:proofErr w:type="spellStart"/>
      <w:r w:rsidRPr="001F320F">
        <w:rPr>
          <w:rStyle w:val="Strong"/>
          <w:b/>
          <w:bCs/>
          <w:color w:val="auto"/>
        </w:rPr>
        <w:t>pamatinformācija</w:t>
      </w:r>
      <w:proofErr w:type="spellEnd"/>
    </w:p>
    <w:p w14:paraId="785DA6E5" w14:textId="77777777" w:rsidR="001F320F" w:rsidRPr="001F320F" w:rsidRDefault="001F320F" w:rsidP="001F320F"/>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3786"/>
        <w:gridCol w:w="6463"/>
      </w:tblGrid>
      <w:tr w:rsidR="00CE25F6" w14:paraId="6D6B1F0B" w14:textId="77777777" w:rsidTr="00230940">
        <w:trPr>
          <w:cantSplit/>
          <w:jc w:val="center"/>
        </w:trPr>
        <w:tc>
          <w:tcPr>
            <w:tcW w:w="3786" w:type="dxa"/>
            <w:shd w:val="clear" w:color="auto" w:fill="F2F2F2" w:themeFill="background1" w:themeFillShade="F2"/>
            <w:tcMar>
              <w:top w:w="90" w:type="dxa"/>
              <w:left w:w="100" w:type="dxa"/>
              <w:bottom w:w="90" w:type="dxa"/>
              <w:right w:w="100" w:type="dxa"/>
            </w:tcMar>
            <w:vAlign w:val="center"/>
          </w:tcPr>
          <w:p w14:paraId="692AB408" w14:textId="77777777" w:rsidR="00CE25F6" w:rsidRDefault="00000000">
            <w:proofErr w:type="spellStart"/>
            <w:r>
              <w:rPr>
                <w:b/>
                <w:color w:val="22313F"/>
                <w:sz w:val="19"/>
              </w:rPr>
              <w:t>Projekta</w:t>
            </w:r>
            <w:proofErr w:type="spellEnd"/>
            <w:r>
              <w:rPr>
                <w:b/>
                <w:color w:val="22313F"/>
                <w:sz w:val="19"/>
              </w:rPr>
              <w:t xml:space="preserve"> </w:t>
            </w:r>
            <w:proofErr w:type="spellStart"/>
            <w:r>
              <w:rPr>
                <w:b/>
                <w:color w:val="22313F"/>
                <w:sz w:val="19"/>
              </w:rPr>
              <w:t>nosaukums</w:t>
            </w:r>
            <w:proofErr w:type="spellEnd"/>
          </w:p>
        </w:tc>
        <w:tc>
          <w:tcPr>
            <w:tcW w:w="6463" w:type="dxa"/>
            <w:shd w:val="clear" w:color="auto" w:fill="auto"/>
            <w:tcMar>
              <w:top w:w="90" w:type="dxa"/>
              <w:left w:w="100" w:type="dxa"/>
              <w:bottom w:w="90" w:type="dxa"/>
              <w:right w:w="100" w:type="dxa"/>
            </w:tcMar>
            <w:vAlign w:val="center"/>
          </w:tcPr>
          <w:p w14:paraId="26498474" w14:textId="77777777" w:rsidR="00CE25F6" w:rsidRDefault="00000000">
            <w:sdt>
              <w:sdtPr>
                <w:alias w:val="ST_PROJECT_TITLE"/>
                <w:tag w:val="ST_PROJECT_TITLE"/>
                <w:id w:val="1045101583"/>
                <w:text/>
              </w:sdtPr>
              <w:sdtContent>
                <w:r>
                  <w:rPr>
                    <w:color w:val="1F1F1F"/>
                  </w:rPr>
                  <w:t>Ievadiet projekta nosaukumu</w:t>
                </w:r>
              </w:sdtContent>
            </w:sdt>
          </w:p>
        </w:tc>
      </w:tr>
      <w:tr w:rsidR="00CE25F6" w14:paraId="1D4375AE" w14:textId="77777777" w:rsidTr="00230940">
        <w:trPr>
          <w:cantSplit/>
          <w:jc w:val="center"/>
        </w:trPr>
        <w:tc>
          <w:tcPr>
            <w:tcW w:w="3786" w:type="dxa"/>
            <w:shd w:val="clear" w:color="auto" w:fill="F2F2F2" w:themeFill="background1" w:themeFillShade="F2"/>
            <w:tcMar>
              <w:top w:w="90" w:type="dxa"/>
              <w:left w:w="100" w:type="dxa"/>
              <w:bottom w:w="90" w:type="dxa"/>
              <w:right w:w="100" w:type="dxa"/>
            </w:tcMar>
            <w:vAlign w:val="center"/>
          </w:tcPr>
          <w:p w14:paraId="4192DF15" w14:textId="77777777" w:rsidR="00CE25F6" w:rsidRDefault="00000000">
            <w:r>
              <w:rPr>
                <w:b/>
                <w:color w:val="22313F"/>
                <w:sz w:val="19"/>
              </w:rPr>
              <w:t>Komandas nosaukums</w:t>
            </w:r>
          </w:p>
        </w:tc>
        <w:tc>
          <w:tcPr>
            <w:tcW w:w="6463" w:type="dxa"/>
            <w:shd w:val="clear" w:color="auto" w:fill="auto"/>
            <w:tcMar>
              <w:top w:w="90" w:type="dxa"/>
              <w:left w:w="100" w:type="dxa"/>
              <w:bottom w:w="90" w:type="dxa"/>
              <w:right w:w="100" w:type="dxa"/>
            </w:tcMar>
            <w:vAlign w:val="center"/>
          </w:tcPr>
          <w:p w14:paraId="3A850CA9" w14:textId="77777777" w:rsidR="00CE25F6" w:rsidRDefault="00000000">
            <w:sdt>
              <w:sdtPr>
                <w:alias w:val="ST_TEAM_NAME"/>
                <w:tag w:val="ST_TEAM_NAME"/>
                <w:id w:val="1039629417"/>
                <w:text/>
              </w:sdtPr>
              <w:sdtContent>
                <w:r>
                  <w:rPr>
                    <w:color w:val="1F1F1F"/>
                  </w:rPr>
                  <w:t>Ievadiet komandas nosaukumu</w:t>
                </w:r>
              </w:sdtContent>
            </w:sdt>
          </w:p>
        </w:tc>
      </w:tr>
      <w:tr w:rsidR="00CE25F6" w14:paraId="5432E960" w14:textId="77777777" w:rsidTr="00230940">
        <w:trPr>
          <w:cantSplit/>
          <w:jc w:val="center"/>
        </w:trPr>
        <w:tc>
          <w:tcPr>
            <w:tcW w:w="3786" w:type="dxa"/>
            <w:shd w:val="clear" w:color="auto" w:fill="F2F2F2" w:themeFill="background1" w:themeFillShade="F2"/>
            <w:tcMar>
              <w:top w:w="90" w:type="dxa"/>
              <w:left w:w="100" w:type="dxa"/>
              <w:bottom w:w="90" w:type="dxa"/>
              <w:right w:w="100" w:type="dxa"/>
            </w:tcMar>
            <w:vAlign w:val="center"/>
          </w:tcPr>
          <w:p w14:paraId="40065639" w14:textId="77777777" w:rsidR="00CE25F6" w:rsidRDefault="00000000">
            <w:r>
              <w:rPr>
                <w:b/>
                <w:color w:val="22313F"/>
                <w:sz w:val="19"/>
              </w:rPr>
              <w:t>Komandas vadītājs (studējošais)</w:t>
            </w:r>
          </w:p>
        </w:tc>
        <w:tc>
          <w:tcPr>
            <w:tcW w:w="6463" w:type="dxa"/>
            <w:shd w:val="clear" w:color="auto" w:fill="auto"/>
            <w:tcMar>
              <w:top w:w="90" w:type="dxa"/>
              <w:left w:w="100" w:type="dxa"/>
              <w:bottom w:w="90" w:type="dxa"/>
              <w:right w:w="100" w:type="dxa"/>
            </w:tcMar>
            <w:vAlign w:val="center"/>
          </w:tcPr>
          <w:p w14:paraId="3B5C04DA" w14:textId="00EEA7A0" w:rsidR="00CE25F6" w:rsidRDefault="00000000" w:rsidP="00272EB0">
            <w:sdt>
              <w:sdtPr>
                <w:alias w:val="ST_TEAM_LEADER"/>
                <w:tag w:val="ST_TEAM_LEADER"/>
                <w:id w:val="667286371"/>
                <w:text/>
              </w:sdtPr>
              <w:sdtContent>
                <w:r>
                  <w:rPr>
                    <w:color w:val="1F1F1F"/>
                  </w:rPr>
                  <w:t>Vārds, uzvārds</w:t>
                </w:r>
              </w:sdtContent>
            </w:sdt>
          </w:p>
        </w:tc>
      </w:tr>
      <w:tr w:rsidR="00CE25F6" w14:paraId="747469EC" w14:textId="77777777" w:rsidTr="00230940">
        <w:trPr>
          <w:cantSplit/>
          <w:jc w:val="center"/>
        </w:trPr>
        <w:tc>
          <w:tcPr>
            <w:tcW w:w="3786" w:type="dxa"/>
            <w:shd w:val="clear" w:color="auto" w:fill="F2F2F2" w:themeFill="background1" w:themeFillShade="F2"/>
            <w:tcMar>
              <w:top w:w="90" w:type="dxa"/>
              <w:left w:w="100" w:type="dxa"/>
              <w:bottom w:w="90" w:type="dxa"/>
              <w:right w:w="100" w:type="dxa"/>
            </w:tcMar>
            <w:vAlign w:val="center"/>
          </w:tcPr>
          <w:p w14:paraId="402FDAF9" w14:textId="77777777" w:rsidR="00CE25F6" w:rsidRDefault="00000000">
            <w:r>
              <w:rPr>
                <w:b/>
                <w:color w:val="22313F"/>
                <w:sz w:val="19"/>
              </w:rPr>
              <w:t>Kontaktinformācija</w:t>
            </w:r>
          </w:p>
        </w:tc>
        <w:tc>
          <w:tcPr>
            <w:tcW w:w="6463" w:type="dxa"/>
            <w:shd w:val="clear" w:color="auto" w:fill="auto"/>
            <w:tcMar>
              <w:top w:w="90" w:type="dxa"/>
              <w:left w:w="100" w:type="dxa"/>
              <w:bottom w:w="90" w:type="dxa"/>
              <w:right w:w="100" w:type="dxa"/>
            </w:tcMar>
            <w:vAlign w:val="center"/>
          </w:tcPr>
          <w:p w14:paraId="4AD8A666" w14:textId="6E52634E" w:rsidR="00CE25F6" w:rsidRDefault="00000000" w:rsidP="00272EB0">
            <w:sdt>
              <w:sdtPr>
                <w:alias w:val="ST_CONTACT"/>
                <w:tag w:val="ST_CONTACT"/>
                <w:id w:val="1771813364"/>
                <w:text/>
              </w:sdtPr>
              <w:sdtContent>
                <w:r>
                  <w:rPr>
                    <w:color w:val="1F1F1F"/>
                  </w:rPr>
                  <w:t>E-pasts un tālrunis</w:t>
                </w:r>
              </w:sdtContent>
            </w:sdt>
          </w:p>
        </w:tc>
      </w:tr>
      <w:tr w:rsidR="00CE25F6" w14:paraId="19C8C93B" w14:textId="77777777" w:rsidTr="00230940">
        <w:trPr>
          <w:cantSplit/>
          <w:jc w:val="center"/>
        </w:trPr>
        <w:tc>
          <w:tcPr>
            <w:tcW w:w="3786" w:type="dxa"/>
            <w:shd w:val="clear" w:color="auto" w:fill="F2F2F2" w:themeFill="background1" w:themeFillShade="F2"/>
            <w:tcMar>
              <w:top w:w="90" w:type="dxa"/>
              <w:left w:w="100" w:type="dxa"/>
              <w:bottom w:w="90" w:type="dxa"/>
              <w:right w:w="100" w:type="dxa"/>
            </w:tcMar>
            <w:vAlign w:val="center"/>
          </w:tcPr>
          <w:p w14:paraId="31107EE4" w14:textId="77777777" w:rsidR="00CE25F6" w:rsidRDefault="00000000">
            <w:r>
              <w:rPr>
                <w:b/>
                <w:color w:val="22313F"/>
                <w:sz w:val="19"/>
              </w:rPr>
              <w:t>Projekta darba vadītājs / virsuzraugs</w:t>
            </w:r>
          </w:p>
        </w:tc>
        <w:tc>
          <w:tcPr>
            <w:tcW w:w="6463" w:type="dxa"/>
            <w:shd w:val="clear" w:color="auto" w:fill="auto"/>
            <w:tcMar>
              <w:top w:w="90" w:type="dxa"/>
              <w:left w:w="100" w:type="dxa"/>
              <w:bottom w:w="90" w:type="dxa"/>
              <w:right w:w="100" w:type="dxa"/>
            </w:tcMar>
            <w:vAlign w:val="center"/>
          </w:tcPr>
          <w:p w14:paraId="2AAF1516" w14:textId="6C144A0C" w:rsidR="00CE25F6" w:rsidRDefault="00000000" w:rsidP="00272EB0">
            <w:sdt>
              <w:sdtPr>
                <w:alias w:val="ST_SUPERVISOR"/>
                <w:tag w:val="ST_SUPERVISOR"/>
                <w:id w:val="458530857"/>
                <w:text/>
              </w:sdtPr>
              <w:sdtContent>
                <w:r>
                  <w:rPr>
                    <w:color w:val="1F1F1F"/>
                  </w:rPr>
                  <w:t>Vārds, uzvārds</w:t>
                </w:r>
              </w:sdtContent>
            </w:sdt>
          </w:p>
        </w:tc>
      </w:tr>
      <w:tr w:rsidR="00CE25F6" w14:paraId="06794167" w14:textId="77777777" w:rsidTr="00230940">
        <w:trPr>
          <w:cantSplit/>
          <w:jc w:val="center"/>
        </w:trPr>
        <w:tc>
          <w:tcPr>
            <w:tcW w:w="3786" w:type="dxa"/>
            <w:shd w:val="clear" w:color="auto" w:fill="F2F2F2" w:themeFill="background1" w:themeFillShade="F2"/>
            <w:tcMar>
              <w:top w:w="90" w:type="dxa"/>
              <w:left w:w="100" w:type="dxa"/>
              <w:bottom w:w="90" w:type="dxa"/>
              <w:right w:w="100" w:type="dxa"/>
            </w:tcMar>
            <w:vAlign w:val="center"/>
          </w:tcPr>
          <w:p w14:paraId="46DCA6EA" w14:textId="77777777" w:rsidR="00CE25F6" w:rsidRDefault="00000000">
            <w:r>
              <w:rPr>
                <w:b/>
                <w:color w:val="22313F"/>
                <w:sz w:val="19"/>
              </w:rPr>
              <w:t>Mentors (ja attiecināms)</w:t>
            </w:r>
          </w:p>
        </w:tc>
        <w:tc>
          <w:tcPr>
            <w:tcW w:w="6463" w:type="dxa"/>
            <w:shd w:val="clear" w:color="auto" w:fill="auto"/>
            <w:tcMar>
              <w:top w:w="90" w:type="dxa"/>
              <w:left w:w="100" w:type="dxa"/>
              <w:bottom w:w="90" w:type="dxa"/>
              <w:right w:w="100" w:type="dxa"/>
            </w:tcMar>
            <w:vAlign w:val="center"/>
          </w:tcPr>
          <w:p w14:paraId="79888C3F" w14:textId="2C0D56A6" w:rsidR="00CE25F6" w:rsidRDefault="00000000" w:rsidP="00272EB0">
            <w:sdt>
              <w:sdtPr>
                <w:alias w:val="ST_MENTOR"/>
                <w:tag w:val="ST_MENTOR"/>
                <w:id w:val="-1669480574"/>
                <w:text/>
              </w:sdtPr>
              <w:sdtContent>
                <w:r>
                  <w:rPr>
                    <w:color w:val="1F1F1F"/>
                  </w:rPr>
                  <w:t>Vārds, uzvārds, organizācija (ja attiecināms)</w:t>
                </w:r>
              </w:sdtContent>
            </w:sdt>
          </w:p>
        </w:tc>
      </w:tr>
      <w:tr w:rsidR="00CE25F6" w14:paraId="070F51DC" w14:textId="77777777" w:rsidTr="00230940">
        <w:trPr>
          <w:cantSplit/>
          <w:jc w:val="center"/>
        </w:trPr>
        <w:tc>
          <w:tcPr>
            <w:tcW w:w="3786" w:type="dxa"/>
            <w:shd w:val="clear" w:color="auto" w:fill="F2F2F2" w:themeFill="background1" w:themeFillShade="F2"/>
            <w:tcMar>
              <w:top w:w="90" w:type="dxa"/>
              <w:left w:w="100" w:type="dxa"/>
              <w:bottom w:w="90" w:type="dxa"/>
              <w:right w:w="100" w:type="dxa"/>
            </w:tcMar>
            <w:vAlign w:val="center"/>
          </w:tcPr>
          <w:p w14:paraId="74CED146" w14:textId="77777777" w:rsidR="00CE25F6" w:rsidRDefault="00000000">
            <w:r>
              <w:rPr>
                <w:b/>
                <w:color w:val="22313F"/>
                <w:sz w:val="19"/>
              </w:rPr>
              <w:t>Pieprasītais finansējums, EUR</w:t>
            </w:r>
          </w:p>
        </w:tc>
        <w:tc>
          <w:tcPr>
            <w:tcW w:w="6463" w:type="dxa"/>
            <w:shd w:val="clear" w:color="auto" w:fill="auto"/>
            <w:tcMar>
              <w:top w:w="90" w:type="dxa"/>
              <w:left w:w="100" w:type="dxa"/>
              <w:bottom w:w="90" w:type="dxa"/>
              <w:right w:w="100" w:type="dxa"/>
            </w:tcMar>
            <w:vAlign w:val="center"/>
          </w:tcPr>
          <w:p w14:paraId="3D3F67DC" w14:textId="77777777" w:rsidR="00CE25F6" w:rsidRDefault="00000000">
            <w:sdt>
              <w:sdtPr>
                <w:alias w:val="ST_FUNDING"/>
                <w:tag w:val="ST_FUNDING"/>
                <w:id w:val="831715868"/>
                <w:text/>
              </w:sdtPr>
              <w:sdtContent>
                <w:r>
                  <w:rPr>
                    <w:color w:val="1F1F1F"/>
                  </w:rPr>
                  <w:t>Ievadiet summu EUR</w:t>
                </w:r>
              </w:sdtContent>
            </w:sdt>
          </w:p>
          <w:p w14:paraId="44803F75" w14:textId="77777777" w:rsidR="00CE25F6" w:rsidRDefault="00000000">
            <w:pPr>
              <w:spacing w:after="0"/>
            </w:pPr>
            <w:r>
              <w:rPr>
                <w:i/>
                <w:color w:val="666666"/>
                <w:sz w:val="16"/>
              </w:rPr>
              <w:t>“Mazais” – līdz 1 200 EUR; “Lielais” – līdz 8 000 EUR</w:t>
            </w:r>
          </w:p>
        </w:tc>
      </w:tr>
      <w:tr w:rsidR="00CE25F6" w14:paraId="55F6A82E" w14:textId="77777777" w:rsidTr="00230940">
        <w:trPr>
          <w:cantSplit/>
          <w:jc w:val="center"/>
        </w:trPr>
        <w:tc>
          <w:tcPr>
            <w:tcW w:w="3786" w:type="dxa"/>
            <w:shd w:val="clear" w:color="auto" w:fill="F2F2F2" w:themeFill="background1" w:themeFillShade="F2"/>
            <w:tcMar>
              <w:top w:w="90" w:type="dxa"/>
              <w:left w:w="100" w:type="dxa"/>
              <w:bottom w:w="90" w:type="dxa"/>
              <w:right w:w="100" w:type="dxa"/>
            </w:tcMar>
            <w:vAlign w:val="center"/>
          </w:tcPr>
          <w:p w14:paraId="71C41D0A" w14:textId="77777777" w:rsidR="00CE25F6" w:rsidRDefault="00000000">
            <w:r>
              <w:rPr>
                <w:b/>
                <w:color w:val="22313F"/>
                <w:sz w:val="19"/>
              </w:rPr>
              <w:t>Pieteikuma iesniegšanas datums</w:t>
            </w:r>
          </w:p>
        </w:tc>
        <w:tc>
          <w:tcPr>
            <w:tcW w:w="6463" w:type="dxa"/>
            <w:shd w:val="clear" w:color="auto" w:fill="auto"/>
            <w:tcMar>
              <w:top w:w="90" w:type="dxa"/>
              <w:left w:w="100" w:type="dxa"/>
              <w:bottom w:w="90" w:type="dxa"/>
              <w:right w:w="100" w:type="dxa"/>
            </w:tcMar>
            <w:vAlign w:val="center"/>
          </w:tcPr>
          <w:p w14:paraId="0B9B0AB6" w14:textId="77777777" w:rsidR="00CE25F6" w:rsidRDefault="00000000">
            <w:sdt>
              <w:sdtPr>
                <w:alias w:val="ST_SUBMISSION_DATE"/>
                <w:tag w:val="ST_SUBMISSION_DATE"/>
                <w:id w:val="2062900858"/>
                <w:text/>
              </w:sdtPr>
              <w:sdtContent>
                <w:r>
                  <w:rPr>
                    <w:color w:val="1F1F1F"/>
                  </w:rPr>
                  <w:t>dd.mm.2026.</w:t>
                </w:r>
              </w:sdtContent>
            </w:sdt>
          </w:p>
        </w:tc>
      </w:tr>
    </w:tbl>
    <w:p w14:paraId="729ED229" w14:textId="77777777" w:rsidR="00CE25F6" w:rsidRDefault="00CE25F6">
      <w:pPr>
        <w:spacing w:after="20"/>
      </w:pPr>
    </w:p>
    <w:p w14:paraId="51F16CD9" w14:textId="77777777" w:rsidR="00CE25F6" w:rsidRPr="00230940" w:rsidRDefault="00000000">
      <w:pPr>
        <w:spacing w:before="100"/>
      </w:pPr>
      <w:r w:rsidRPr="00230940">
        <w:rPr>
          <w:b/>
          <w:sz w:val="22"/>
        </w:rPr>
        <w:t>Pieteikuma veids</w:t>
      </w:r>
    </w:p>
    <w:p w14:paraId="35E9A7B6" w14:textId="77777777" w:rsidR="00CE25F6" w:rsidRPr="00230940" w:rsidRDefault="00000000">
      <w:r w:rsidRPr="00230940">
        <w:rPr>
          <w:i/>
          <w:sz w:val="18"/>
        </w:rPr>
        <w:t>Atzīmējiet vienu. Izvēlētajam veidam jāatbilst idejas sākotnējai stadijai, TRL, plānotajiem rezultātiem, metodiskajām fāzēm, darba plānam un budžetam.</w:t>
      </w:r>
    </w:p>
    <w:p w14:paraId="5FD3B3A7" w14:textId="77777777" w:rsidR="00CE25F6" w:rsidRPr="00230940" w:rsidRDefault="00000000">
      <w:r w:rsidRPr="00230940">
        <w:t>☐ “Mazais” – idejas izstrāde un sākotnējā pārbaude    ☐ “Lielais” – idejas attīstība uz jau esošas koncepcijas pierādījuma bāzes</w:t>
      </w:r>
      <w:r w:rsidRPr="00230940">
        <w:rPr>
          <w:b/>
          <w:sz w:val="19"/>
        </w:rPr>
        <w:t xml:space="preserve">    Piezīmes: </w:t>
      </w:r>
      <w:sdt>
        <w:sdtPr>
          <w:alias w:val="ST_PROJECT_TYPE_NOTE"/>
          <w:tag w:val="ST_PROJECT_TYPE_NOTE"/>
          <w:id w:val="-1016539348"/>
          <w:text/>
        </w:sdtPr>
        <w:sdtContent>
          <w:r w:rsidRPr="00230940">
            <w:rPr>
              <w:sz w:val="19"/>
            </w:rPr>
            <w:t>Piezīmes (ja nepieciešams)</w:t>
          </w:r>
        </w:sdtContent>
      </w:sdt>
    </w:p>
    <w:p w14:paraId="579FF2E5" w14:textId="77777777" w:rsidR="00CE25F6" w:rsidRPr="00230940" w:rsidRDefault="00000000">
      <w:pPr>
        <w:spacing w:before="100"/>
      </w:pPr>
      <w:r w:rsidRPr="00230940">
        <w:rPr>
          <w:b/>
          <w:sz w:val="22"/>
        </w:rPr>
        <w:t>Idejas izcelsme</w:t>
      </w:r>
    </w:p>
    <w:p w14:paraId="2E36243E" w14:textId="77777777" w:rsidR="00CE25F6" w:rsidRPr="00230940" w:rsidRDefault="00000000">
      <w:r w:rsidRPr="00230940">
        <w:t>☐ iDEABank izaicinājums    ☐ Komandas pašu ideja</w:t>
      </w:r>
      <w:r w:rsidRPr="00230940">
        <w:rPr>
          <w:b/>
          <w:sz w:val="19"/>
        </w:rPr>
        <w:t xml:space="preserve">    Piezīmes: </w:t>
      </w:r>
      <w:sdt>
        <w:sdtPr>
          <w:alias w:val="ST_IDEA_SOURCE"/>
          <w:tag w:val="ST_IDEA_SOURCE"/>
          <w:id w:val="599076852"/>
          <w:text/>
        </w:sdtPr>
        <w:sdtContent>
          <w:r w:rsidRPr="00230940">
            <w:rPr>
              <w:sz w:val="19"/>
            </w:rPr>
            <w:t>Piezīmes (ja nepieciešams)</w:t>
          </w:r>
        </w:sdtContent>
      </w:sdt>
    </w:p>
    <w:p w14:paraId="6E192B53" w14:textId="77777777" w:rsidR="00CE25F6" w:rsidRPr="00230940" w:rsidRDefault="00000000">
      <w:pPr>
        <w:spacing w:before="100"/>
      </w:pPr>
      <w:r w:rsidRPr="00230940">
        <w:rPr>
          <w:b/>
          <w:sz w:val="22"/>
        </w:rPr>
        <w:t>Īss projekta kopsavilkums</w:t>
      </w:r>
    </w:p>
    <w:p w14:paraId="569FEFF5" w14:textId="77777777" w:rsidR="00CE25F6" w:rsidRDefault="00000000">
      <w:r>
        <w:rPr>
          <w:i/>
          <w:color w:val="666666"/>
          <w:sz w:val="18"/>
        </w:rPr>
        <w:t>3–5 teikumos raksturojiet problēmu, piedāvāto risinājumu, galveno mērķa grupu un projekta gala rezultātu.</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CE25F6" w14:paraId="437C7A23" w14:textId="77777777" w:rsidTr="00230940">
        <w:trPr>
          <w:trHeight w:val="850"/>
          <w:jc w:val="center"/>
        </w:trPr>
        <w:tc>
          <w:tcPr>
            <w:tcW w:w="10200" w:type="dxa"/>
            <w:shd w:val="clear" w:color="auto" w:fill="F2F2F2" w:themeFill="background1" w:themeFillShade="F2"/>
            <w:tcMar>
              <w:top w:w="110" w:type="dxa"/>
              <w:left w:w="120" w:type="dxa"/>
              <w:bottom w:w="110" w:type="dxa"/>
              <w:right w:w="120" w:type="dxa"/>
            </w:tcMar>
          </w:tcPr>
          <w:p w14:paraId="50C57DEB" w14:textId="77777777" w:rsidR="00CE25F6" w:rsidRDefault="00000000">
            <w:sdt>
              <w:sdtPr>
                <w:alias w:val="ML_SUMMARY"/>
                <w:tag w:val="ML_SUMMARY"/>
                <w:id w:val="-394195902"/>
                <w:text w:multiLine="1"/>
              </w:sdtPr>
              <w:sdtContent>
                <w:proofErr w:type="spellStart"/>
                <w:r>
                  <w:t>Ievadiet</w:t>
                </w:r>
                <w:proofErr w:type="spellEnd"/>
                <w:r>
                  <w:t xml:space="preserve"> </w:t>
                </w:r>
                <w:proofErr w:type="spellStart"/>
                <w:r>
                  <w:t>aprakstu</w:t>
                </w:r>
                <w:proofErr w:type="spellEnd"/>
                <w:r>
                  <w:t xml:space="preserve"> </w:t>
                </w:r>
                <w:proofErr w:type="spellStart"/>
                <w:r>
                  <w:t>šeit</w:t>
                </w:r>
                <w:proofErr w:type="spellEnd"/>
                <w:r>
                  <w:t>…</w:t>
                </w:r>
              </w:sdtContent>
            </w:sdt>
          </w:p>
        </w:tc>
      </w:tr>
    </w:tbl>
    <w:p w14:paraId="19665B6C" w14:textId="77777777" w:rsidR="00CE25F6" w:rsidRDefault="00CE25F6">
      <w:pPr>
        <w:spacing w:after="20"/>
      </w:pPr>
    </w:p>
    <w:p w14:paraId="055889CC" w14:textId="77777777" w:rsidR="001F320F" w:rsidRDefault="001F320F">
      <w:pPr>
        <w:spacing w:after="20"/>
      </w:pPr>
    </w:p>
    <w:p w14:paraId="2F3491F9" w14:textId="77777777" w:rsidR="001F320F" w:rsidRDefault="001F320F">
      <w:pPr>
        <w:spacing w:after="20"/>
      </w:pPr>
    </w:p>
    <w:p w14:paraId="7A67ECBB" w14:textId="77777777" w:rsidR="001F320F" w:rsidRDefault="001F320F">
      <w:pPr>
        <w:spacing w:after="20"/>
      </w:pPr>
    </w:p>
    <w:p w14:paraId="7683E38C" w14:textId="77777777" w:rsidR="001F320F" w:rsidRDefault="001F320F">
      <w:pPr>
        <w:spacing w:after="20"/>
      </w:pPr>
    </w:p>
    <w:p w14:paraId="06CDF563" w14:textId="6A9D2811" w:rsidR="00CE25F6" w:rsidRPr="00B82C71" w:rsidRDefault="00000000" w:rsidP="001F320F">
      <w:pPr>
        <w:pStyle w:val="Heading1"/>
        <w:numPr>
          <w:ilvl w:val="0"/>
          <w:numId w:val="10"/>
        </w:numPr>
        <w:rPr>
          <w:rStyle w:val="Strong"/>
          <w:b/>
          <w:bCs/>
          <w:color w:val="auto"/>
          <w:sz w:val="26"/>
          <w:szCs w:val="26"/>
        </w:rPr>
      </w:pPr>
      <w:proofErr w:type="spellStart"/>
      <w:r w:rsidRPr="00B82C71">
        <w:rPr>
          <w:rStyle w:val="Strong"/>
          <w:b/>
          <w:bCs/>
          <w:color w:val="auto"/>
          <w:sz w:val="26"/>
          <w:szCs w:val="26"/>
        </w:rPr>
        <w:lastRenderedPageBreak/>
        <w:t>Studējošo</w:t>
      </w:r>
      <w:proofErr w:type="spellEnd"/>
      <w:r w:rsidRPr="00B82C71">
        <w:rPr>
          <w:rStyle w:val="Strong"/>
          <w:b/>
          <w:bCs/>
          <w:color w:val="auto"/>
          <w:sz w:val="26"/>
          <w:szCs w:val="26"/>
        </w:rPr>
        <w:t xml:space="preserve"> </w:t>
      </w:r>
      <w:proofErr w:type="spellStart"/>
      <w:r w:rsidRPr="00B82C71">
        <w:rPr>
          <w:rStyle w:val="Strong"/>
          <w:b/>
          <w:bCs/>
          <w:color w:val="auto"/>
          <w:sz w:val="26"/>
          <w:szCs w:val="26"/>
        </w:rPr>
        <w:t>komanda</w:t>
      </w:r>
      <w:proofErr w:type="spellEnd"/>
      <w:r w:rsidRPr="00B82C71">
        <w:rPr>
          <w:rStyle w:val="Strong"/>
          <w:b/>
          <w:bCs/>
          <w:color w:val="auto"/>
          <w:sz w:val="26"/>
          <w:szCs w:val="26"/>
        </w:rPr>
        <w:t xml:space="preserve"> un </w:t>
      </w:r>
      <w:proofErr w:type="spellStart"/>
      <w:r w:rsidRPr="00B82C71">
        <w:rPr>
          <w:rStyle w:val="Strong"/>
          <w:b/>
          <w:bCs/>
          <w:color w:val="auto"/>
          <w:sz w:val="26"/>
          <w:szCs w:val="26"/>
        </w:rPr>
        <w:t>atbilstība</w:t>
      </w:r>
      <w:proofErr w:type="spellEnd"/>
      <w:r w:rsidRPr="00B82C71">
        <w:rPr>
          <w:rStyle w:val="Strong"/>
          <w:b/>
          <w:bCs/>
          <w:color w:val="auto"/>
          <w:sz w:val="26"/>
          <w:szCs w:val="26"/>
        </w:rPr>
        <w:t xml:space="preserve"> </w:t>
      </w:r>
      <w:proofErr w:type="spellStart"/>
      <w:r w:rsidRPr="00B82C71">
        <w:rPr>
          <w:rStyle w:val="Strong"/>
          <w:b/>
          <w:bCs/>
          <w:color w:val="auto"/>
          <w:sz w:val="26"/>
          <w:szCs w:val="26"/>
        </w:rPr>
        <w:t>mērķa</w:t>
      </w:r>
      <w:proofErr w:type="spellEnd"/>
      <w:r w:rsidRPr="00B82C71">
        <w:rPr>
          <w:rStyle w:val="Strong"/>
          <w:b/>
          <w:bCs/>
          <w:color w:val="auto"/>
          <w:sz w:val="26"/>
          <w:szCs w:val="26"/>
        </w:rPr>
        <w:t xml:space="preserve"> </w:t>
      </w:r>
      <w:proofErr w:type="spellStart"/>
      <w:r w:rsidRPr="00B82C71">
        <w:rPr>
          <w:rStyle w:val="Strong"/>
          <w:b/>
          <w:bCs/>
          <w:color w:val="auto"/>
          <w:sz w:val="26"/>
          <w:szCs w:val="26"/>
        </w:rPr>
        <w:t>grupai</w:t>
      </w:r>
      <w:proofErr w:type="spellEnd"/>
    </w:p>
    <w:p w14:paraId="21198201" w14:textId="77777777" w:rsidR="001F320F" w:rsidRPr="001F320F" w:rsidRDefault="001F320F" w:rsidP="001F320F">
      <w:pPr>
        <w:pStyle w:val="ListParagraph"/>
      </w:pPr>
    </w:p>
    <w:p w14:paraId="264B7E74" w14:textId="77777777" w:rsidR="00CE25F6" w:rsidRDefault="00000000">
      <w:proofErr w:type="spellStart"/>
      <w:r>
        <w:rPr>
          <w:i/>
          <w:color w:val="666666"/>
          <w:sz w:val="18"/>
        </w:rPr>
        <w:t>Aizpildiet</w:t>
      </w:r>
      <w:proofErr w:type="spellEnd"/>
      <w:r>
        <w:rPr>
          <w:i/>
          <w:color w:val="666666"/>
          <w:sz w:val="18"/>
        </w:rPr>
        <w:t xml:space="preserve"> </w:t>
      </w:r>
      <w:proofErr w:type="spellStart"/>
      <w:r>
        <w:rPr>
          <w:i/>
          <w:color w:val="666666"/>
          <w:sz w:val="18"/>
        </w:rPr>
        <w:t>tikai</w:t>
      </w:r>
      <w:proofErr w:type="spellEnd"/>
      <w:r>
        <w:rPr>
          <w:i/>
          <w:color w:val="666666"/>
          <w:sz w:val="18"/>
        </w:rPr>
        <w:t xml:space="preserve"> par </w:t>
      </w:r>
      <w:proofErr w:type="spellStart"/>
      <w:r>
        <w:rPr>
          <w:i/>
          <w:color w:val="666666"/>
          <w:sz w:val="18"/>
        </w:rPr>
        <w:t>Studējošo</w:t>
      </w:r>
      <w:proofErr w:type="spellEnd"/>
      <w:r>
        <w:rPr>
          <w:i/>
          <w:color w:val="666666"/>
          <w:sz w:val="18"/>
        </w:rPr>
        <w:t xml:space="preserve"> komandas dalībniekiem. Darba vadītāju, mentoru, ekspertus vai ārpakalpojuma sniedzējus šajā tabulā neiekļauj. “Mazajam” projektam nepieciešami vismaz 3 studējošie, “Lielajam” – vismaz 5 studējošie.</w:t>
      </w:r>
    </w:p>
    <w:tbl>
      <w:tblPr>
        <w:tblW w:w="10209"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2701"/>
        <w:gridCol w:w="2268"/>
        <w:gridCol w:w="1984"/>
        <w:gridCol w:w="2835"/>
      </w:tblGrid>
      <w:tr w:rsidR="001F320F" w:rsidRPr="00272EB0" w14:paraId="556F2470" w14:textId="77777777" w:rsidTr="001F320F">
        <w:trPr>
          <w:tblHeader/>
          <w:jc w:val="center"/>
        </w:trPr>
        <w:tc>
          <w:tcPr>
            <w:tcW w:w="421" w:type="dxa"/>
            <w:shd w:val="clear" w:color="auto" w:fill="595959" w:themeFill="text1" w:themeFillTint="A6"/>
            <w:tcMar>
              <w:top w:w="70" w:type="dxa"/>
              <w:left w:w="70" w:type="dxa"/>
              <w:bottom w:w="70" w:type="dxa"/>
              <w:right w:w="70" w:type="dxa"/>
            </w:tcMar>
          </w:tcPr>
          <w:p w14:paraId="393EF76A" w14:textId="77777777" w:rsidR="00CE25F6" w:rsidRPr="00272EB0" w:rsidRDefault="00000000">
            <w:pPr>
              <w:jc w:val="center"/>
              <w:rPr>
                <w:szCs w:val="20"/>
              </w:rPr>
            </w:pPr>
            <w:r w:rsidRPr="00272EB0">
              <w:rPr>
                <w:b/>
                <w:color w:val="FFFFFF"/>
                <w:szCs w:val="20"/>
              </w:rPr>
              <w:t>Nr.</w:t>
            </w:r>
          </w:p>
        </w:tc>
        <w:tc>
          <w:tcPr>
            <w:tcW w:w="2701" w:type="dxa"/>
            <w:shd w:val="clear" w:color="auto" w:fill="595959" w:themeFill="text1" w:themeFillTint="A6"/>
            <w:tcMar>
              <w:top w:w="70" w:type="dxa"/>
              <w:left w:w="70" w:type="dxa"/>
              <w:bottom w:w="70" w:type="dxa"/>
              <w:right w:w="70" w:type="dxa"/>
            </w:tcMar>
          </w:tcPr>
          <w:p w14:paraId="3FA67E17" w14:textId="77777777" w:rsidR="00CE25F6" w:rsidRPr="00272EB0" w:rsidRDefault="00000000">
            <w:pPr>
              <w:jc w:val="center"/>
              <w:rPr>
                <w:szCs w:val="20"/>
              </w:rPr>
            </w:pPr>
            <w:r w:rsidRPr="00272EB0">
              <w:rPr>
                <w:b/>
                <w:color w:val="FFFFFF"/>
                <w:szCs w:val="20"/>
              </w:rPr>
              <w:t>Vārds, uzvārds</w:t>
            </w:r>
          </w:p>
        </w:tc>
        <w:tc>
          <w:tcPr>
            <w:tcW w:w="2268" w:type="dxa"/>
            <w:shd w:val="clear" w:color="auto" w:fill="595959" w:themeFill="text1" w:themeFillTint="A6"/>
            <w:tcMar>
              <w:top w:w="70" w:type="dxa"/>
              <w:left w:w="70" w:type="dxa"/>
              <w:bottom w:w="70" w:type="dxa"/>
              <w:right w:w="70" w:type="dxa"/>
            </w:tcMar>
          </w:tcPr>
          <w:p w14:paraId="7140175D" w14:textId="77777777" w:rsidR="00CE25F6" w:rsidRPr="00272EB0" w:rsidRDefault="00000000">
            <w:pPr>
              <w:jc w:val="center"/>
              <w:rPr>
                <w:szCs w:val="20"/>
              </w:rPr>
            </w:pPr>
            <w:r w:rsidRPr="00272EB0">
              <w:rPr>
                <w:b/>
                <w:color w:val="FFFFFF"/>
                <w:szCs w:val="20"/>
              </w:rPr>
              <w:t>Izglītības iestāde</w:t>
            </w:r>
          </w:p>
        </w:tc>
        <w:tc>
          <w:tcPr>
            <w:tcW w:w="1984" w:type="dxa"/>
            <w:shd w:val="clear" w:color="auto" w:fill="595959" w:themeFill="text1" w:themeFillTint="A6"/>
            <w:tcMar>
              <w:top w:w="70" w:type="dxa"/>
              <w:left w:w="70" w:type="dxa"/>
              <w:bottom w:w="70" w:type="dxa"/>
              <w:right w:w="70" w:type="dxa"/>
            </w:tcMar>
          </w:tcPr>
          <w:p w14:paraId="42CD30EA" w14:textId="77777777" w:rsidR="00CE25F6" w:rsidRPr="00272EB0" w:rsidRDefault="00000000">
            <w:pPr>
              <w:jc w:val="center"/>
              <w:rPr>
                <w:szCs w:val="20"/>
              </w:rPr>
            </w:pPr>
            <w:r w:rsidRPr="00272EB0">
              <w:rPr>
                <w:b/>
                <w:color w:val="FFFFFF"/>
                <w:szCs w:val="20"/>
              </w:rPr>
              <w:t>Studiju/izglītības līmenis</w:t>
            </w:r>
          </w:p>
        </w:tc>
        <w:tc>
          <w:tcPr>
            <w:tcW w:w="2835" w:type="dxa"/>
            <w:shd w:val="clear" w:color="auto" w:fill="595959" w:themeFill="text1" w:themeFillTint="A6"/>
            <w:tcMar>
              <w:top w:w="70" w:type="dxa"/>
              <w:left w:w="70" w:type="dxa"/>
              <w:bottom w:w="70" w:type="dxa"/>
              <w:right w:w="70" w:type="dxa"/>
            </w:tcMar>
          </w:tcPr>
          <w:p w14:paraId="54DA4AA9" w14:textId="77777777" w:rsidR="00CE25F6" w:rsidRPr="00272EB0" w:rsidRDefault="00000000">
            <w:pPr>
              <w:jc w:val="center"/>
              <w:rPr>
                <w:szCs w:val="20"/>
              </w:rPr>
            </w:pPr>
            <w:r w:rsidRPr="00272EB0">
              <w:rPr>
                <w:b/>
                <w:color w:val="FFFFFF"/>
                <w:szCs w:val="20"/>
              </w:rPr>
              <w:t>Studiju/izglītības programma</w:t>
            </w:r>
          </w:p>
        </w:tc>
      </w:tr>
      <w:tr w:rsidR="00CE25F6" w:rsidRPr="00272EB0" w14:paraId="0A28B0D2" w14:textId="77777777" w:rsidTr="00272EB0">
        <w:trPr>
          <w:cantSplit/>
          <w:jc w:val="center"/>
        </w:trPr>
        <w:tc>
          <w:tcPr>
            <w:tcW w:w="421" w:type="dxa"/>
            <w:shd w:val="clear" w:color="auto" w:fill="F3F6F8"/>
            <w:tcMar>
              <w:top w:w="70" w:type="dxa"/>
              <w:left w:w="70" w:type="dxa"/>
              <w:bottom w:w="70" w:type="dxa"/>
              <w:right w:w="70" w:type="dxa"/>
            </w:tcMar>
          </w:tcPr>
          <w:p w14:paraId="23D5BDDF" w14:textId="77777777" w:rsidR="00CE25F6" w:rsidRPr="00272EB0" w:rsidRDefault="00000000">
            <w:pPr>
              <w:rPr>
                <w:szCs w:val="20"/>
              </w:rPr>
            </w:pPr>
            <w:r w:rsidRPr="00272EB0">
              <w:rPr>
                <w:color w:val="222222"/>
                <w:szCs w:val="20"/>
              </w:rPr>
              <w:t>1</w:t>
            </w:r>
          </w:p>
        </w:tc>
        <w:tc>
          <w:tcPr>
            <w:tcW w:w="2701" w:type="dxa"/>
            <w:shd w:val="clear" w:color="auto" w:fill="F3F6F8"/>
            <w:tcMar>
              <w:top w:w="70" w:type="dxa"/>
              <w:left w:w="70" w:type="dxa"/>
              <w:bottom w:w="70" w:type="dxa"/>
              <w:right w:w="70" w:type="dxa"/>
            </w:tcMar>
          </w:tcPr>
          <w:p w14:paraId="59E1DE0A" w14:textId="77777777" w:rsidR="00CE25F6" w:rsidRPr="00272EB0" w:rsidRDefault="00000000">
            <w:pPr>
              <w:rPr>
                <w:szCs w:val="20"/>
              </w:rPr>
            </w:pPr>
            <w:sdt>
              <w:sdtPr>
                <w:rPr>
                  <w:szCs w:val="20"/>
                </w:rPr>
                <w:alias w:val="ST_M1_NAME"/>
                <w:tag w:val="ST_M1_NAME"/>
                <w:id w:val="-2081128099"/>
                <w:text/>
              </w:sdtPr>
              <w:sdtContent>
                <w:r w:rsidRPr="00272EB0">
                  <w:rPr>
                    <w:color w:val="222222"/>
                    <w:szCs w:val="20"/>
                  </w:rPr>
                  <w:t>Vārds, uzvārds</w:t>
                </w:r>
              </w:sdtContent>
            </w:sdt>
          </w:p>
        </w:tc>
        <w:tc>
          <w:tcPr>
            <w:tcW w:w="2268" w:type="dxa"/>
            <w:shd w:val="clear" w:color="auto" w:fill="F3F6F8"/>
            <w:tcMar>
              <w:top w:w="70" w:type="dxa"/>
              <w:left w:w="70" w:type="dxa"/>
              <w:bottom w:w="70" w:type="dxa"/>
              <w:right w:w="70" w:type="dxa"/>
            </w:tcMar>
          </w:tcPr>
          <w:p w14:paraId="49101128" w14:textId="77777777" w:rsidR="00CE25F6" w:rsidRPr="00272EB0" w:rsidRDefault="00000000">
            <w:pPr>
              <w:rPr>
                <w:szCs w:val="20"/>
              </w:rPr>
            </w:pPr>
            <w:sdt>
              <w:sdtPr>
                <w:rPr>
                  <w:szCs w:val="20"/>
                </w:rPr>
                <w:alias w:val="ST_M1_INST"/>
                <w:tag w:val="ST_M1_INST"/>
                <w:id w:val="941495758"/>
                <w:text/>
              </w:sdtPr>
              <w:sdtContent>
                <w:r w:rsidRPr="00272EB0">
                  <w:rPr>
                    <w:color w:val="222222"/>
                    <w:szCs w:val="20"/>
                  </w:rPr>
                  <w:t>Iestāde</w:t>
                </w:r>
              </w:sdtContent>
            </w:sdt>
          </w:p>
        </w:tc>
        <w:tc>
          <w:tcPr>
            <w:tcW w:w="1984" w:type="dxa"/>
            <w:shd w:val="clear" w:color="auto" w:fill="F3F6F8"/>
            <w:tcMar>
              <w:top w:w="70" w:type="dxa"/>
              <w:left w:w="70" w:type="dxa"/>
              <w:bottom w:w="70" w:type="dxa"/>
              <w:right w:w="70" w:type="dxa"/>
            </w:tcMar>
          </w:tcPr>
          <w:p w14:paraId="086EF81D" w14:textId="77777777" w:rsidR="00CE25F6" w:rsidRPr="00272EB0" w:rsidRDefault="00000000">
            <w:pPr>
              <w:rPr>
                <w:szCs w:val="20"/>
              </w:rPr>
            </w:pPr>
            <w:sdt>
              <w:sdtPr>
                <w:rPr>
                  <w:szCs w:val="20"/>
                </w:rPr>
                <w:alias w:val="ST_M1_LEVEL"/>
                <w:tag w:val="ST_M1_LEVEL"/>
                <w:id w:val="-797609803"/>
                <w:text/>
              </w:sdtPr>
              <w:sdtContent>
                <w:r w:rsidRPr="00272EB0">
                  <w:rPr>
                    <w:color w:val="222222"/>
                    <w:szCs w:val="20"/>
                  </w:rPr>
                  <w:t>Līmenis</w:t>
                </w:r>
              </w:sdtContent>
            </w:sdt>
          </w:p>
        </w:tc>
        <w:tc>
          <w:tcPr>
            <w:tcW w:w="2835" w:type="dxa"/>
            <w:shd w:val="clear" w:color="auto" w:fill="F3F6F8"/>
            <w:tcMar>
              <w:top w:w="70" w:type="dxa"/>
              <w:left w:w="70" w:type="dxa"/>
              <w:bottom w:w="70" w:type="dxa"/>
              <w:right w:w="70" w:type="dxa"/>
            </w:tcMar>
          </w:tcPr>
          <w:p w14:paraId="24311614" w14:textId="77777777" w:rsidR="00CE25F6" w:rsidRPr="00272EB0" w:rsidRDefault="00000000">
            <w:pPr>
              <w:rPr>
                <w:szCs w:val="20"/>
              </w:rPr>
            </w:pPr>
            <w:sdt>
              <w:sdtPr>
                <w:rPr>
                  <w:szCs w:val="20"/>
                </w:rPr>
                <w:alias w:val="ST_M1_PROGRAM"/>
                <w:tag w:val="ST_M1_PROGRAM"/>
                <w:id w:val="1005168368"/>
                <w:text/>
              </w:sdtPr>
              <w:sdtContent>
                <w:r w:rsidRPr="00272EB0">
                  <w:rPr>
                    <w:color w:val="222222"/>
                    <w:szCs w:val="20"/>
                  </w:rPr>
                  <w:t>Programma</w:t>
                </w:r>
              </w:sdtContent>
            </w:sdt>
          </w:p>
        </w:tc>
      </w:tr>
      <w:tr w:rsidR="00CE25F6" w:rsidRPr="00272EB0" w14:paraId="6F316AF4" w14:textId="77777777" w:rsidTr="00272EB0">
        <w:trPr>
          <w:cantSplit/>
          <w:jc w:val="center"/>
        </w:trPr>
        <w:tc>
          <w:tcPr>
            <w:tcW w:w="421" w:type="dxa"/>
            <w:shd w:val="clear" w:color="auto" w:fill="FFFFFF"/>
            <w:tcMar>
              <w:top w:w="70" w:type="dxa"/>
              <w:left w:w="70" w:type="dxa"/>
              <w:bottom w:w="70" w:type="dxa"/>
              <w:right w:w="70" w:type="dxa"/>
            </w:tcMar>
          </w:tcPr>
          <w:p w14:paraId="56141A91" w14:textId="77777777" w:rsidR="00CE25F6" w:rsidRPr="00272EB0" w:rsidRDefault="00000000">
            <w:pPr>
              <w:rPr>
                <w:szCs w:val="20"/>
              </w:rPr>
            </w:pPr>
            <w:r w:rsidRPr="00272EB0">
              <w:rPr>
                <w:color w:val="222222"/>
                <w:szCs w:val="20"/>
              </w:rPr>
              <w:t>2</w:t>
            </w:r>
          </w:p>
        </w:tc>
        <w:tc>
          <w:tcPr>
            <w:tcW w:w="2701" w:type="dxa"/>
            <w:shd w:val="clear" w:color="auto" w:fill="FFFFFF"/>
            <w:tcMar>
              <w:top w:w="70" w:type="dxa"/>
              <w:left w:w="70" w:type="dxa"/>
              <w:bottom w:w="70" w:type="dxa"/>
              <w:right w:w="70" w:type="dxa"/>
            </w:tcMar>
          </w:tcPr>
          <w:p w14:paraId="5C4C01F1" w14:textId="77777777" w:rsidR="00CE25F6" w:rsidRPr="00272EB0" w:rsidRDefault="00000000">
            <w:pPr>
              <w:rPr>
                <w:szCs w:val="20"/>
              </w:rPr>
            </w:pPr>
            <w:sdt>
              <w:sdtPr>
                <w:rPr>
                  <w:szCs w:val="20"/>
                </w:rPr>
                <w:alias w:val="ST_M2_NAME"/>
                <w:tag w:val="ST_M2_NAME"/>
                <w:id w:val="-1673639492"/>
                <w:text/>
              </w:sdtPr>
              <w:sdtContent>
                <w:r w:rsidRPr="00272EB0">
                  <w:rPr>
                    <w:color w:val="222222"/>
                    <w:szCs w:val="20"/>
                  </w:rPr>
                  <w:t>Vārds, uzvārds</w:t>
                </w:r>
              </w:sdtContent>
            </w:sdt>
          </w:p>
        </w:tc>
        <w:tc>
          <w:tcPr>
            <w:tcW w:w="2268" w:type="dxa"/>
            <w:shd w:val="clear" w:color="auto" w:fill="FFFFFF"/>
            <w:tcMar>
              <w:top w:w="70" w:type="dxa"/>
              <w:left w:w="70" w:type="dxa"/>
              <w:bottom w:w="70" w:type="dxa"/>
              <w:right w:w="70" w:type="dxa"/>
            </w:tcMar>
          </w:tcPr>
          <w:p w14:paraId="6AF36F83" w14:textId="77777777" w:rsidR="00CE25F6" w:rsidRPr="00272EB0" w:rsidRDefault="00000000">
            <w:pPr>
              <w:rPr>
                <w:szCs w:val="20"/>
              </w:rPr>
            </w:pPr>
            <w:sdt>
              <w:sdtPr>
                <w:rPr>
                  <w:szCs w:val="20"/>
                </w:rPr>
                <w:alias w:val="ST_M2_INST"/>
                <w:tag w:val="ST_M2_INST"/>
                <w:id w:val="179087617"/>
                <w:text/>
              </w:sdtPr>
              <w:sdtContent>
                <w:r w:rsidRPr="00272EB0">
                  <w:rPr>
                    <w:color w:val="222222"/>
                    <w:szCs w:val="20"/>
                  </w:rPr>
                  <w:t>Iestāde</w:t>
                </w:r>
              </w:sdtContent>
            </w:sdt>
          </w:p>
        </w:tc>
        <w:tc>
          <w:tcPr>
            <w:tcW w:w="1984" w:type="dxa"/>
            <w:shd w:val="clear" w:color="auto" w:fill="FFFFFF"/>
            <w:tcMar>
              <w:top w:w="70" w:type="dxa"/>
              <w:left w:w="70" w:type="dxa"/>
              <w:bottom w:w="70" w:type="dxa"/>
              <w:right w:w="70" w:type="dxa"/>
            </w:tcMar>
          </w:tcPr>
          <w:p w14:paraId="1809E330" w14:textId="77777777" w:rsidR="00CE25F6" w:rsidRPr="00272EB0" w:rsidRDefault="00000000">
            <w:pPr>
              <w:rPr>
                <w:szCs w:val="20"/>
              </w:rPr>
            </w:pPr>
            <w:sdt>
              <w:sdtPr>
                <w:rPr>
                  <w:szCs w:val="20"/>
                </w:rPr>
                <w:alias w:val="ST_M2_LEVEL"/>
                <w:tag w:val="ST_M2_LEVEL"/>
                <w:id w:val="-393272038"/>
                <w:text/>
              </w:sdtPr>
              <w:sdtContent>
                <w:r w:rsidRPr="00272EB0">
                  <w:rPr>
                    <w:color w:val="222222"/>
                    <w:szCs w:val="20"/>
                  </w:rPr>
                  <w:t>Līmenis</w:t>
                </w:r>
              </w:sdtContent>
            </w:sdt>
          </w:p>
        </w:tc>
        <w:tc>
          <w:tcPr>
            <w:tcW w:w="2835" w:type="dxa"/>
            <w:shd w:val="clear" w:color="auto" w:fill="FFFFFF"/>
            <w:tcMar>
              <w:top w:w="70" w:type="dxa"/>
              <w:left w:w="70" w:type="dxa"/>
              <w:bottom w:w="70" w:type="dxa"/>
              <w:right w:w="70" w:type="dxa"/>
            </w:tcMar>
          </w:tcPr>
          <w:p w14:paraId="4E5D5FCF" w14:textId="77777777" w:rsidR="00CE25F6" w:rsidRPr="00272EB0" w:rsidRDefault="00000000">
            <w:pPr>
              <w:rPr>
                <w:szCs w:val="20"/>
              </w:rPr>
            </w:pPr>
            <w:sdt>
              <w:sdtPr>
                <w:rPr>
                  <w:szCs w:val="20"/>
                </w:rPr>
                <w:alias w:val="ST_M2_PROGRAM"/>
                <w:tag w:val="ST_M2_PROGRAM"/>
                <w:id w:val="-1680961744"/>
                <w:text/>
              </w:sdtPr>
              <w:sdtContent>
                <w:r w:rsidRPr="00272EB0">
                  <w:rPr>
                    <w:color w:val="222222"/>
                    <w:szCs w:val="20"/>
                  </w:rPr>
                  <w:t>Programma</w:t>
                </w:r>
              </w:sdtContent>
            </w:sdt>
          </w:p>
        </w:tc>
      </w:tr>
      <w:tr w:rsidR="00CE25F6" w:rsidRPr="00272EB0" w14:paraId="4BC5E51F" w14:textId="77777777" w:rsidTr="00272EB0">
        <w:trPr>
          <w:cantSplit/>
          <w:jc w:val="center"/>
        </w:trPr>
        <w:tc>
          <w:tcPr>
            <w:tcW w:w="421" w:type="dxa"/>
            <w:shd w:val="clear" w:color="auto" w:fill="F3F6F8"/>
            <w:tcMar>
              <w:top w:w="70" w:type="dxa"/>
              <w:left w:w="70" w:type="dxa"/>
              <w:bottom w:w="70" w:type="dxa"/>
              <w:right w:w="70" w:type="dxa"/>
            </w:tcMar>
          </w:tcPr>
          <w:p w14:paraId="55E0FBEA" w14:textId="77777777" w:rsidR="00CE25F6" w:rsidRPr="00272EB0" w:rsidRDefault="00000000">
            <w:pPr>
              <w:rPr>
                <w:szCs w:val="20"/>
              </w:rPr>
            </w:pPr>
            <w:r w:rsidRPr="00272EB0">
              <w:rPr>
                <w:color w:val="222222"/>
                <w:szCs w:val="20"/>
              </w:rPr>
              <w:t>3</w:t>
            </w:r>
          </w:p>
        </w:tc>
        <w:tc>
          <w:tcPr>
            <w:tcW w:w="2701" w:type="dxa"/>
            <w:shd w:val="clear" w:color="auto" w:fill="F3F6F8"/>
            <w:tcMar>
              <w:top w:w="70" w:type="dxa"/>
              <w:left w:w="70" w:type="dxa"/>
              <w:bottom w:w="70" w:type="dxa"/>
              <w:right w:w="70" w:type="dxa"/>
            </w:tcMar>
          </w:tcPr>
          <w:p w14:paraId="332D21CA" w14:textId="77777777" w:rsidR="00CE25F6" w:rsidRPr="00272EB0" w:rsidRDefault="00000000">
            <w:pPr>
              <w:rPr>
                <w:szCs w:val="20"/>
              </w:rPr>
            </w:pPr>
            <w:sdt>
              <w:sdtPr>
                <w:rPr>
                  <w:szCs w:val="20"/>
                </w:rPr>
                <w:alias w:val="ST_M3_NAME"/>
                <w:tag w:val="ST_M3_NAME"/>
                <w:id w:val="-1783499727"/>
                <w:text/>
              </w:sdtPr>
              <w:sdtContent>
                <w:r w:rsidRPr="00272EB0">
                  <w:rPr>
                    <w:color w:val="222222"/>
                    <w:szCs w:val="20"/>
                  </w:rPr>
                  <w:t>Vārds, uzvārds</w:t>
                </w:r>
              </w:sdtContent>
            </w:sdt>
          </w:p>
        </w:tc>
        <w:tc>
          <w:tcPr>
            <w:tcW w:w="2268" w:type="dxa"/>
            <w:shd w:val="clear" w:color="auto" w:fill="F3F6F8"/>
            <w:tcMar>
              <w:top w:w="70" w:type="dxa"/>
              <w:left w:w="70" w:type="dxa"/>
              <w:bottom w:w="70" w:type="dxa"/>
              <w:right w:w="70" w:type="dxa"/>
            </w:tcMar>
          </w:tcPr>
          <w:p w14:paraId="65761DCB" w14:textId="77777777" w:rsidR="00CE25F6" w:rsidRPr="00272EB0" w:rsidRDefault="00000000">
            <w:pPr>
              <w:rPr>
                <w:szCs w:val="20"/>
              </w:rPr>
            </w:pPr>
            <w:sdt>
              <w:sdtPr>
                <w:rPr>
                  <w:szCs w:val="20"/>
                </w:rPr>
                <w:alias w:val="ST_M3_INST"/>
                <w:tag w:val="ST_M3_INST"/>
                <w:id w:val="2094206156"/>
                <w:text/>
              </w:sdtPr>
              <w:sdtContent>
                <w:r w:rsidRPr="00272EB0">
                  <w:rPr>
                    <w:color w:val="222222"/>
                    <w:szCs w:val="20"/>
                  </w:rPr>
                  <w:t>Iestāde</w:t>
                </w:r>
              </w:sdtContent>
            </w:sdt>
          </w:p>
        </w:tc>
        <w:tc>
          <w:tcPr>
            <w:tcW w:w="1984" w:type="dxa"/>
            <w:shd w:val="clear" w:color="auto" w:fill="F3F6F8"/>
            <w:tcMar>
              <w:top w:w="70" w:type="dxa"/>
              <w:left w:w="70" w:type="dxa"/>
              <w:bottom w:w="70" w:type="dxa"/>
              <w:right w:w="70" w:type="dxa"/>
            </w:tcMar>
          </w:tcPr>
          <w:p w14:paraId="7F61E5A9" w14:textId="77777777" w:rsidR="00CE25F6" w:rsidRPr="00272EB0" w:rsidRDefault="00000000">
            <w:pPr>
              <w:rPr>
                <w:szCs w:val="20"/>
              </w:rPr>
            </w:pPr>
            <w:sdt>
              <w:sdtPr>
                <w:rPr>
                  <w:szCs w:val="20"/>
                </w:rPr>
                <w:alias w:val="ST_M3_LEVEL"/>
                <w:tag w:val="ST_M3_LEVEL"/>
                <w:id w:val="1028832262"/>
                <w:text/>
              </w:sdtPr>
              <w:sdtContent>
                <w:r w:rsidRPr="00272EB0">
                  <w:rPr>
                    <w:color w:val="222222"/>
                    <w:szCs w:val="20"/>
                  </w:rPr>
                  <w:t>Līmenis</w:t>
                </w:r>
              </w:sdtContent>
            </w:sdt>
          </w:p>
        </w:tc>
        <w:tc>
          <w:tcPr>
            <w:tcW w:w="2835" w:type="dxa"/>
            <w:shd w:val="clear" w:color="auto" w:fill="F3F6F8"/>
            <w:tcMar>
              <w:top w:w="70" w:type="dxa"/>
              <w:left w:w="70" w:type="dxa"/>
              <w:bottom w:w="70" w:type="dxa"/>
              <w:right w:w="70" w:type="dxa"/>
            </w:tcMar>
          </w:tcPr>
          <w:p w14:paraId="69B47A54" w14:textId="77777777" w:rsidR="00CE25F6" w:rsidRPr="00272EB0" w:rsidRDefault="00000000">
            <w:pPr>
              <w:rPr>
                <w:szCs w:val="20"/>
              </w:rPr>
            </w:pPr>
            <w:sdt>
              <w:sdtPr>
                <w:rPr>
                  <w:szCs w:val="20"/>
                </w:rPr>
                <w:alias w:val="ST_M3_PROGRAM"/>
                <w:tag w:val="ST_M3_PROGRAM"/>
                <w:id w:val="-1955314184"/>
                <w:text/>
              </w:sdtPr>
              <w:sdtContent>
                <w:r w:rsidRPr="00272EB0">
                  <w:rPr>
                    <w:color w:val="222222"/>
                    <w:szCs w:val="20"/>
                  </w:rPr>
                  <w:t>Programma</w:t>
                </w:r>
              </w:sdtContent>
            </w:sdt>
          </w:p>
        </w:tc>
      </w:tr>
      <w:tr w:rsidR="00CE25F6" w:rsidRPr="00272EB0" w14:paraId="7FA7A11F" w14:textId="77777777" w:rsidTr="00272EB0">
        <w:trPr>
          <w:cantSplit/>
          <w:jc w:val="center"/>
        </w:trPr>
        <w:tc>
          <w:tcPr>
            <w:tcW w:w="421" w:type="dxa"/>
            <w:shd w:val="clear" w:color="auto" w:fill="FFFFFF"/>
            <w:tcMar>
              <w:top w:w="70" w:type="dxa"/>
              <w:left w:w="70" w:type="dxa"/>
              <w:bottom w:w="70" w:type="dxa"/>
              <w:right w:w="70" w:type="dxa"/>
            </w:tcMar>
          </w:tcPr>
          <w:p w14:paraId="01F3B2BA" w14:textId="77777777" w:rsidR="00CE25F6" w:rsidRPr="00272EB0" w:rsidRDefault="00000000">
            <w:pPr>
              <w:rPr>
                <w:szCs w:val="20"/>
              </w:rPr>
            </w:pPr>
            <w:r w:rsidRPr="00272EB0">
              <w:rPr>
                <w:color w:val="222222"/>
                <w:szCs w:val="20"/>
              </w:rPr>
              <w:t>4</w:t>
            </w:r>
          </w:p>
        </w:tc>
        <w:tc>
          <w:tcPr>
            <w:tcW w:w="2701" w:type="dxa"/>
            <w:shd w:val="clear" w:color="auto" w:fill="FFFFFF"/>
            <w:tcMar>
              <w:top w:w="70" w:type="dxa"/>
              <w:left w:w="70" w:type="dxa"/>
              <w:bottom w:w="70" w:type="dxa"/>
              <w:right w:w="70" w:type="dxa"/>
            </w:tcMar>
          </w:tcPr>
          <w:p w14:paraId="7D1C4296" w14:textId="77777777" w:rsidR="00CE25F6" w:rsidRPr="00272EB0" w:rsidRDefault="00000000">
            <w:pPr>
              <w:rPr>
                <w:szCs w:val="20"/>
              </w:rPr>
            </w:pPr>
            <w:sdt>
              <w:sdtPr>
                <w:rPr>
                  <w:szCs w:val="20"/>
                </w:rPr>
                <w:alias w:val="ST_M4_NAME"/>
                <w:tag w:val="ST_M4_NAME"/>
                <w:id w:val="-1744866598"/>
                <w:text/>
              </w:sdtPr>
              <w:sdtContent>
                <w:r w:rsidRPr="00272EB0">
                  <w:rPr>
                    <w:color w:val="222222"/>
                    <w:szCs w:val="20"/>
                  </w:rPr>
                  <w:t>Vārds, uzvārds</w:t>
                </w:r>
              </w:sdtContent>
            </w:sdt>
          </w:p>
        </w:tc>
        <w:tc>
          <w:tcPr>
            <w:tcW w:w="2268" w:type="dxa"/>
            <w:shd w:val="clear" w:color="auto" w:fill="FFFFFF"/>
            <w:tcMar>
              <w:top w:w="70" w:type="dxa"/>
              <w:left w:w="70" w:type="dxa"/>
              <w:bottom w:w="70" w:type="dxa"/>
              <w:right w:w="70" w:type="dxa"/>
            </w:tcMar>
          </w:tcPr>
          <w:p w14:paraId="40337D77" w14:textId="77777777" w:rsidR="00CE25F6" w:rsidRPr="00272EB0" w:rsidRDefault="00000000">
            <w:pPr>
              <w:rPr>
                <w:szCs w:val="20"/>
              </w:rPr>
            </w:pPr>
            <w:sdt>
              <w:sdtPr>
                <w:rPr>
                  <w:szCs w:val="20"/>
                </w:rPr>
                <w:alias w:val="ST_M4_INST"/>
                <w:tag w:val="ST_M4_INST"/>
                <w:id w:val="2051331987"/>
                <w:text/>
              </w:sdtPr>
              <w:sdtContent>
                <w:r w:rsidRPr="00272EB0">
                  <w:rPr>
                    <w:color w:val="222222"/>
                    <w:szCs w:val="20"/>
                  </w:rPr>
                  <w:t>Iestāde</w:t>
                </w:r>
              </w:sdtContent>
            </w:sdt>
          </w:p>
        </w:tc>
        <w:tc>
          <w:tcPr>
            <w:tcW w:w="1984" w:type="dxa"/>
            <w:shd w:val="clear" w:color="auto" w:fill="FFFFFF"/>
            <w:tcMar>
              <w:top w:w="70" w:type="dxa"/>
              <w:left w:w="70" w:type="dxa"/>
              <w:bottom w:w="70" w:type="dxa"/>
              <w:right w:w="70" w:type="dxa"/>
            </w:tcMar>
          </w:tcPr>
          <w:p w14:paraId="12610A49" w14:textId="77777777" w:rsidR="00CE25F6" w:rsidRPr="00272EB0" w:rsidRDefault="00000000">
            <w:pPr>
              <w:rPr>
                <w:szCs w:val="20"/>
              </w:rPr>
            </w:pPr>
            <w:sdt>
              <w:sdtPr>
                <w:rPr>
                  <w:szCs w:val="20"/>
                </w:rPr>
                <w:alias w:val="ST_M4_LEVEL"/>
                <w:tag w:val="ST_M4_LEVEL"/>
                <w:id w:val="-2022686370"/>
                <w:text/>
              </w:sdtPr>
              <w:sdtContent>
                <w:r w:rsidRPr="00272EB0">
                  <w:rPr>
                    <w:color w:val="222222"/>
                    <w:szCs w:val="20"/>
                  </w:rPr>
                  <w:t>Līmenis</w:t>
                </w:r>
              </w:sdtContent>
            </w:sdt>
          </w:p>
        </w:tc>
        <w:tc>
          <w:tcPr>
            <w:tcW w:w="2835" w:type="dxa"/>
            <w:shd w:val="clear" w:color="auto" w:fill="FFFFFF"/>
            <w:tcMar>
              <w:top w:w="70" w:type="dxa"/>
              <w:left w:w="70" w:type="dxa"/>
              <w:bottom w:w="70" w:type="dxa"/>
              <w:right w:w="70" w:type="dxa"/>
            </w:tcMar>
          </w:tcPr>
          <w:p w14:paraId="2FD45402" w14:textId="77777777" w:rsidR="00CE25F6" w:rsidRPr="00272EB0" w:rsidRDefault="00000000">
            <w:pPr>
              <w:rPr>
                <w:szCs w:val="20"/>
              </w:rPr>
            </w:pPr>
            <w:sdt>
              <w:sdtPr>
                <w:rPr>
                  <w:szCs w:val="20"/>
                </w:rPr>
                <w:alias w:val="ST_M4_PROGRAM"/>
                <w:tag w:val="ST_M4_PROGRAM"/>
                <w:id w:val="353694915"/>
                <w:text/>
              </w:sdtPr>
              <w:sdtContent>
                <w:r w:rsidRPr="00272EB0">
                  <w:rPr>
                    <w:color w:val="222222"/>
                    <w:szCs w:val="20"/>
                  </w:rPr>
                  <w:t>Programma</w:t>
                </w:r>
              </w:sdtContent>
            </w:sdt>
          </w:p>
        </w:tc>
      </w:tr>
      <w:tr w:rsidR="00CE25F6" w:rsidRPr="00272EB0" w14:paraId="72E6ECF1" w14:textId="77777777" w:rsidTr="00272EB0">
        <w:trPr>
          <w:cantSplit/>
          <w:jc w:val="center"/>
        </w:trPr>
        <w:tc>
          <w:tcPr>
            <w:tcW w:w="421" w:type="dxa"/>
            <w:shd w:val="clear" w:color="auto" w:fill="F3F6F8"/>
            <w:tcMar>
              <w:top w:w="70" w:type="dxa"/>
              <w:left w:w="70" w:type="dxa"/>
              <w:bottom w:w="70" w:type="dxa"/>
              <w:right w:w="70" w:type="dxa"/>
            </w:tcMar>
          </w:tcPr>
          <w:p w14:paraId="5CDD1EA4" w14:textId="77777777" w:rsidR="00CE25F6" w:rsidRPr="00272EB0" w:rsidRDefault="00000000">
            <w:pPr>
              <w:rPr>
                <w:szCs w:val="20"/>
              </w:rPr>
            </w:pPr>
            <w:r w:rsidRPr="00272EB0">
              <w:rPr>
                <w:color w:val="222222"/>
                <w:szCs w:val="20"/>
              </w:rPr>
              <w:t>5</w:t>
            </w:r>
          </w:p>
        </w:tc>
        <w:tc>
          <w:tcPr>
            <w:tcW w:w="2701" w:type="dxa"/>
            <w:shd w:val="clear" w:color="auto" w:fill="F3F6F8"/>
            <w:tcMar>
              <w:top w:w="70" w:type="dxa"/>
              <w:left w:w="70" w:type="dxa"/>
              <w:bottom w:w="70" w:type="dxa"/>
              <w:right w:w="70" w:type="dxa"/>
            </w:tcMar>
          </w:tcPr>
          <w:p w14:paraId="29ED6780" w14:textId="77777777" w:rsidR="00CE25F6" w:rsidRPr="00272EB0" w:rsidRDefault="00000000">
            <w:pPr>
              <w:rPr>
                <w:szCs w:val="20"/>
              </w:rPr>
            </w:pPr>
            <w:sdt>
              <w:sdtPr>
                <w:rPr>
                  <w:szCs w:val="20"/>
                </w:rPr>
                <w:alias w:val="ST_M5_NAME"/>
                <w:tag w:val="ST_M5_NAME"/>
                <w:id w:val="1244926900"/>
                <w:text/>
              </w:sdtPr>
              <w:sdtContent>
                <w:r w:rsidRPr="00272EB0">
                  <w:rPr>
                    <w:color w:val="222222"/>
                    <w:szCs w:val="20"/>
                  </w:rPr>
                  <w:t>Vārds, uzvārds</w:t>
                </w:r>
              </w:sdtContent>
            </w:sdt>
          </w:p>
        </w:tc>
        <w:tc>
          <w:tcPr>
            <w:tcW w:w="2268" w:type="dxa"/>
            <w:shd w:val="clear" w:color="auto" w:fill="F3F6F8"/>
            <w:tcMar>
              <w:top w:w="70" w:type="dxa"/>
              <w:left w:w="70" w:type="dxa"/>
              <w:bottom w:w="70" w:type="dxa"/>
              <w:right w:w="70" w:type="dxa"/>
            </w:tcMar>
          </w:tcPr>
          <w:p w14:paraId="13A85EE3" w14:textId="77777777" w:rsidR="00CE25F6" w:rsidRPr="00272EB0" w:rsidRDefault="00000000">
            <w:pPr>
              <w:rPr>
                <w:szCs w:val="20"/>
              </w:rPr>
            </w:pPr>
            <w:sdt>
              <w:sdtPr>
                <w:rPr>
                  <w:szCs w:val="20"/>
                </w:rPr>
                <w:alias w:val="ST_M5_INST"/>
                <w:tag w:val="ST_M5_INST"/>
                <w:id w:val="460009034"/>
                <w:text/>
              </w:sdtPr>
              <w:sdtContent>
                <w:r w:rsidRPr="00272EB0">
                  <w:rPr>
                    <w:color w:val="222222"/>
                    <w:szCs w:val="20"/>
                  </w:rPr>
                  <w:t>Iestāde</w:t>
                </w:r>
              </w:sdtContent>
            </w:sdt>
          </w:p>
        </w:tc>
        <w:tc>
          <w:tcPr>
            <w:tcW w:w="1984" w:type="dxa"/>
            <w:shd w:val="clear" w:color="auto" w:fill="F3F6F8"/>
            <w:tcMar>
              <w:top w:w="70" w:type="dxa"/>
              <w:left w:w="70" w:type="dxa"/>
              <w:bottom w:w="70" w:type="dxa"/>
              <w:right w:w="70" w:type="dxa"/>
            </w:tcMar>
          </w:tcPr>
          <w:p w14:paraId="3D4CE595" w14:textId="77777777" w:rsidR="00CE25F6" w:rsidRPr="00272EB0" w:rsidRDefault="00000000">
            <w:pPr>
              <w:rPr>
                <w:szCs w:val="20"/>
              </w:rPr>
            </w:pPr>
            <w:sdt>
              <w:sdtPr>
                <w:rPr>
                  <w:szCs w:val="20"/>
                </w:rPr>
                <w:alias w:val="ST_M5_LEVEL"/>
                <w:tag w:val="ST_M5_LEVEL"/>
                <w:id w:val="398713387"/>
                <w:text/>
              </w:sdtPr>
              <w:sdtContent>
                <w:r w:rsidRPr="00272EB0">
                  <w:rPr>
                    <w:color w:val="222222"/>
                    <w:szCs w:val="20"/>
                  </w:rPr>
                  <w:t>Līmenis</w:t>
                </w:r>
              </w:sdtContent>
            </w:sdt>
          </w:p>
        </w:tc>
        <w:tc>
          <w:tcPr>
            <w:tcW w:w="2835" w:type="dxa"/>
            <w:shd w:val="clear" w:color="auto" w:fill="F3F6F8"/>
            <w:tcMar>
              <w:top w:w="70" w:type="dxa"/>
              <w:left w:w="70" w:type="dxa"/>
              <w:bottom w:w="70" w:type="dxa"/>
              <w:right w:w="70" w:type="dxa"/>
            </w:tcMar>
          </w:tcPr>
          <w:p w14:paraId="4A106B08" w14:textId="77777777" w:rsidR="00CE25F6" w:rsidRPr="00272EB0" w:rsidRDefault="00000000">
            <w:pPr>
              <w:rPr>
                <w:szCs w:val="20"/>
              </w:rPr>
            </w:pPr>
            <w:sdt>
              <w:sdtPr>
                <w:rPr>
                  <w:szCs w:val="20"/>
                </w:rPr>
                <w:alias w:val="ST_M5_PROGRAM"/>
                <w:tag w:val="ST_M5_PROGRAM"/>
                <w:id w:val="-197552167"/>
                <w:text/>
              </w:sdtPr>
              <w:sdtContent>
                <w:r w:rsidRPr="00272EB0">
                  <w:rPr>
                    <w:color w:val="222222"/>
                    <w:szCs w:val="20"/>
                  </w:rPr>
                  <w:t>Programma</w:t>
                </w:r>
              </w:sdtContent>
            </w:sdt>
          </w:p>
        </w:tc>
      </w:tr>
      <w:tr w:rsidR="00CE25F6" w:rsidRPr="00272EB0" w14:paraId="70B6CEFA" w14:textId="77777777" w:rsidTr="00272EB0">
        <w:trPr>
          <w:cantSplit/>
          <w:jc w:val="center"/>
        </w:trPr>
        <w:tc>
          <w:tcPr>
            <w:tcW w:w="421" w:type="dxa"/>
            <w:shd w:val="clear" w:color="auto" w:fill="FFFFFF"/>
            <w:tcMar>
              <w:top w:w="70" w:type="dxa"/>
              <w:left w:w="70" w:type="dxa"/>
              <w:bottom w:w="70" w:type="dxa"/>
              <w:right w:w="70" w:type="dxa"/>
            </w:tcMar>
          </w:tcPr>
          <w:p w14:paraId="201CCDFE" w14:textId="77777777" w:rsidR="00CE25F6" w:rsidRPr="00272EB0" w:rsidRDefault="00000000">
            <w:pPr>
              <w:rPr>
                <w:szCs w:val="20"/>
              </w:rPr>
            </w:pPr>
            <w:r w:rsidRPr="00272EB0">
              <w:rPr>
                <w:color w:val="222222"/>
                <w:szCs w:val="20"/>
              </w:rPr>
              <w:t>6</w:t>
            </w:r>
          </w:p>
        </w:tc>
        <w:tc>
          <w:tcPr>
            <w:tcW w:w="2701" w:type="dxa"/>
            <w:shd w:val="clear" w:color="auto" w:fill="FFFFFF"/>
            <w:tcMar>
              <w:top w:w="70" w:type="dxa"/>
              <w:left w:w="70" w:type="dxa"/>
              <w:bottom w:w="70" w:type="dxa"/>
              <w:right w:w="70" w:type="dxa"/>
            </w:tcMar>
          </w:tcPr>
          <w:p w14:paraId="0C17473E" w14:textId="77777777" w:rsidR="00CE25F6" w:rsidRPr="00272EB0" w:rsidRDefault="00000000">
            <w:pPr>
              <w:rPr>
                <w:szCs w:val="20"/>
              </w:rPr>
            </w:pPr>
            <w:sdt>
              <w:sdtPr>
                <w:rPr>
                  <w:szCs w:val="20"/>
                </w:rPr>
                <w:alias w:val="ST_M6_NAME"/>
                <w:tag w:val="ST_M6_NAME"/>
                <w:id w:val="-805775688"/>
                <w:text/>
              </w:sdtPr>
              <w:sdtContent>
                <w:r w:rsidRPr="00272EB0">
                  <w:rPr>
                    <w:color w:val="222222"/>
                    <w:szCs w:val="20"/>
                  </w:rPr>
                  <w:t>Vārds, uzvārds</w:t>
                </w:r>
              </w:sdtContent>
            </w:sdt>
          </w:p>
        </w:tc>
        <w:tc>
          <w:tcPr>
            <w:tcW w:w="2268" w:type="dxa"/>
            <w:shd w:val="clear" w:color="auto" w:fill="FFFFFF"/>
            <w:tcMar>
              <w:top w:w="70" w:type="dxa"/>
              <w:left w:w="70" w:type="dxa"/>
              <w:bottom w:w="70" w:type="dxa"/>
              <w:right w:w="70" w:type="dxa"/>
            </w:tcMar>
          </w:tcPr>
          <w:p w14:paraId="7414D150" w14:textId="77777777" w:rsidR="00CE25F6" w:rsidRPr="00272EB0" w:rsidRDefault="00000000">
            <w:pPr>
              <w:rPr>
                <w:szCs w:val="20"/>
              </w:rPr>
            </w:pPr>
            <w:sdt>
              <w:sdtPr>
                <w:rPr>
                  <w:szCs w:val="20"/>
                </w:rPr>
                <w:alias w:val="ST_M6_INST"/>
                <w:tag w:val="ST_M6_INST"/>
                <w:id w:val="-1338923328"/>
                <w:text/>
              </w:sdtPr>
              <w:sdtContent>
                <w:r w:rsidRPr="00272EB0">
                  <w:rPr>
                    <w:color w:val="222222"/>
                    <w:szCs w:val="20"/>
                  </w:rPr>
                  <w:t>Iestāde</w:t>
                </w:r>
              </w:sdtContent>
            </w:sdt>
          </w:p>
        </w:tc>
        <w:tc>
          <w:tcPr>
            <w:tcW w:w="1984" w:type="dxa"/>
            <w:shd w:val="clear" w:color="auto" w:fill="FFFFFF"/>
            <w:tcMar>
              <w:top w:w="70" w:type="dxa"/>
              <w:left w:w="70" w:type="dxa"/>
              <w:bottom w:w="70" w:type="dxa"/>
              <w:right w:w="70" w:type="dxa"/>
            </w:tcMar>
          </w:tcPr>
          <w:p w14:paraId="5DAEE851" w14:textId="77777777" w:rsidR="00CE25F6" w:rsidRPr="00272EB0" w:rsidRDefault="00000000">
            <w:pPr>
              <w:rPr>
                <w:szCs w:val="20"/>
              </w:rPr>
            </w:pPr>
            <w:sdt>
              <w:sdtPr>
                <w:rPr>
                  <w:szCs w:val="20"/>
                </w:rPr>
                <w:alias w:val="ST_M6_LEVEL"/>
                <w:tag w:val="ST_M6_LEVEL"/>
                <w:id w:val="1949434364"/>
                <w:text/>
              </w:sdtPr>
              <w:sdtContent>
                <w:r w:rsidRPr="00272EB0">
                  <w:rPr>
                    <w:color w:val="222222"/>
                    <w:szCs w:val="20"/>
                  </w:rPr>
                  <w:t>Līmenis</w:t>
                </w:r>
              </w:sdtContent>
            </w:sdt>
          </w:p>
        </w:tc>
        <w:tc>
          <w:tcPr>
            <w:tcW w:w="2835" w:type="dxa"/>
            <w:shd w:val="clear" w:color="auto" w:fill="FFFFFF"/>
            <w:tcMar>
              <w:top w:w="70" w:type="dxa"/>
              <w:left w:w="70" w:type="dxa"/>
              <w:bottom w:w="70" w:type="dxa"/>
              <w:right w:w="70" w:type="dxa"/>
            </w:tcMar>
          </w:tcPr>
          <w:p w14:paraId="1A1347D1" w14:textId="77777777" w:rsidR="00CE25F6" w:rsidRPr="00272EB0" w:rsidRDefault="00000000">
            <w:pPr>
              <w:rPr>
                <w:szCs w:val="20"/>
              </w:rPr>
            </w:pPr>
            <w:sdt>
              <w:sdtPr>
                <w:rPr>
                  <w:szCs w:val="20"/>
                </w:rPr>
                <w:alias w:val="ST_M6_PROGRAM"/>
                <w:tag w:val="ST_M6_PROGRAM"/>
                <w:id w:val="1652942627"/>
                <w:text/>
              </w:sdtPr>
              <w:sdtContent>
                <w:r w:rsidRPr="00272EB0">
                  <w:rPr>
                    <w:color w:val="222222"/>
                    <w:szCs w:val="20"/>
                  </w:rPr>
                  <w:t>Programma</w:t>
                </w:r>
              </w:sdtContent>
            </w:sdt>
          </w:p>
        </w:tc>
      </w:tr>
      <w:tr w:rsidR="00CE25F6" w:rsidRPr="00272EB0" w14:paraId="749AA6BC" w14:textId="77777777" w:rsidTr="00272EB0">
        <w:trPr>
          <w:cantSplit/>
          <w:jc w:val="center"/>
        </w:trPr>
        <w:tc>
          <w:tcPr>
            <w:tcW w:w="421" w:type="dxa"/>
            <w:shd w:val="clear" w:color="auto" w:fill="F3F6F8"/>
            <w:tcMar>
              <w:top w:w="70" w:type="dxa"/>
              <w:left w:w="70" w:type="dxa"/>
              <w:bottom w:w="70" w:type="dxa"/>
              <w:right w:w="70" w:type="dxa"/>
            </w:tcMar>
          </w:tcPr>
          <w:p w14:paraId="302F338C" w14:textId="77777777" w:rsidR="00CE25F6" w:rsidRPr="00272EB0" w:rsidRDefault="00000000">
            <w:pPr>
              <w:rPr>
                <w:szCs w:val="20"/>
              </w:rPr>
            </w:pPr>
            <w:r w:rsidRPr="00272EB0">
              <w:rPr>
                <w:color w:val="222222"/>
                <w:szCs w:val="20"/>
              </w:rPr>
              <w:t>7</w:t>
            </w:r>
          </w:p>
        </w:tc>
        <w:tc>
          <w:tcPr>
            <w:tcW w:w="2701" w:type="dxa"/>
            <w:shd w:val="clear" w:color="auto" w:fill="F3F6F8"/>
            <w:tcMar>
              <w:top w:w="70" w:type="dxa"/>
              <w:left w:w="70" w:type="dxa"/>
              <w:bottom w:w="70" w:type="dxa"/>
              <w:right w:w="70" w:type="dxa"/>
            </w:tcMar>
          </w:tcPr>
          <w:p w14:paraId="1DD95CE6" w14:textId="77777777" w:rsidR="00CE25F6" w:rsidRPr="00272EB0" w:rsidRDefault="00000000">
            <w:pPr>
              <w:rPr>
                <w:szCs w:val="20"/>
              </w:rPr>
            </w:pPr>
            <w:sdt>
              <w:sdtPr>
                <w:rPr>
                  <w:szCs w:val="20"/>
                </w:rPr>
                <w:alias w:val="ST_M7_NAME"/>
                <w:tag w:val="ST_M7_NAME"/>
                <w:id w:val="-1822503192"/>
                <w:text/>
              </w:sdtPr>
              <w:sdtContent>
                <w:r w:rsidRPr="00272EB0">
                  <w:rPr>
                    <w:color w:val="222222"/>
                    <w:szCs w:val="20"/>
                  </w:rPr>
                  <w:t>Vārds, uzvārds</w:t>
                </w:r>
              </w:sdtContent>
            </w:sdt>
          </w:p>
        </w:tc>
        <w:tc>
          <w:tcPr>
            <w:tcW w:w="2268" w:type="dxa"/>
            <w:shd w:val="clear" w:color="auto" w:fill="F3F6F8"/>
            <w:tcMar>
              <w:top w:w="70" w:type="dxa"/>
              <w:left w:w="70" w:type="dxa"/>
              <w:bottom w:w="70" w:type="dxa"/>
              <w:right w:w="70" w:type="dxa"/>
            </w:tcMar>
          </w:tcPr>
          <w:p w14:paraId="36CDB1A1" w14:textId="77777777" w:rsidR="00CE25F6" w:rsidRPr="00272EB0" w:rsidRDefault="00000000">
            <w:pPr>
              <w:rPr>
                <w:szCs w:val="20"/>
              </w:rPr>
            </w:pPr>
            <w:sdt>
              <w:sdtPr>
                <w:rPr>
                  <w:szCs w:val="20"/>
                </w:rPr>
                <w:alias w:val="ST_M7_INST"/>
                <w:tag w:val="ST_M7_INST"/>
                <w:id w:val="99847903"/>
                <w:text/>
              </w:sdtPr>
              <w:sdtContent>
                <w:r w:rsidRPr="00272EB0">
                  <w:rPr>
                    <w:color w:val="222222"/>
                    <w:szCs w:val="20"/>
                  </w:rPr>
                  <w:t>Iestāde</w:t>
                </w:r>
              </w:sdtContent>
            </w:sdt>
          </w:p>
        </w:tc>
        <w:tc>
          <w:tcPr>
            <w:tcW w:w="1984" w:type="dxa"/>
            <w:shd w:val="clear" w:color="auto" w:fill="F3F6F8"/>
            <w:tcMar>
              <w:top w:w="70" w:type="dxa"/>
              <w:left w:w="70" w:type="dxa"/>
              <w:bottom w:w="70" w:type="dxa"/>
              <w:right w:w="70" w:type="dxa"/>
            </w:tcMar>
          </w:tcPr>
          <w:p w14:paraId="0C2451AC" w14:textId="77777777" w:rsidR="00CE25F6" w:rsidRPr="00272EB0" w:rsidRDefault="00000000">
            <w:pPr>
              <w:rPr>
                <w:szCs w:val="20"/>
              </w:rPr>
            </w:pPr>
            <w:sdt>
              <w:sdtPr>
                <w:rPr>
                  <w:szCs w:val="20"/>
                </w:rPr>
                <w:alias w:val="ST_M7_LEVEL"/>
                <w:tag w:val="ST_M7_LEVEL"/>
                <w:id w:val="1294784783"/>
                <w:text/>
              </w:sdtPr>
              <w:sdtContent>
                <w:r w:rsidRPr="00272EB0">
                  <w:rPr>
                    <w:color w:val="222222"/>
                    <w:szCs w:val="20"/>
                  </w:rPr>
                  <w:t>Līmenis</w:t>
                </w:r>
              </w:sdtContent>
            </w:sdt>
          </w:p>
        </w:tc>
        <w:tc>
          <w:tcPr>
            <w:tcW w:w="2835" w:type="dxa"/>
            <w:shd w:val="clear" w:color="auto" w:fill="F3F6F8"/>
            <w:tcMar>
              <w:top w:w="70" w:type="dxa"/>
              <w:left w:w="70" w:type="dxa"/>
              <w:bottom w:w="70" w:type="dxa"/>
              <w:right w:w="70" w:type="dxa"/>
            </w:tcMar>
          </w:tcPr>
          <w:p w14:paraId="685DE157" w14:textId="77777777" w:rsidR="00CE25F6" w:rsidRPr="00272EB0" w:rsidRDefault="00000000">
            <w:pPr>
              <w:rPr>
                <w:szCs w:val="20"/>
              </w:rPr>
            </w:pPr>
            <w:sdt>
              <w:sdtPr>
                <w:rPr>
                  <w:szCs w:val="20"/>
                </w:rPr>
                <w:alias w:val="ST_M7_PROGRAM"/>
                <w:tag w:val="ST_M7_PROGRAM"/>
                <w:id w:val="-1981599165"/>
                <w:text/>
              </w:sdtPr>
              <w:sdtContent>
                <w:r w:rsidRPr="00272EB0">
                  <w:rPr>
                    <w:color w:val="222222"/>
                    <w:szCs w:val="20"/>
                  </w:rPr>
                  <w:t>Programma</w:t>
                </w:r>
              </w:sdtContent>
            </w:sdt>
          </w:p>
        </w:tc>
      </w:tr>
      <w:tr w:rsidR="00CE25F6" w:rsidRPr="00272EB0" w14:paraId="57E05F4B" w14:textId="77777777" w:rsidTr="00272EB0">
        <w:trPr>
          <w:cantSplit/>
          <w:jc w:val="center"/>
        </w:trPr>
        <w:tc>
          <w:tcPr>
            <w:tcW w:w="421" w:type="dxa"/>
            <w:shd w:val="clear" w:color="auto" w:fill="FFFFFF"/>
            <w:tcMar>
              <w:top w:w="70" w:type="dxa"/>
              <w:left w:w="70" w:type="dxa"/>
              <w:bottom w:w="70" w:type="dxa"/>
              <w:right w:w="70" w:type="dxa"/>
            </w:tcMar>
          </w:tcPr>
          <w:p w14:paraId="6BFB7C38" w14:textId="77777777" w:rsidR="00CE25F6" w:rsidRPr="00272EB0" w:rsidRDefault="00000000">
            <w:pPr>
              <w:rPr>
                <w:szCs w:val="20"/>
              </w:rPr>
            </w:pPr>
            <w:r w:rsidRPr="00272EB0">
              <w:rPr>
                <w:color w:val="222222"/>
                <w:szCs w:val="20"/>
              </w:rPr>
              <w:t>8</w:t>
            </w:r>
          </w:p>
        </w:tc>
        <w:tc>
          <w:tcPr>
            <w:tcW w:w="2701" w:type="dxa"/>
            <w:shd w:val="clear" w:color="auto" w:fill="FFFFFF"/>
            <w:tcMar>
              <w:top w:w="70" w:type="dxa"/>
              <w:left w:w="70" w:type="dxa"/>
              <w:bottom w:w="70" w:type="dxa"/>
              <w:right w:w="70" w:type="dxa"/>
            </w:tcMar>
          </w:tcPr>
          <w:p w14:paraId="29D96F59" w14:textId="77777777" w:rsidR="00CE25F6" w:rsidRPr="00272EB0" w:rsidRDefault="00000000">
            <w:pPr>
              <w:rPr>
                <w:szCs w:val="20"/>
              </w:rPr>
            </w:pPr>
            <w:sdt>
              <w:sdtPr>
                <w:rPr>
                  <w:szCs w:val="20"/>
                </w:rPr>
                <w:alias w:val="ST_M8_NAME"/>
                <w:tag w:val="ST_M8_NAME"/>
                <w:id w:val="-1764302071"/>
                <w:text/>
              </w:sdtPr>
              <w:sdtContent>
                <w:r w:rsidRPr="00272EB0">
                  <w:rPr>
                    <w:color w:val="222222"/>
                    <w:szCs w:val="20"/>
                  </w:rPr>
                  <w:t>Vārds, uzvārds</w:t>
                </w:r>
              </w:sdtContent>
            </w:sdt>
          </w:p>
        </w:tc>
        <w:tc>
          <w:tcPr>
            <w:tcW w:w="2268" w:type="dxa"/>
            <w:shd w:val="clear" w:color="auto" w:fill="FFFFFF"/>
            <w:tcMar>
              <w:top w:w="70" w:type="dxa"/>
              <w:left w:w="70" w:type="dxa"/>
              <w:bottom w:w="70" w:type="dxa"/>
              <w:right w:w="70" w:type="dxa"/>
            </w:tcMar>
          </w:tcPr>
          <w:p w14:paraId="15917EAE" w14:textId="77777777" w:rsidR="00CE25F6" w:rsidRPr="00272EB0" w:rsidRDefault="00000000">
            <w:pPr>
              <w:rPr>
                <w:szCs w:val="20"/>
              </w:rPr>
            </w:pPr>
            <w:sdt>
              <w:sdtPr>
                <w:rPr>
                  <w:szCs w:val="20"/>
                </w:rPr>
                <w:alias w:val="ST_M8_INST"/>
                <w:tag w:val="ST_M8_INST"/>
                <w:id w:val="1217392125"/>
                <w:text/>
              </w:sdtPr>
              <w:sdtContent>
                <w:r w:rsidRPr="00272EB0">
                  <w:rPr>
                    <w:color w:val="222222"/>
                    <w:szCs w:val="20"/>
                  </w:rPr>
                  <w:t>Iestāde</w:t>
                </w:r>
              </w:sdtContent>
            </w:sdt>
          </w:p>
        </w:tc>
        <w:tc>
          <w:tcPr>
            <w:tcW w:w="1984" w:type="dxa"/>
            <w:shd w:val="clear" w:color="auto" w:fill="FFFFFF"/>
            <w:tcMar>
              <w:top w:w="70" w:type="dxa"/>
              <w:left w:w="70" w:type="dxa"/>
              <w:bottom w:w="70" w:type="dxa"/>
              <w:right w:w="70" w:type="dxa"/>
            </w:tcMar>
          </w:tcPr>
          <w:p w14:paraId="09B5886B" w14:textId="77777777" w:rsidR="00CE25F6" w:rsidRPr="00272EB0" w:rsidRDefault="00000000">
            <w:pPr>
              <w:rPr>
                <w:szCs w:val="20"/>
              </w:rPr>
            </w:pPr>
            <w:sdt>
              <w:sdtPr>
                <w:rPr>
                  <w:szCs w:val="20"/>
                </w:rPr>
                <w:alias w:val="ST_M8_LEVEL"/>
                <w:tag w:val="ST_M8_LEVEL"/>
                <w:id w:val="2041084289"/>
                <w:text/>
              </w:sdtPr>
              <w:sdtContent>
                <w:r w:rsidRPr="00272EB0">
                  <w:rPr>
                    <w:color w:val="222222"/>
                    <w:szCs w:val="20"/>
                  </w:rPr>
                  <w:t>Līmenis</w:t>
                </w:r>
              </w:sdtContent>
            </w:sdt>
          </w:p>
        </w:tc>
        <w:tc>
          <w:tcPr>
            <w:tcW w:w="2835" w:type="dxa"/>
            <w:shd w:val="clear" w:color="auto" w:fill="FFFFFF"/>
            <w:tcMar>
              <w:top w:w="70" w:type="dxa"/>
              <w:left w:w="70" w:type="dxa"/>
              <w:bottom w:w="70" w:type="dxa"/>
              <w:right w:w="70" w:type="dxa"/>
            </w:tcMar>
          </w:tcPr>
          <w:p w14:paraId="143F34FC" w14:textId="77777777" w:rsidR="00CE25F6" w:rsidRPr="00272EB0" w:rsidRDefault="00000000">
            <w:pPr>
              <w:rPr>
                <w:szCs w:val="20"/>
              </w:rPr>
            </w:pPr>
            <w:sdt>
              <w:sdtPr>
                <w:rPr>
                  <w:szCs w:val="20"/>
                </w:rPr>
                <w:alias w:val="ST_M8_PROGRAM"/>
                <w:tag w:val="ST_M8_PROGRAM"/>
                <w:id w:val="-1839836625"/>
                <w:text/>
              </w:sdtPr>
              <w:sdtContent>
                <w:r w:rsidRPr="00272EB0">
                  <w:rPr>
                    <w:color w:val="222222"/>
                    <w:szCs w:val="20"/>
                  </w:rPr>
                  <w:t>Programma</w:t>
                </w:r>
              </w:sdtContent>
            </w:sdt>
          </w:p>
        </w:tc>
      </w:tr>
      <w:tr w:rsidR="00CE25F6" w:rsidRPr="00272EB0" w14:paraId="046D94A4" w14:textId="77777777" w:rsidTr="00272EB0">
        <w:trPr>
          <w:cantSplit/>
          <w:jc w:val="center"/>
        </w:trPr>
        <w:tc>
          <w:tcPr>
            <w:tcW w:w="421" w:type="dxa"/>
            <w:shd w:val="clear" w:color="auto" w:fill="F3F6F8"/>
            <w:tcMar>
              <w:top w:w="70" w:type="dxa"/>
              <w:left w:w="70" w:type="dxa"/>
              <w:bottom w:w="70" w:type="dxa"/>
              <w:right w:w="70" w:type="dxa"/>
            </w:tcMar>
          </w:tcPr>
          <w:p w14:paraId="55B49F7B" w14:textId="77777777" w:rsidR="00CE25F6" w:rsidRPr="00272EB0" w:rsidRDefault="00000000">
            <w:pPr>
              <w:rPr>
                <w:szCs w:val="20"/>
              </w:rPr>
            </w:pPr>
            <w:r w:rsidRPr="00272EB0">
              <w:rPr>
                <w:color w:val="222222"/>
                <w:szCs w:val="20"/>
              </w:rPr>
              <w:t>9</w:t>
            </w:r>
          </w:p>
        </w:tc>
        <w:tc>
          <w:tcPr>
            <w:tcW w:w="2701" w:type="dxa"/>
            <w:shd w:val="clear" w:color="auto" w:fill="F3F6F8"/>
            <w:tcMar>
              <w:top w:w="70" w:type="dxa"/>
              <w:left w:w="70" w:type="dxa"/>
              <w:bottom w:w="70" w:type="dxa"/>
              <w:right w:w="70" w:type="dxa"/>
            </w:tcMar>
          </w:tcPr>
          <w:p w14:paraId="0D57065B" w14:textId="77777777" w:rsidR="00CE25F6" w:rsidRPr="00272EB0" w:rsidRDefault="00000000">
            <w:pPr>
              <w:rPr>
                <w:szCs w:val="20"/>
              </w:rPr>
            </w:pPr>
            <w:sdt>
              <w:sdtPr>
                <w:rPr>
                  <w:szCs w:val="20"/>
                </w:rPr>
                <w:alias w:val="ST_M9_NAME"/>
                <w:tag w:val="ST_M9_NAME"/>
                <w:id w:val="839041701"/>
                <w:text/>
              </w:sdtPr>
              <w:sdtContent>
                <w:r w:rsidRPr="00272EB0">
                  <w:rPr>
                    <w:color w:val="222222"/>
                    <w:szCs w:val="20"/>
                  </w:rPr>
                  <w:t>Vārds, uzvārds</w:t>
                </w:r>
              </w:sdtContent>
            </w:sdt>
          </w:p>
        </w:tc>
        <w:tc>
          <w:tcPr>
            <w:tcW w:w="2268" w:type="dxa"/>
            <w:shd w:val="clear" w:color="auto" w:fill="F3F6F8"/>
            <w:tcMar>
              <w:top w:w="70" w:type="dxa"/>
              <w:left w:w="70" w:type="dxa"/>
              <w:bottom w:w="70" w:type="dxa"/>
              <w:right w:w="70" w:type="dxa"/>
            </w:tcMar>
          </w:tcPr>
          <w:p w14:paraId="5E9B8E46" w14:textId="77777777" w:rsidR="00CE25F6" w:rsidRPr="00272EB0" w:rsidRDefault="00000000">
            <w:pPr>
              <w:rPr>
                <w:szCs w:val="20"/>
              </w:rPr>
            </w:pPr>
            <w:sdt>
              <w:sdtPr>
                <w:rPr>
                  <w:szCs w:val="20"/>
                </w:rPr>
                <w:alias w:val="ST_M9_INST"/>
                <w:tag w:val="ST_M9_INST"/>
                <w:id w:val="-1952930837"/>
                <w:text/>
              </w:sdtPr>
              <w:sdtContent>
                <w:r w:rsidRPr="00272EB0">
                  <w:rPr>
                    <w:color w:val="222222"/>
                    <w:szCs w:val="20"/>
                  </w:rPr>
                  <w:t>Iestāde</w:t>
                </w:r>
              </w:sdtContent>
            </w:sdt>
          </w:p>
        </w:tc>
        <w:tc>
          <w:tcPr>
            <w:tcW w:w="1984" w:type="dxa"/>
            <w:shd w:val="clear" w:color="auto" w:fill="F3F6F8"/>
            <w:tcMar>
              <w:top w:w="70" w:type="dxa"/>
              <w:left w:w="70" w:type="dxa"/>
              <w:bottom w:w="70" w:type="dxa"/>
              <w:right w:w="70" w:type="dxa"/>
            </w:tcMar>
          </w:tcPr>
          <w:p w14:paraId="10ADFCA2" w14:textId="77777777" w:rsidR="00CE25F6" w:rsidRPr="00272EB0" w:rsidRDefault="00000000">
            <w:pPr>
              <w:rPr>
                <w:szCs w:val="20"/>
              </w:rPr>
            </w:pPr>
            <w:sdt>
              <w:sdtPr>
                <w:rPr>
                  <w:szCs w:val="20"/>
                </w:rPr>
                <w:alias w:val="ST_M9_LEVEL"/>
                <w:tag w:val="ST_M9_LEVEL"/>
                <w:id w:val="-814566563"/>
                <w:text/>
              </w:sdtPr>
              <w:sdtContent>
                <w:r w:rsidRPr="00272EB0">
                  <w:rPr>
                    <w:color w:val="222222"/>
                    <w:szCs w:val="20"/>
                  </w:rPr>
                  <w:t>Līmenis</w:t>
                </w:r>
              </w:sdtContent>
            </w:sdt>
          </w:p>
        </w:tc>
        <w:tc>
          <w:tcPr>
            <w:tcW w:w="2835" w:type="dxa"/>
            <w:shd w:val="clear" w:color="auto" w:fill="F3F6F8"/>
            <w:tcMar>
              <w:top w:w="70" w:type="dxa"/>
              <w:left w:w="70" w:type="dxa"/>
              <w:bottom w:w="70" w:type="dxa"/>
              <w:right w:w="70" w:type="dxa"/>
            </w:tcMar>
          </w:tcPr>
          <w:p w14:paraId="7DC18739" w14:textId="77777777" w:rsidR="00CE25F6" w:rsidRPr="00272EB0" w:rsidRDefault="00000000">
            <w:pPr>
              <w:rPr>
                <w:szCs w:val="20"/>
              </w:rPr>
            </w:pPr>
            <w:sdt>
              <w:sdtPr>
                <w:rPr>
                  <w:szCs w:val="20"/>
                </w:rPr>
                <w:alias w:val="ST_M9_PROGRAM"/>
                <w:tag w:val="ST_M9_PROGRAM"/>
                <w:id w:val="1347443650"/>
                <w:text/>
              </w:sdtPr>
              <w:sdtContent>
                <w:r w:rsidRPr="00272EB0">
                  <w:rPr>
                    <w:color w:val="222222"/>
                    <w:szCs w:val="20"/>
                  </w:rPr>
                  <w:t>Programma</w:t>
                </w:r>
              </w:sdtContent>
            </w:sdt>
          </w:p>
        </w:tc>
      </w:tr>
    </w:tbl>
    <w:p w14:paraId="7AEBFFA9" w14:textId="77777777" w:rsidR="00CE25F6" w:rsidRDefault="00CE25F6">
      <w:pPr>
        <w:spacing w:after="20"/>
      </w:pPr>
    </w:p>
    <w:p w14:paraId="4ABBFD6A" w14:textId="77777777" w:rsidR="00CE25F6" w:rsidRDefault="00000000">
      <w:r>
        <w:rPr>
          <w:i/>
          <w:color w:val="666666"/>
          <w:sz w:val="18"/>
        </w:rPr>
        <w:t>Ja dalībnieks nav TSI students, pieteikumam pievienojama izziņa no izglītības iestādes, kas apliecina studējošā/skolēna statusu un programmu.</w:t>
      </w:r>
    </w:p>
    <w:tbl>
      <w:tblPr>
        <w:tblW w:w="10201"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2551"/>
        <w:gridCol w:w="2835"/>
        <w:gridCol w:w="4394"/>
      </w:tblGrid>
      <w:tr w:rsidR="00AD498E" w:rsidRPr="00272EB0" w14:paraId="5513F3BE" w14:textId="77777777" w:rsidTr="00AD498E">
        <w:trPr>
          <w:tblHeader/>
          <w:jc w:val="center"/>
        </w:trPr>
        <w:tc>
          <w:tcPr>
            <w:tcW w:w="421" w:type="dxa"/>
            <w:shd w:val="clear" w:color="auto" w:fill="595959" w:themeFill="text1" w:themeFillTint="A6"/>
            <w:tcMar>
              <w:top w:w="70" w:type="dxa"/>
              <w:left w:w="70" w:type="dxa"/>
              <w:bottom w:w="70" w:type="dxa"/>
              <w:right w:w="70" w:type="dxa"/>
            </w:tcMar>
          </w:tcPr>
          <w:p w14:paraId="28F5B1A3" w14:textId="77777777" w:rsidR="00AD498E" w:rsidRPr="00272EB0" w:rsidRDefault="00AD498E">
            <w:pPr>
              <w:jc w:val="center"/>
              <w:rPr>
                <w:szCs w:val="20"/>
              </w:rPr>
            </w:pPr>
            <w:r w:rsidRPr="00272EB0">
              <w:rPr>
                <w:b/>
                <w:color w:val="FFFFFF"/>
                <w:szCs w:val="20"/>
              </w:rPr>
              <w:t>Nr.</w:t>
            </w:r>
          </w:p>
        </w:tc>
        <w:tc>
          <w:tcPr>
            <w:tcW w:w="2551" w:type="dxa"/>
            <w:shd w:val="clear" w:color="auto" w:fill="595959" w:themeFill="text1" w:themeFillTint="A6"/>
          </w:tcPr>
          <w:p w14:paraId="1EB064B0" w14:textId="439183F7" w:rsidR="00AD498E" w:rsidRPr="00272EB0" w:rsidRDefault="00AD498E">
            <w:pPr>
              <w:jc w:val="center"/>
              <w:rPr>
                <w:b/>
                <w:color w:val="FFFFFF"/>
                <w:szCs w:val="20"/>
              </w:rPr>
            </w:pPr>
            <w:proofErr w:type="spellStart"/>
            <w:r>
              <w:rPr>
                <w:b/>
                <w:color w:val="FFFFFF"/>
                <w:szCs w:val="20"/>
              </w:rPr>
              <w:t>Vārds</w:t>
            </w:r>
            <w:proofErr w:type="spellEnd"/>
            <w:r>
              <w:rPr>
                <w:b/>
                <w:color w:val="FFFFFF"/>
                <w:szCs w:val="20"/>
              </w:rPr>
              <w:t xml:space="preserve">, </w:t>
            </w:r>
            <w:proofErr w:type="spellStart"/>
            <w:r>
              <w:rPr>
                <w:b/>
                <w:color w:val="FFFFFF"/>
                <w:szCs w:val="20"/>
              </w:rPr>
              <w:t>uzvārds</w:t>
            </w:r>
            <w:proofErr w:type="spellEnd"/>
          </w:p>
        </w:tc>
        <w:tc>
          <w:tcPr>
            <w:tcW w:w="2835" w:type="dxa"/>
            <w:shd w:val="clear" w:color="auto" w:fill="595959" w:themeFill="text1" w:themeFillTint="A6"/>
            <w:tcMar>
              <w:top w:w="70" w:type="dxa"/>
              <w:left w:w="70" w:type="dxa"/>
              <w:bottom w:w="70" w:type="dxa"/>
              <w:right w:w="70" w:type="dxa"/>
            </w:tcMar>
          </w:tcPr>
          <w:p w14:paraId="74AC83CB" w14:textId="1116470C" w:rsidR="00AD498E" w:rsidRPr="00272EB0" w:rsidRDefault="00AD498E">
            <w:pPr>
              <w:jc w:val="center"/>
              <w:rPr>
                <w:szCs w:val="20"/>
              </w:rPr>
            </w:pPr>
            <w:r w:rsidRPr="00272EB0">
              <w:rPr>
                <w:b/>
                <w:color w:val="FFFFFF"/>
                <w:szCs w:val="20"/>
              </w:rPr>
              <w:t xml:space="preserve">Loma </w:t>
            </w:r>
            <w:proofErr w:type="spellStart"/>
            <w:r w:rsidRPr="00272EB0">
              <w:rPr>
                <w:b/>
                <w:color w:val="FFFFFF"/>
                <w:szCs w:val="20"/>
              </w:rPr>
              <w:t>projektā</w:t>
            </w:r>
            <w:proofErr w:type="spellEnd"/>
          </w:p>
        </w:tc>
        <w:tc>
          <w:tcPr>
            <w:tcW w:w="4394" w:type="dxa"/>
            <w:shd w:val="clear" w:color="auto" w:fill="595959" w:themeFill="text1" w:themeFillTint="A6"/>
            <w:tcMar>
              <w:top w:w="70" w:type="dxa"/>
              <w:left w:w="70" w:type="dxa"/>
              <w:bottom w:w="70" w:type="dxa"/>
              <w:right w:w="70" w:type="dxa"/>
            </w:tcMar>
          </w:tcPr>
          <w:p w14:paraId="1948EAD3" w14:textId="77777777" w:rsidR="00AD498E" w:rsidRPr="00272EB0" w:rsidRDefault="00AD498E">
            <w:pPr>
              <w:jc w:val="center"/>
              <w:rPr>
                <w:szCs w:val="20"/>
              </w:rPr>
            </w:pPr>
            <w:proofErr w:type="spellStart"/>
            <w:r w:rsidRPr="00272EB0">
              <w:rPr>
                <w:b/>
                <w:color w:val="FFFFFF"/>
                <w:szCs w:val="20"/>
              </w:rPr>
              <w:t>Konkrētie</w:t>
            </w:r>
            <w:proofErr w:type="spellEnd"/>
            <w:r w:rsidRPr="00272EB0">
              <w:rPr>
                <w:b/>
                <w:color w:val="FFFFFF"/>
                <w:szCs w:val="20"/>
              </w:rPr>
              <w:t xml:space="preserve"> </w:t>
            </w:r>
            <w:proofErr w:type="spellStart"/>
            <w:r w:rsidRPr="00272EB0">
              <w:rPr>
                <w:b/>
                <w:color w:val="FFFFFF"/>
                <w:szCs w:val="20"/>
              </w:rPr>
              <w:t>uzdevumi</w:t>
            </w:r>
            <w:proofErr w:type="spellEnd"/>
            <w:r w:rsidRPr="00272EB0">
              <w:rPr>
                <w:b/>
                <w:color w:val="FFFFFF"/>
                <w:szCs w:val="20"/>
              </w:rPr>
              <w:t xml:space="preserve"> un </w:t>
            </w:r>
            <w:proofErr w:type="spellStart"/>
            <w:r w:rsidRPr="00272EB0">
              <w:rPr>
                <w:b/>
                <w:color w:val="FFFFFF"/>
                <w:szCs w:val="20"/>
              </w:rPr>
              <w:t>paredzētais</w:t>
            </w:r>
            <w:proofErr w:type="spellEnd"/>
            <w:r w:rsidRPr="00272EB0">
              <w:rPr>
                <w:b/>
                <w:color w:val="FFFFFF"/>
                <w:szCs w:val="20"/>
              </w:rPr>
              <w:t xml:space="preserve"> </w:t>
            </w:r>
            <w:proofErr w:type="spellStart"/>
            <w:r w:rsidRPr="00272EB0">
              <w:rPr>
                <w:b/>
                <w:color w:val="FFFFFF"/>
                <w:szCs w:val="20"/>
              </w:rPr>
              <w:t>ieguldījums</w:t>
            </w:r>
            <w:proofErr w:type="spellEnd"/>
          </w:p>
        </w:tc>
      </w:tr>
      <w:tr w:rsidR="00AD498E" w:rsidRPr="00272EB0" w14:paraId="47435AE8" w14:textId="77777777" w:rsidTr="00AD498E">
        <w:trPr>
          <w:cantSplit/>
          <w:jc w:val="center"/>
        </w:trPr>
        <w:tc>
          <w:tcPr>
            <w:tcW w:w="421" w:type="dxa"/>
            <w:shd w:val="clear" w:color="auto" w:fill="F3F6F8"/>
            <w:tcMar>
              <w:top w:w="70" w:type="dxa"/>
              <w:left w:w="70" w:type="dxa"/>
              <w:bottom w:w="70" w:type="dxa"/>
              <w:right w:w="70" w:type="dxa"/>
            </w:tcMar>
          </w:tcPr>
          <w:p w14:paraId="797AAAF1" w14:textId="77777777" w:rsidR="00AD498E" w:rsidRPr="00272EB0" w:rsidRDefault="00AD498E">
            <w:pPr>
              <w:rPr>
                <w:szCs w:val="20"/>
              </w:rPr>
            </w:pPr>
            <w:r w:rsidRPr="00272EB0">
              <w:rPr>
                <w:color w:val="222222"/>
                <w:szCs w:val="20"/>
              </w:rPr>
              <w:t>1</w:t>
            </w:r>
          </w:p>
        </w:tc>
        <w:tc>
          <w:tcPr>
            <w:tcW w:w="2551" w:type="dxa"/>
            <w:shd w:val="clear" w:color="auto" w:fill="F3F6F8"/>
          </w:tcPr>
          <w:p w14:paraId="360E012D" w14:textId="1C7722F1" w:rsidR="00AD498E" w:rsidRDefault="00AD498E">
            <w:pPr>
              <w:rPr>
                <w:szCs w:val="20"/>
              </w:rPr>
            </w:pPr>
            <w:proofErr w:type="spellStart"/>
            <w:r>
              <w:rPr>
                <w:szCs w:val="20"/>
              </w:rPr>
              <w:t>Vārds</w:t>
            </w:r>
            <w:proofErr w:type="spellEnd"/>
            <w:r>
              <w:rPr>
                <w:szCs w:val="20"/>
              </w:rPr>
              <w:t xml:space="preserve">, </w:t>
            </w:r>
            <w:proofErr w:type="spellStart"/>
            <w:r>
              <w:rPr>
                <w:szCs w:val="20"/>
              </w:rPr>
              <w:t>uzvārds</w:t>
            </w:r>
            <w:proofErr w:type="spellEnd"/>
          </w:p>
        </w:tc>
        <w:tc>
          <w:tcPr>
            <w:tcW w:w="2835" w:type="dxa"/>
            <w:shd w:val="clear" w:color="auto" w:fill="F3F6F8"/>
            <w:tcMar>
              <w:top w:w="70" w:type="dxa"/>
              <w:left w:w="70" w:type="dxa"/>
              <w:bottom w:w="70" w:type="dxa"/>
              <w:right w:w="70" w:type="dxa"/>
            </w:tcMar>
          </w:tcPr>
          <w:p w14:paraId="71FCE778" w14:textId="701378CB" w:rsidR="00AD498E" w:rsidRPr="00272EB0" w:rsidRDefault="00000000">
            <w:pPr>
              <w:rPr>
                <w:szCs w:val="20"/>
              </w:rPr>
            </w:pPr>
            <w:sdt>
              <w:sdtPr>
                <w:rPr>
                  <w:szCs w:val="20"/>
                </w:rPr>
                <w:alias w:val="ST_M1_ROLE"/>
                <w:tag w:val="ST_M1_ROLE"/>
                <w:id w:val="-1977674800"/>
                <w:text/>
              </w:sdtPr>
              <w:sdtContent>
                <w:r w:rsidR="00AD498E" w:rsidRPr="00272EB0">
                  <w:rPr>
                    <w:color w:val="222222"/>
                    <w:szCs w:val="20"/>
                  </w:rPr>
                  <w:t>Loma</w:t>
                </w:r>
              </w:sdtContent>
            </w:sdt>
          </w:p>
        </w:tc>
        <w:tc>
          <w:tcPr>
            <w:tcW w:w="4394" w:type="dxa"/>
            <w:shd w:val="clear" w:color="auto" w:fill="F3F6F8"/>
            <w:tcMar>
              <w:top w:w="70" w:type="dxa"/>
              <w:left w:w="70" w:type="dxa"/>
              <w:bottom w:w="70" w:type="dxa"/>
              <w:right w:w="70" w:type="dxa"/>
            </w:tcMar>
          </w:tcPr>
          <w:p w14:paraId="0E48D39E" w14:textId="77777777" w:rsidR="00AD498E" w:rsidRPr="00272EB0" w:rsidRDefault="00000000">
            <w:pPr>
              <w:rPr>
                <w:szCs w:val="20"/>
              </w:rPr>
            </w:pPr>
            <w:sdt>
              <w:sdtPr>
                <w:rPr>
                  <w:szCs w:val="20"/>
                </w:rPr>
                <w:alias w:val="ST_M1_TASKS"/>
                <w:tag w:val="ST_M1_TASKS"/>
                <w:id w:val="1420133136"/>
                <w:text/>
              </w:sdtPr>
              <w:sdtContent>
                <w:proofErr w:type="spellStart"/>
                <w:r w:rsidR="00AD498E" w:rsidRPr="00272EB0">
                  <w:rPr>
                    <w:color w:val="222222"/>
                    <w:szCs w:val="20"/>
                  </w:rPr>
                  <w:t>Uzdevumi</w:t>
                </w:r>
                <w:proofErr w:type="spellEnd"/>
                <w:r w:rsidR="00AD498E" w:rsidRPr="00272EB0">
                  <w:rPr>
                    <w:color w:val="222222"/>
                    <w:szCs w:val="20"/>
                  </w:rPr>
                  <w:t xml:space="preserve"> / </w:t>
                </w:r>
                <w:proofErr w:type="spellStart"/>
                <w:r w:rsidR="00AD498E" w:rsidRPr="00272EB0">
                  <w:rPr>
                    <w:color w:val="222222"/>
                    <w:szCs w:val="20"/>
                  </w:rPr>
                  <w:t>ieguldījums</w:t>
                </w:r>
                <w:proofErr w:type="spellEnd"/>
              </w:sdtContent>
            </w:sdt>
          </w:p>
        </w:tc>
      </w:tr>
      <w:tr w:rsidR="00AD498E" w:rsidRPr="00272EB0" w14:paraId="028BE422" w14:textId="77777777" w:rsidTr="00AD498E">
        <w:trPr>
          <w:cantSplit/>
          <w:jc w:val="center"/>
        </w:trPr>
        <w:tc>
          <w:tcPr>
            <w:tcW w:w="421" w:type="dxa"/>
            <w:shd w:val="clear" w:color="auto" w:fill="FFFFFF"/>
            <w:tcMar>
              <w:top w:w="70" w:type="dxa"/>
              <w:left w:w="70" w:type="dxa"/>
              <w:bottom w:w="70" w:type="dxa"/>
              <w:right w:w="70" w:type="dxa"/>
            </w:tcMar>
          </w:tcPr>
          <w:p w14:paraId="7E035390" w14:textId="77777777" w:rsidR="00AD498E" w:rsidRPr="00272EB0" w:rsidRDefault="00AD498E">
            <w:pPr>
              <w:rPr>
                <w:szCs w:val="20"/>
              </w:rPr>
            </w:pPr>
            <w:r w:rsidRPr="00272EB0">
              <w:rPr>
                <w:color w:val="222222"/>
                <w:szCs w:val="20"/>
              </w:rPr>
              <w:t>2</w:t>
            </w:r>
          </w:p>
        </w:tc>
        <w:tc>
          <w:tcPr>
            <w:tcW w:w="2551" w:type="dxa"/>
            <w:shd w:val="clear" w:color="auto" w:fill="FFFFFF"/>
          </w:tcPr>
          <w:p w14:paraId="60E57F74" w14:textId="144655B4" w:rsidR="00AD498E" w:rsidRDefault="00AD498E">
            <w:pPr>
              <w:rPr>
                <w:szCs w:val="20"/>
              </w:rPr>
            </w:pPr>
            <w:proofErr w:type="spellStart"/>
            <w:r>
              <w:rPr>
                <w:szCs w:val="20"/>
              </w:rPr>
              <w:t>Vārds</w:t>
            </w:r>
            <w:proofErr w:type="spellEnd"/>
            <w:r>
              <w:rPr>
                <w:szCs w:val="20"/>
              </w:rPr>
              <w:t xml:space="preserve">, </w:t>
            </w:r>
            <w:proofErr w:type="spellStart"/>
            <w:r>
              <w:rPr>
                <w:szCs w:val="20"/>
              </w:rPr>
              <w:t>uzvārds</w:t>
            </w:r>
            <w:proofErr w:type="spellEnd"/>
          </w:p>
        </w:tc>
        <w:tc>
          <w:tcPr>
            <w:tcW w:w="2835" w:type="dxa"/>
            <w:shd w:val="clear" w:color="auto" w:fill="FFFFFF"/>
            <w:tcMar>
              <w:top w:w="70" w:type="dxa"/>
              <w:left w:w="70" w:type="dxa"/>
              <w:bottom w:w="70" w:type="dxa"/>
              <w:right w:w="70" w:type="dxa"/>
            </w:tcMar>
          </w:tcPr>
          <w:p w14:paraId="60A9C0FC" w14:textId="524FF7E2" w:rsidR="00AD498E" w:rsidRPr="00272EB0" w:rsidRDefault="00000000">
            <w:pPr>
              <w:rPr>
                <w:szCs w:val="20"/>
              </w:rPr>
            </w:pPr>
            <w:sdt>
              <w:sdtPr>
                <w:rPr>
                  <w:szCs w:val="20"/>
                </w:rPr>
                <w:alias w:val="ST_M2_ROLE"/>
                <w:tag w:val="ST_M2_ROLE"/>
                <w:id w:val="-1549836900"/>
                <w:text/>
              </w:sdtPr>
              <w:sdtContent>
                <w:r w:rsidR="00AD498E" w:rsidRPr="00272EB0">
                  <w:rPr>
                    <w:color w:val="222222"/>
                    <w:szCs w:val="20"/>
                  </w:rPr>
                  <w:t>Loma</w:t>
                </w:r>
              </w:sdtContent>
            </w:sdt>
          </w:p>
        </w:tc>
        <w:tc>
          <w:tcPr>
            <w:tcW w:w="4394" w:type="dxa"/>
            <w:shd w:val="clear" w:color="auto" w:fill="FFFFFF"/>
            <w:tcMar>
              <w:top w:w="70" w:type="dxa"/>
              <w:left w:w="70" w:type="dxa"/>
              <w:bottom w:w="70" w:type="dxa"/>
              <w:right w:w="70" w:type="dxa"/>
            </w:tcMar>
          </w:tcPr>
          <w:p w14:paraId="6B5D5F2F" w14:textId="77777777" w:rsidR="00AD498E" w:rsidRPr="00272EB0" w:rsidRDefault="00000000">
            <w:pPr>
              <w:rPr>
                <w:szCs w:val="20"/>
              </w:rPr>
            </w:pPr>
            <w:sdt>
              <w:sdtPr>
                <w:rPr>
                  <w:szCs w:val="20"/>
                </w:rPr>
                <w:alias w:val="ST_M2_TASKS"/>
                <w:tag w:val="ST_M2_TASKS"/>
                <w:id w:val="-1976980542"/>
                <w:text/>
              </w:sdtPr>
              <w:sdtContent>
                <w:proofErr w:type="spellStart"/>
                <w:r w:rsidR="00AD498E" w:rsidRPr="00272EB0">
                  <w:rPr>
                    <w:color w:val="222222"/>
                    <w:szCs w:val="20"/>
                  </w:rPr>
                  <w:t>Uzdevumi</w:t>
                </w:r>
                <w:proofErr w:type="spellEnd"/>
                <w:r w:rsidR="00AD498E" w:rsidRPr="00272EB0">
                  <w:rPr>
                    <w:color w:val="222222"/>
                    <w:szCs w:val="20"/>
                  </w:rPr>
                  <w:t xml:space="preserve"> / </w:t>
                </w:r>
                <w:proofErr w:type="spellStart"/>
                <w:r w:rsidR="00AD498E" w:rsidRPr="00272EB0">
                  <w:rPr>
                    <w:color w:val="222222"/>
                    <w:szCs w:val="20"/>
                  </w:rPr>
                  <w:t>ieguldījums</w:t>
                </w:r>
                <w:proofErr w:type="spellEnd"/>
              </w:sdtContent>
            </w:sdt>
          </w:p>
        </w:tc>
      </w:tr>
      <w:tr w:rsidR="00AD498E" w:rsidRPr="00272EB0" w14:paraId="6440F34C" w14:textId="77777777" w:rsidTr="00AD498E">
        <w:trPr>
          <w:cantSplit/>
          <w:jc w:val="center"/>
        </w:trPr>
        <w:tc>
          <w:tcPr>
            <w:tcW w:w="421" w:type="dxa"/>
            <w:shd w:val="clear" w:color="auto" w:fill="F3F6F8"/>
            <w:tcMar>
              <w:top w:w="70" w:type="dxa"/>
              <w:left w:w="70" w:type="dxa"/>
              <w:bottom w:w="70" w:type="dxa"/>
              <w:right w:w="70" w:type="dxa"/>
            </w:tcMar>
          </w:tcPr>
          <w:p w14:paraId="4BBBAB37" w14:textId="77777777" w:rsidR="00AD498E" w:rsidRPr="00272EB0" w:rsidRDefault="00AD498E">
            <w:pPr>
              <w:rPr>
                <w:szCs w:val="20"/>
              </w:rPr>
            </w:pPr>
            <w:r w:rsidRPr="00272EB0">
              <w:rPr>
                <w:color w:val="222222"/>
                <w:szCs w:val="20"/>
              </w:rPr>
              <w:t>3</w:t>
            </w:r>
          </w:p>
        </w:tc>
        <w:tc>
          <w:tcPr>
            <w:tcW w:w="2551" w:type="dxa"/>
            <w:shd w:val="clear" w:color="auto" w:fill="F3F6F8"/>
          </w:tcPr>
          <w:p w14:paraId="3695CCD7" w14:textId="2194C147" w:rsidR="00AD498E" w:rsidRDefault="00AD498E">
            <w:pPr>
              <w:rPr>
                <w:szCs w:val="20"/>
              </w:rPr>
            </w:pPr>
            <w:proofErr w:type="spellStart"/>
            <w:r>
              <w:rPr>
                <w:szCs w:val="20"/>
              </w:rPr>
              <w:t>Vārds</w:t>
            </w:r>
            <w:proofErr w:type="spellEnd"/>
            <w:r>
              <w:rPr>
                <w:szCs w:val="20"/>
              </w:rPr>
              <w:t xml:space="preserve">, </w:t>
            </w:r>
            <w:proofErr w:type="spellStart"/>
            <w:r>
              <w:rPr>
                <w:szCs w:val="20"/>
              </w:rPr>
              <w:t>uzvārds</w:t>
            </w:r>
            <w:proofErr w:type="spellEnd"/>
          </w:p>
        </w:tc>
        <w:tc>
          <w:tcPr>
            <w:tcW w:w="2835" w:type="dxa"/>
            <w:shd w:val="clear" w:color="auto" w:fill="F3F6F8"/>
            <w:tcMar>
              <w:top w:w="70" w:type="dxa"/>
              <w:left w:w="70" w:type="dxa"/>
              <w:bottom w:w="70" w:type="dxa"/>
              <w:right w:w="70" w:type="dxa"/>
            </w:tcMar>
          </w:tcPr>
          <w:p w14:paraId="79A44607" w14:textId="5F5763A0" w:rsidR="00AD498E" w:rsidRPr="00272EB0" w:rsidRDefault="00000000">
            <w:pPr>
              <w:rPr>
                <w:szCs w:val="20"/>
              </w:rPr>
            </w:pPr>
            <w:sdt>
              <w:sdtPr>
                <w:rPr>
                  <w:szCs w:val="20"/>
                </w:rPr>
                <w:alias w:val="ST_M3_ROLE"/>
                <w:tag w:val="ST_M3_ROLE"/>
                <w:id w:val="604389158"/>
                <w:text/>
              </w:sdtPr>
              <w:sdtContent>
                <w:r w:rsidR="00AD498E" w:rsidRPr="00272EB0">
                  <w:rPr>
                    <w:color w:val="222222"/>
                    <w:szCs w:val="20"/>
                  </w:rPr>
                  <w:t>Loma</w:t>
                </w:r>
              </w:sdtContent>
            </w:sdt>
          </w:p>
        </w:tc>
        <w:tc>
          <w:tcPr>
            <w:tcW w:w="4394" w:type="dxa"/>
            <w:shd w:val="clear" w:color="auto" w:fill="F3F6F8"/>
            <w:tcMar>
              <w:top w:w="70" w:type="dxa"/>
              <w:left w:w="70" w:type="dxa"/>
              <w:bottom w:w="70" w:type="dxa"/>
              <w:right w:w="70" w:type="dxa"/>
            </w:tcMar>
          </w:tcPr>
          <w:p w14:paraId="2E1F84B6" w14:textId="77777777" w:rsidR="00AD498E" w:rsidRPr="00272EB0" w:rsidRDefault="00000000">
            <w:pPr>
              <w:rPr>
                <w:szCs w:val="20"/>
              </w:rPr>
            </w:pPr>
            <w:sdt>
              <w:sdtPr>
                <w:rPr>
                  <w:szCs w:val="20"/>
                </w:rPr>
                <w:alias w:val="ST_M3_TASKS"/>
                <w:tag w:val="ST_M3_TASKS"/>
                <w:id w:val="-431123142"/>
                <w:text/>
              </w:sdtPr>
              <w:sdtContent>
                <w:proofErr w:type="spellStart"/>
                <w:r w:rsidR="00AD498E" w:rsidRPr="00272EB0">
                  <w:rPr>
                    <w:color w:val="222222"/>
                    <w:szCs w:val="20"/>
                  </w:rPr>
                  <w:t>Uzdevumi</w:t>
                </w:r>
                <w:proofErr w:type="spellEnd"/>
                <w:r w:rsidR="00AD498E" w:rsidRPr="00272EB0">
                  <w:rPr>
                    <w:color w:val="222222"/>
                    <w:szCs w:val="20"/>
                  </w:rPr>
                  <w:t xml:space="preserve"> / </w:t>
                </w:r>
                <w:proofErr w:type="spellStart"/>
                <w:r w:rsidR="00AD498E" w:rsidRPr="00272EB0">
                  <w:rPr>
                    <w:color w:val="222222"/>
                    <w:szCs w:val="20"/>
                  </w:rPr>
                  <w:t>ieguldījums</w:t>
                </w:r>
                <w:proofErr w:type="spellEnd"/>
              </w:sdtContent>
            </w:sdt>
          </w:p>
        </w:tc>
      </w:tr>
      <w:tr w:rsidR="00AD498E" w:rsidRPr="00272EB0" w14:paraId="4F0B06D9" w14:textId="77777777" w:rsidTr="00AD498E">
        <w:trPr>
          <w:cantSplit/>
          <w:jc w:val="center"/>
        </w:trPr>
        <w:tc>
          <w:tcPr>
            <w:tcW w:w="421" w:type="dxa"/>
            <w:shd w:val="clear" w:color="auto" w:fill="FFFFFF"/>
            <w:tcMar>
              <w:top w:w="70" w:type="dxa"/>
              <w:left w:w="70" w:type="dxa"/>
              <w:bottom w:w="70" w:type="dxa"/>
              <w:right w:w="70" w:type="dxa"/>
            </w:tcMar>
          </w:tcPr>
          <w:p w14:paraId="2AC2844D" w14:textId="77777777" w:rsidR="00AD498E" w:rsidRPr="00272EB0" w:rsidRDefault="00AD498E">
            <w:pPr>
              <w:rPr>
                <w:szCs w:val="20"/>
              </w:rPr>
            </w:pPr>
            <w:r w:rsidRPr="00272EB0">
              <w:rPr>
                <w:color w:val="222222"/>
                <w:szCs w:val="20"/>
              </w:rPr>
              <w:t>4</w:t>
            </w:r>
          </w:p>
        </w:tc>
        <w:tc>
          <w:tcPr>
            <w:tcW w:w="2551" w:type="dxa"/>
            <w:shd w:val="clear" w:color="auto" w:fill="FFFFFF"/>
          </w:tcPr>
          <w:p w14:paraId="4E729B13" w14:textId="1A1F222C" w:rsidR="00AD498E" w:rsidRDefault="00AD498E">
            <w:pPr>
              <w:rPr>
                <w:szCs w:val="20"/>
              </w:rPr>
            </w:pPr>
            <w:proofErr w:type="spellStart"/>
            <w:r>
              <w:rPr>
                <w:szCs w:val="20"/>
              </w:rPr>
              <w:t>Vārds</w:t>
            </w:r>
            <w:proofErr w:type="spellEnd"/>
            <w:r>
              <w:rPr>
                <w:szCs w:val="20"/>
              </w:rPr>
              <w:t xml:space="preserve">, </w:t>
            </w:r>
            <w:proofErr w:type="spellStart"/>
            <w:r>
              <w:rPr>
                <w:szCs w:val="20"/>
              </w:rPr>
              <w:t>uzvārds</w:t>
            </w:r>
            <w:proofErr w:type="spellEnd"/>
          </w:p>
        </w:tc>
        <w:tc>
          <w:tcPr>
            <w:tcW w:w="2835" w:type="dxa"/>
            <w:shd w:val="clear" w:color="auto" w:fill="FFFFFF"/>
            <w:tcMar>
              <w:top w:w="70" w:type="dxa"/>
              <w:left w:w="70" w:type="dxa"/>
              <w:bottom w:w="70" w:type="dxa"/>
              <w:right w:w="70" w:type="dxa"/>
            </w:tcMar>
          </w:tcPr>
          <w:p w14:paraId="035A41B6" w14:textId="2BE0142C" w:rsidR="00AD498E" w:rsidRPr="00272EB0" w:rsidRDefault="00000000">
            <w:pPr>
              <w:rPr>
                <w:szCs w:val="20"/>
              </w:rPr>
            </w:pPr>
            <w:sdt>
              <w:sdtPr>
                <w:rPr>
                  <w:szCs w:val="20"/>
                </w:rPr>
                <w:alias w:val="ST_M4_ROLE"/>
                <w:tag w:val="ST_M4_ROLE"/>
                <w:id w:val="996540634"/>
                <w:text/>
              </w:sdtPr>
              <w:sdtContent>
                <w:r w:rsidR="00AD498E" w:rsidRPr="00272EB0">
                  <w:rPr>
                    <w:color w:val="222222"/>
                    <w:szCs w:val="20"/>
                  </w:rPr>
                  <w:t>Loma</w:t>
                </w:r>
              </w:sdtContent>
            </w:sdt>
          </w:p>
        </w:tc>
        <w:tc>
          <w:tcPr>
            <w:tcW w:w="4394" w:type="dxa"/>
            <w:shd w:val="clear" w:color="auto" w:fill="FFFFFF"/>
            <w:tcMar>
              <w:top w:w="70" w:type="dxa"/>
              <w:left w:w="70" w:type="dxa"/>
              <w:bottom w:w="70" w:type="dxa"/>
              <w:right w:w="70" w:type="dxa"/>
            </w:tcMar>
          </w:tcPr>
          <w:p w14:paraId="38979E63" w14:textId="77777777" w:rsidR="00AD498E" w:rsidRPr="00272EB0" w:rsidRDefault="00000000">
            <w:pPr>
              <w:rPr>
                <w:szCs w:val="20"/>
              </w:rPr>
            </w:pPr>
            <w:sdt>
              <w:sdtPr>
                <w:rPr>
                  <w:szCs w:val="20"/>
                </w:rPr>
                <w:alias w:val="ST_M4_TASKS"/>
                <w:tag w:val="ST_M4_TASKS"/>
                <w:id w:val="-267624338"/>
                <w:text/>
              </w:sdtPr>
              <w:sdtContent>
                <w:proofErr w:type="spellStart"/>
                <w:r w:rsidR="00AD498E" w:rsidRPr="00272EB0">
                  <w:rPr>
                    <w:color w:val="222222"/>
                    <w:szCs w:val="20"/>
                  </w:rPr>
                  <w:t>Uzdevumi</w:t>
                </w:r>
                <w:proofErr w:type="spellEnd"/>
                <w:r w:rsidR="00AD498E" w:rsidRPr="00272EB0">
                  <w:rPr>
                    <w:color w:val="222222"/>
                    <w:szCs w:val="20"/>
                  </w:rPr>
                  <w:t xml:space="preserve"> / </w:t>
                </w:r>
                <w:proofErr w:type="spellStart"/>
                <w:r w:rsidR="00AD498E" w:rsidRPr="00272EB0">
                  <w:rPr>
                    <w:color w:val="222222"/>
                    <w:szCs w:val="20"/>
                  </w:rPr>
                  <w:t>ieguldījums</w:t>
                </w:r>
                <w:proofErr w:type="spellEnd"/>
              </w:sdtContent>
            </w:sdt>
          </w:p>
        </w:tc>
      </w:tr>
      <w:tr w:rsidR="00AD498E" w:rsidRPr="00272EB0" w14:paraId="567D19EB" w14:textId="77777777" w:rsidTr="00AD498E">
        <w:trPr>
          <w:cantSplit/>
          <w:jc w:val="center"/>
        </w:trPr>
        <w:tc>
          <w:tcPr>
            <w:tcW w:w="421" w:type="dxa"/>
            <w:shd w:val="clear" w:color="auto" w:fill="F3F6F8"/>
            <w:tcMar>
              <w:top w:w="70" w:type="dxa"/>
              <w:left w:w="70" w:type="dxa"/>
              <w:bottom w:w="70" w:type="dxa"/>
              <w:right w:w="70" w:type="dxa"/>
            </w:tcMar>
          </w:tcPr>
          <w:p w14:paraId="751281A7" w14:textId="77777777" w:rsidR="00AD498E" w:rsidRPr="00272EB0" w:rsidRDefault="00AD498E">
            <w:pPr>
              <w:rPr>
                <w:szCs w:val="20"/>
              </w:rPr>
            </w:pPr>
            <w:r w:rsidRPr="00272EB0">
              <w:rPr>
                <w:color w:val="222222"/>
                <w:szCs w:val="20"/>
              </w:rPr>
              <w:t>5</w:t>
            </w:r>
          </w:p>
        </w:tc>
        <w:tc>
          <w:tcPr>
            <w:tcW w:w="2551" w:type="dxa"/>
            <w:shd w:val="clear" w:color="auto" w:fill="F3F6F8"/>
          </w:tcPr>
          <w:p w14:paraId="1D5D6B94" w14:textId="695E4FFB" w:rsidR="00AD498E" w:rsidRDefault="00AD498E">
            <w:pPr>
              <w:rPr>
                <w:szCs w:val="20"/>
              </w:rPr>
            </w:pPr>
            <w:proofErr w:type="spellStart"/>
            <w:r>
              <w:rPr>
                <w:szCs w:val="20"/>
              </w:rPr>
              <w:t>Vārds</w:t>
            </w:r>
            <w:proofErr w:type="spellEnd"/>
            <w:r>
              <w:rPr>
                <w:szCs w:val="20"/>
              </w:rPr>
              <w:t xml:space="preserve">, </w:t>
            </w:r>
            <w:proofErr w:type="spellStart"/>
            <w:r>
              <w:rPr>
                <w:szCs w:val="20"/>
              </w:rPr>
              <w:t>uzvārds</w:t>
            </w:r>
            <w:proofErr w:type="spellEnd"/>
          </w:p>
        </w:tc>
        <w:tc>
          <w:tcPr>
            <w:tcW w:w="2835" w:type="dxa"/>
            <w:shd w:val="clear" w:color="auto" w:fill="F3F6F8"/>
            <w:tcMar>
              <w:top w:w="70" w:type="dxa"/>
              <w:left w:w="70" w:type="dxa"/>
              <w:bottom w:w="70" w:type="dxa"/>
              <w:right w:w="70" w:type="dxa"/>
            </w:tcMar>
          </w:tcPr>
          <w:p w14:paraId="6204E72A" w14:textId="1DB3FF7F" w:rsidR="00AD498E" w:rsidRPr="00272EB0" w:rsidRDefault="00000000">
            <w:pPr>
              <w:rPr>
                <w:szCs w:val="20"/>
              </w:rPr>
            </w:pPr>
            <w:sdt>
              <w:sdtPr>
                <w:rPr>
                  <w:szCs w:val="20"/>
                </w:rPr>
                <w:alias w:val="ST_M5_ROLE"/>
                <w:tag w:val="ST_M5_ROLE"/>
                <w:id w:val="-671716255"/>
                <w:text/>
              </w:sdtPr>
              <w:sdtContent>
                <w:r w:rsidR="00AD498E" w:rsidRPr="00272EB0">
                  <w:rPr>
                    <w:color w:val="222222"/>
                    <w:szCs w:val="20"/>
                  </w:rPr>
                  <w:t>Loma</w:t>
                </w:r>
              </w:sdtContent>
            </w:sdt>
          </w:p>
        </w:tc>
        <w:tc>
          <w:tcPr>
            <w:tcW w:w="4394" w:type="dxa"/>
            <w:shd w:val="clear" w:color="auto" w:fill="F3F6F8"/>
            <w:tcMar>
              <w:top w:w="70" w:type="dxa"/>
              <w:left w:w="70" w:type="dxa"/>
              <w:bottom w:w="70" w:type="dxa"/>
              <w:right w:w="70" w:type="dxa"/>
            </w:tcMar>
          </w:tcPr>
          <w:p w14:paraId="71252E11" w14:textId="77777777" w:rsidR="00AD498E" w:rsidRPr="00272EB0" w:rsidRDefault="00000000">
            <w:pPr>
              <w:rPr>
                <w:szCs w:val="20"/>
              </w:rPr>
            </w:pPr>
            <w:sdt>
              <w:sdtPr>
                <w:rPr>
                  <w:szCs w:val="20"/>
                </w:rPr>
                <w:alias w:val="ST_M5_TASKS"/>
                <w:tag w:val="ST_M5_TASKS"/>
                <w:id w:val="722107464"/>
                <w:text/>
              </w:sdtPr>
              <w:sdtContent>
                <w:proofErr w:type="spellStart"/>
                <w:r w:rsidR="00AD498E" w:rsidRPr="00272EB0">
                  <w:rPr>
                    <w:color w:val="222222"/>
                    <w:szCs w:val="20"/>
                  </w:rPr>
                  <w:t>Uzdevumi</w:t>
                </w:r>
                <w:proofErr w:type="spellEnd"/>
                <w:r w:rsidR="00AD498E" w:rsidRPr="00272EB0">
                  <w:rPr>
                    <w:color w:val="222222"/>
                    <w:szCs w:val="20"/>
                  </w:rPr>
                  <w:t xml:space="preserve"> / </w:t>
                </w:r>
                <w:proofErr w:type="spellStart"/>
                <w:r w:rsidR="00AD498E" w:rsidRPr="00272EB0">
                  <w:rPr>
                    <w:color w:val="222222"/>
                    <w:szCs w:val="20"/>
                  </w:rPr>
                  <w:t>ieguldījums</w:t>
                </w:r>
                <w:proofErr w:type="spellEnd"/>
              </w:sdtContent>
            </w:sdt>
          </w:p>
        </w:tc>
      </w:tr>
      <w:tr w:rsidR="00AD498E" w:rsidRPr="00272EB0" w14:paraId="78BCED82" w14:textId="77777777" w:rsidTr="00AD498E">
        <w:trPr>
          <w:cantSplit/>
          <w:jc w:val="center"/>
        </w:trPr>
        <w:tc>
          <w:tcPr>
            <w:tcW w:w="421" w:type="dxa"/>
            <w:shd w:val="clear" w:color="auto" w:fill="FFFFFF"/>
            <w:tcMar>
              <w:top w:w="70" w:type="dxa"/>
              <w:left w:w="70" w:type="dxa"/>
              <w:bottom w:w="70" w:type="dxa"/>
              <w:right w:w="70" w:type="dxa"/>
            </w:tcMar>
          </w:tcPr>
          <w:p w14:paraId="185824F0" w14:textId="77777777" w:rsidR="00AD498E" w:rsidRPr="00272EB0" w:rsidRDefault="00AD498E">
            <w:pPr>
              <w:rPr>
                <w:szCs w:val="20"/>
              </w:rPr>
            </w:pPr>
            <w:r w:rsidRPr="00272EB0">
              <w:rPr>
                <w:color w:val="222222"/>
                <w:szCs w:val="20"/>
              </w:rPr>
              <w:t>6</w:t>
            </w:r>
          </w:p>
        </w:tc>
        <w:tc>
          <w:tcPr>
            <w:tcW w:w="2551" w:type="dxa"/>
            <w:shd w:val="clear" w:color="auto" w:fill="FFFFFF"/>
          </w:tcPr>
          <w:p w14:paraId="00B64E3B" w14:textId="536F2891" w:rsidR="00AD498E" w:rsidRDefault="00AD498E">
            <w:pPr>
              <w:rPr>
                <w:szCs w:val="20"/>
              </w:rPr>
            </w:pPr>
            <w:proofErr w:type="spellStart"/>
            <w:r>
              <w:rPr>
                <w:szCs w:val="20"/>
              </w:rPr>
              <w:t>Vārds</w:t>
            </w:r>
            <w:proofErr w:type="spellEnd"/>
            <w:r>
              <w:rPr>
                <w:szCs w:val="20"/>
              </w:rPr>
              <w:t xml:space="preserve">, </w:t>
            </w:r>
            <w:proofErr w:type="spellStart"/>
            <w:r>
              <w:rPr>
                <w:szCs w:val="20"/>
              </w:rPr>
              <w:t>uzvārds</w:t>
            </w:r>
            <w:proofErr w:type="spellEnd"/>
          </w:p>
        </w:tc>
        <w:tc>
          <w:tcPr>
            <w:tcW w:w="2835" w:type="dxa"/>
            <w:shd w:val="clear" w:color="auto" w:fill="FFFFFF"/>
            <w:tcMar>
              <w:top w:w="70" w:type="dxa"/>
              <w:left w:w="70" w:type="dxa"/>
              <w:bottom w:w="70" w:type="dxa"/>
              <w:right w:w="70" w:type="dxa"/>
            </w:tcMar>
          </w:tcPr>
          <w:p w14:paraId="088DD97E" w14:textId="23F4C856" w:rsidR="00AD498E" w:rsidRPr="00272EB0" w:rsidRDefault="00000000">
            <w:pPr>
              <w:rPr>
                <w:szCs w:val="20"/>
              </w:rPr>
            </w:pPr>
            <w:sdt>
              <w:sdtPr>
                <w:rPr>
                  <w:szCs w:val="20"/>
                </w:rPr>
                <w:alias w:val="ST_M6_ROLE"/>
                <w:tag w:val="ST_M6_ROLE"/>
                <w:id w:val="-789503539"/>
                <w:text/>
              </w:sdtPr>
              <w:sdtContent>
                <w:r w:rsidR="00AD498E" w:rsidRPr="00272EB0">
                  <w:rPr>
                    <w:color w:val="222222"/>
                    <w:szCs w:val="20"/>
                  </w:rPr>
                  <w:t>Loma</w:t>
                </w:r>
              </w:sdtContent>
            </w:sdt>
          </w:p>
        </w:tc>
        <w:tc>
          <w:tcPr>
            <w:tcW w:w="4394" w:type="dxa"/>
            <w:shd w:val="clear" w:color="auto" w:fill="FFFFFF"/>
            <w:tcMar>
              <w:top w:w="70" w:type="dxa"/>
              <w:left w:w="70" w:type="dxa"/>
              <w:bottom w:w="70" w:type="dxa"/>
              <w:right w:w="70" w:type="dxa"/>
            </w:tcMar>
          </w:tcPr>
          <w:p w14:paraId="44DD6322" w14:textId="77777777" w:rsidR="00AD498E" w:rsidRPr="00272EB0" w:rsidRDefault="00000000">
            <w:pPr>
              <w:rPr>
                <w:szCs w:val="20"/>
              </w:rPr>
            </w:pPr>
            <w:sdt>
              <w:sdtPr>
                <w:rPr>
                  <w:szCs w:val="20"/>
                </w:rPr>
                <w:alias w:val="ST_M6_TASKS"/>
                <w:tag w:val="ST_M6_TASKS"/>
                <w:id w:val="187028112"/>
                <w:text/>
              </w:sdtPr>
              <w:sdtContent>
                <w:proofErr w:type="spellStart"/>
                <w:r w:rsidR="00AD498E" w:rsidRPr="00272EB0">
                  <w:rPr>
                    <w:color w:val="222222"/>
                    <w:szCs w:val="20"/>
                  </w:rPr>
                  <w:t>Uzdevumi</w:t>
                </w:r>
                <w:proofErr w:type="spellEnd"/>
                <w:r w:rsidR="00AD498E" w:rsidRPr="00272EB0">
                  <w:rPr>
                    <w:color w:val="222222"/>
                    <w:szCs w:val="20"/>
                  </w:rPr>
                  <w:t xml:space="preserve"> / </w:t>
                </w:r>
                <w:proofErr w:type="spellStart"/>
                <w:r w:rsidR="00AD498E" w:rsidRPr="00272EB0">
                  <w:rPr>
                    <w:color w:val="222222"/>
                    <w:szCs w:val="20"/>
                  </w:rPr>
                  <w:t>ieguldījums</w:t>
                </w:r>
                <w:proofErr w:type="spellEnd"/>
              </w:sdtContent>
            </w:sdt>
          </w:p>
        </w:tc>
      </w:tr>
      <w:tr w:rsidR="00AD498E" w:rsidRPr="00272EB0" w14:paraId="6D12F032" w14:textId="77777777" w:rsidTr="00AD498E">
        <w:trPr>
          <w:cantSplit/>
          <w:jc w:val="center"/>
        </w:trPr>
        <w:tc>
          <w:tcPr>
            <w:tcW w:w="421" w:type="dxa"/>
            <w:shd w:val="clear" w:color="auto" w:fill="F3F6F8"/>
            <w:tcMar>
              <w:top w:w="70" w:type="dxa"/>
              <w:left w:w="70" w:type="dxa"/>
              <w:bottom w:w="70" w:type="dxa"/>
              <w:right w:w="70" w:type="dxa"/>
            </w:tcMar>
          </w:tcPr>
          <w:p w14:paraId="02F08BBE" w14:textId="77777777" w:rsidR="00AD498E" w:rsidRPr="00272EB0" w:rsidRDefault="00AD498E">
            <w:pPr>
              <w:rPr>
                <w:szCs w:val="20"/>
              </w:rPr>
            </w:pPr>
            <w:r w:rsidRPr="00272EB0">
              <w:rPr>
                <w:color w:val="222222"/>
                <w:szCs w:val="20"/>
              </w:rPr>
              <w:t>7</w:t>
            </w:r>
          </w:p>
        </w:tc>
        <w:tc>
          <w:tcPr>
            <w:tcW w:w="2551" w:type="dxa"/>
            <w:shd w:val="clear" w:color="auto" w:fill="F3F6F8"/>
          </w:tcPr>
          <w:p w14:paraId="7F7142B5" w14:textId="4045ABB0" w:rsidR="00AD498E" w:rsidRDefault="00AD498E">
            <w:pPr>
              <w:rPr>
                <w:szCs w:val="20"/>
              </w:rPr>
            </w:pPr>
            <w:proofErr w:type="spellStart"/>
            <w:r>
              <w:rPr>
                <w:szCs w:val="20"/>
              </w:rPr>
              <w:t>Vārds</w:t>
            </w:r>
            <w:proofErr w:type="spellEnd"/>
            <w:r>
              <w:rPr>
                <w:szCs w:val="20"/>
              </w:rPr>
              <w:t xml:space="preserve">, </w:t>
            </w:r>
            <w:proofErr w:type="spellStart"/>
            <w:r>
              <w:rPr>
                <w:szCs w:val="20"/>
              </w:rPr>
              <w:t>uzvārds</w:t>
            </w:r>
            <w:proofErr w:type="spellEnd"/>
          </w:p>
        </w:tc>
        <w:tc>
          <w:tcPr>
            <w:tcW w:w="2835" w:type="dxa"/>
            <w:shd w:val="clear" w:color="auto" w:fill="F3F6F8"/>
            <w:tcMar>
              <w:top w:w="70" w:type="dxa"/>
              <w:left w:w="70" w:type="dxa"/>
              <w:bottom w:w="70" w:type="dxa"/>
              <w:right w:w="70" w:type="dxa"/>
            </w:tcMar>
          </w:tcPr>
          <w:p w14:paraId="612DA0B5" w14:textId="6CE3EFBE" w:rsidR="00AD498E" w:rsidRPr="00272EB0" w:rsidRDefault="00000000">
            <w:pPr>
              <w:rPr>
                <w:szCs w:val="20"/>
              </w:rPr>
            </w:pPr>
            <w:sdt>
              <w:sdtPr>
                <w:rPr>
                  <w:szCs w:val="20"/>
                </w:rPr>
                <w:alias w:val="ST_M7_ROLE"/>
                <w:tag w:val="ST_M7_ROLE"/>
                <w:id w:val="-314578265"/>
                <w:text/>
              </w:sdtPr>
              <w:sdtContent>
                <w:r w:rsidR="00AD498E" w:rsidRPr="00272EB0">
                  <w:rPr>
                    <w:color w:val="222222"/>
                    <w:szCs w:val="20"/>
                  </w:rPr>
                  <w:t>Loma</w:t>
                </w:r>
              </w:sdtContent>
            </w:sdt>
          </w:p>
        </w:tc>
        <w:tc>
          <w:tcPr>
            <w:tcW w:w="4394" w:type="dxa"/>
            <w:shd w:val="clear" w:color="auto" w:fill="F3F6F8"/>
            <w:tcMar>
              <w:top w:w="70" w:type="dxa"/>
              <w:left w:w="70" w:type="dxa"/>
              <w:bottom w:w="70" w:type="dxa"/>
              <w:right w:w="70" w:type="dxa"/>
            </w:tcMar>
          </w:tcPr>
          <w:p w14:paraId="2E7B31CC" w14:textId="77777777" w:rsidR="00AD498E" w:rsidRPr="00272EB0" w:rsidRDefault="00000000">
            <w:pPr>
              <w:rPr>
                <w:szCs w:val="20"/>
              </w:rPr>
            </w:pPr>
            <w:sdt>
              <w:sdtPr>
                <w:rPr>
                  <w:szCs w:val="20"/>
                </w:rPr>
                <w:alias w:val="ST_M7_TASKS"/>
                <w:tag w:val="ST_M7_TASKS"/>
                <w:id w:val="2119017632"/>
                <w:text/>
              </w:sdtPr>
              <w:sdtContent>
                <w:r w:rsidR="00AD498E" w:rsidRPr="00272EB0">
                  <w:rPr>
                    <w:color w:val="222222"/>
                    <w:szCs w:val="20"/>
                  </w:rPr>
                  <w:t>Uzdevumi / ieguldījums</w:t>
                </w:r>
              </w:sdtContent>
            </w:sdt>
          </w:p>
        </w:tc>
      </w:tr>
      <w:tr w:rsidR="00AD498E" w:rsidRPr="00272EB0" w14:paraId="20316CDD" w14:textId="77777777" w:rsidTr="00AD498E">
        <w:trPr>
          <w:cantSplit/>
          <w:jc w:val="center"/>
        </w:trPr>
        <w:tc>
          <w:tcPr>
            <w:tcW w:w="421" w:type="dxa"/>
            <w:shd w:val="clear" w:color="auto" w:fill="FFFFFF"/>
            <w:tcMar>
              <w:top w:w="70" w:type="dxa"/>
              <w:left w:w="70" w:type="dxa"/>
              <w:bottom w:w="70" w:type="dxa"/>
              <w:right w:w="70" w:type="dxa"/>
            </w:tcMar>
          </w:tcPr>
          <w:p w14:paraId="0A95A980" w14:textId="77777777" w:rsidR="00AD498E" w:rsidRPr="00272EB0" w:rsidRDefault="00AD498E">
            <w:pPr>
              <w:rPr>
                <w:szCs w:val="20"/>
              </w:rPr>
            </w:pPr>
            <w:r w:rsidRPr="00272EB0">
              <w:rPr>
                <w:color w:val="222222"/>
                <w:szCs w:val="20"/>
              </w:rPr>
              <w:t>8</w:t>
            </w:r>
          </w:p>
        </w:tc>
        <w:tc>
          <w:tcPr>
            <w:tcW w:w="2551" w:type="dxa"/>
            <w:shd w:val="clear" w:color="auto" w:fill="FFFFFF"/>
          </w:tcPr>
          <w:p w14:paraId="59225C75" w14:textId="419F4436" w:rsidR="00AD498E" w:rsidRDefault="00AD498E">
            <w:pPr>
              <w:rPr>
                <w:szCs w:val="20"/>
              </w:rPr>
            </w:pPr>
            <w:proofErr w:type="spellStart"/>
            <w:r>
              <w:rPr>
                <w:szCs w:val="20"/>
              </w:rPr>
              <w:t>Vārds</w:t>
            </w:r>
            <w:proofErr w:type="spellEnd"/>
            <w:r>
              <w:rPr>
                <w:szCs w:val="20"/>
              </w:rPr>
              <w:t xml:space="preserve">, </w:t>
            </w:r>
            <w:proofErr w:type="spellStart"/>
            <w:r>
              <w:rPr>
                <w:szCs w:val="20"/>
              </w:rPr>
              <w:t>uzvārds</w:t>
            </w:r>
            <w:proofErr w:type="spellEnd"/>
          </w:p>
        </w:tc>
        <w:tc>
          <w:tcPr>
            <w:tcW w:w="2835" w:type="dxa"/>
            <w:shd w:val="clear" w:color="auto" w:fill="FFFFFF"/>
            <w:tcMar>
              <w:top w:w="70" w:type="dxa"/>
              <w:left w:w="70" w:type="dxa"/>
              <w:bottom w:w="70" w:type="dxa"/>
              <w:right w:w="70" w:type="dxa"/>
            </w:tcMar>
          </w:tcPr>
          <w:p w14:paraId="2A944661" w14:textId="37191AB5" w:rsidR="00AD498E" w:rsidRPr="00272EB0" w:rsidRDefault="00000000">
            <w:pPr>
              <w:rPr>
                <w:szCs w:val="20"/>
              </w:rPr>
            </w:pPr>
            <w:sdt>
              <w:sdtPr>
                <w:rPr>
                  <w:szCs w:val="20"/>
                </w:rPr>
                <w:alias w:val="ST_M8_ROLE"/>
                <w:tag w:val="ST_M8_ROLE"/>
                <w:id w:val="-716814154"/>
                <w:text/>
              </w:sdtPr>
              <w:sdtContent>
                <w:r w:rsidR="00AD498E" w:rsidRPr="00272EB0">
                  <w:rPr>
                    <w:color w:val="222222"/>
                    <w:szCs w:val="20"/>
                  </w:rPr>
                  <w:t>Loma</w:t>
                </w:r>
              </w:sdtContent>
            </w:sdt>
          </w:p>
        </w:tc>
        <w:tc>
          <w:tcPr>
            <w:tcW w:w="4394" w:type="dxa"/>
            <w:shd w:val="clear" w:color="auto" w:fill="FFFFFF"/>
            <w:tcMar>
              <w:top w:w="70" w:type="dxa"/>
              <w:left w:w="70" w:type="dxa"/>
              <w:bottom w:w="70" w:type="dxa"/>
              <w:right w:w="70" w:type="dxa"/>
            </w:tcMar>
          </w:tcPr>
          <w:p w14:paraId="155CB788" w14:textId="77777777" w:rsidR="00AD498E" w:rsidRPr="00272EB0" w:rsidRDefault="00000000">
            <w:pPr>
              <w:rPr>
                <w:szCs w:val="20"/>
              </w:rPr>
            </w:pPr>
            <w:sdt>
              <w:sdtPr>
                <w:rPr>
                  <w:szCs w:val="20"/>
                </w:rPr>
                <w:alias w:val="ST_M8_TASKS"/>
                <w:tag w:val="ST_M8_TASKS"/>
                <w:id w:val="-1187984880"/>
                <w:text/>
              </w:sdtPr>
              <w:sdtContent>
                <w:r w:rsidR="00AD498E" w:rsidRPr="00272EB0">
                  <w:rPr>
                    <w:color w:val="222222"/>
                    <w:szCs w:val="20"/>
                  </w:rPr>
                  <w:t>Uzdevumi / ieguldījums</w:t>
                </w:r>
              </w:sdtContent>
            </w:sdt>
          </w:p>
        </w:tc>
      </w:tr>
      <w:tr w:rsidR="00AD498E" w:rsidRPr="00272EB0" w14:paraId="01312946" w14:textId="77777777" w:rsidTr="00AD498E">
        <w:trPr>
          <w:cantSplit/>
          <w:jc w:val="center"/>
        </w:trPr>
        <w:tc>
          <w:tcPr>
            <w:tcW w:w="421" w:type="dxa"/>
            <w:shd w:val="clear" w:color="auto" w:fill="F3F6F8"/>
            <w:tcMar>
              <w:top w:w="70" w:type="dxa"/>
              <w:left w:w="70" w:type="dxa"/>
              <w:bottom w:w="70" w:type="dxa"/>
              <w:right w:w="70" w:type="dxa"/>
            </w:tcMar>
          </w:tcPr>
          <w:p w14:paraId="232A1BD9" w14:textId="77777777" w:rsidR="00AD498E" w:rsidRPr="00272EB0" w:rsidRDefault="00AD498E">
            <w:pPr>
              <w:rPr>
                <w:szCs w:val="20"/>
              </w:rPr>
            </w:pPr>
            <w:r w:rsidRPr="00272EB0">
              <w:rPr>
                <w:color w:val="222222"/>
                <w:szCs w:val="20"/>
              </w:rPr>
              <w:t>9</w:t>
            </w:r>
          </w:p>
        </w:tc>
        <w:tc>
          <w:tcPr>
            <w:tcW w:w="2551" w:type="dxa"/>
            <w:shd w:val="clear" w:color="auto" w:fill="F3F6F8"/>
          </w:tcPr>
          <w:p w14:paraId="7622B14D" w14:textId="272A33BF" w:rsidR="00AD498E" w:rsidRDefault="00AD498E">
            <w:pPr>
              <w:rPr>
                <w:szCs w:val="20"/>
              </w:rPr>
            </w:pPr>
            <w:proofErr w:type="spellStart"/>
            <w:r>
              <w:rPr>
                <w:szCs w:val="20"/>
              </w:rPr>
              <w:t>Vārds</w:t>
            </w:r>
            <w:proofErr w:type="spellEnd"/>
            <w:r>
              <w:rPr>
                <w:szCs w:val="20"/>
              </w:rPr>
              <w:t xml:space="preserve">, </w:t>
            </w:r>
            <w:proofErr w:type="spellStart"/>
            <w:r>
              <w:rPr>
                <w:szCs w:val="20"/>
              </w:rPr>
              <w:t>uzvārds</w:t>
            </w:r>
            <w:proofErr w:type="spellEnd"/>
          </w:p>
        </w:tc>
        <w:tc>
          <w:tcPr>
            <w:tcW w:w="2835" w:type="dxa"/>
            <w:shd w:val="clear" w:color="auto" w:fill="F3F6F8"/>
            <w:tcMar>
              <w:top w:w="70" w:type="dxa"/>
              <w:left w:w="70" w:type="dxa"/>
              <w:bottom w:w="70" w:type="dxa"/>
              <w:right w:w="70" w:type="dxa"/>
            </w:tcMar>
          </w:tcPr>
          <w:p w14:paraId="217B2B33" w14:textId="1641D204" w:rsidR="00AD498E" w:rsidRPr="00272EB0" w:rsidRDefault="00000000">
            <w:pPr>
              <w:rPr>
                <w:szCs w:val="20"/>
              </w:rPr>
            </w:pPr>
            <w:sdt>
              <w:sdtPr>
                <w:rPr>
                  <w:szCs w:val="20"/>
                </w:rPr>
                <w:alias w:val="ST_M9_ROLE"/>
                <w:tag w:val="ST_M9_ROLE"/>
                <w:id w:val="1359942259"/>
                <w:text/>
              </w:sdtPr>
              <w:sdtContent>
                <w:r w:rsidR="00AD498E" w:rsidRPr="00272EB0">
                  <w:rPr>
                    <w:color w:val="222222"/>
                    <w:szCs w:val="20"/>
                  </w:rPr>
                  <w:t>Loma</w:t>
                </w:r>
              </w:sdtContent>
            </w:sdt>
          </w:p>
        </w:tc>
        <w:tc>
          <w:tcPr>
            <w:tcW w:w="4394" w:type="dxa"/>
            <w:shd w:val="clear" w:color="auto" w:fill="F3F6F8"/>
            <w:tcMar>
              <w:top w:w="70" w:type="dxa"/>
              <w:left w:w="70" w:type="dxa"/>
              <w:bottom w:w="70" w:type="dxa"/>
              <w:right w:w="70" w:type="dxa"/>
            </w:tcMar>
          </w:tcPr>
          <w:p w14:paraId="0D35156D" w14:textId="77777777" w:rsidR="00AD498E" w:rsidRPr="00272EB0" w:rsidRDefault="00000000">
            <w:pPr>
              <w:rPr>
                <w:szCs w:val="20"/>
              </w:rPr>
            </w:pPr>
            <w:sdt>
              <w:sdtPr>
                <w:rPr>
                  <w:szCs w:val="20"/>
                </w:rPr>
                <w:alias w:val="ST_M9_TASKS"/>
                <w:tag w:val="ST_M9_TASKS"/>
                <w:id w:val="186263901"/>
                <w:text/>
              </w:sdtPr>
              <w:sdtContent>
                <w:r w:rsidR="00AD498E" w:rsidRPr="00272EB0">
                  <w:rPr>
                    <w:color w:val="222222"/>
                    <w:szCs w:val="20"/>
                  </w:rPr>
                  <w:t>Uzdevumi / ieguldījums</w:t>
                </w:r>
              </w:sdtContent>
            </w:sdt>
          </w:p>
        </w:tc>
      </w:tr>
    </w:tbl>
    <w:p w14:paraId="560908F1" w14:textId="77777777" w:rsidR="00CE25F6" w:rsidRDefault="00CE25F6">
      <w:pPr>
        <w:spacing w:after="20"/>
      </w:pPr>
    </w:p>
    <w:p w14:paraId="33A8ED54" w14:textId="77777777" w:rsidR="00CE25F6" w:rsidRPr="00272EB0" w:rsidRDefault="00000000">
      <w:pPr>
        <w:spacing w:before="100"/>
      </w:pPr>
      <w:r w:rsidRPr="00272EB0">
        <w:rPr>
          <w:b/>
          <w:sz w:val="22"/>
        </w:rPr>
        <w:t>Komandas kompetenču atbilstība</w:t>
      </w:r>
    </w:p>
    <w:p w14:paraId="72A58468" w14:textId="77777777" w:rsidR="00CE25F6" w:rsidRDefault="00000000">
      <w:r>
        <w:rPr>
          <w:i/>
          <w:color w:val="666666"/>
          <w:sz w:val="18"/>
        </w:rPr>
        <w:t>Pamatojiet, kā komandas dalībnieku zināšanas un prasmes kopā ļaus īstenot projektu. Norādiet būtiskākās trūkstošās kompetences un kā tās tiks nodrošinātas, neaizstājot studentu komandas būtisko darbu ar ārpakalpojumu.</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CE25F6" w14:paraId="63F3478A" w14:textId="77777777" w:rsidTr="00272EB0">
        <w:trPr>
          <w:trHeight w:val="900"/>
          <w:jc w:val="center"/>
        </w:trPr>
        <w:tc>
          <w:tcPr>
            <w:tcW w:w="10200" w:type="dxa"/>
            <w:shd w:val="clear" w:color="auto" w:fill="F2F2F2" w:themeFill="background1" w:themeFillShade="F2"/>
            <w:tcMar>
              <w:top w:w="110" w:type="dxa"/>
              <w:left w:w="120" w:type="dxa"/>
              <w:bottom w:w="110" w:type="dxa"/>
              <w:right w:w="120" w:type="dxa"/>
            </w:tcMar>
          </w:tcPr>
          <w:p w14:paraId="52D58244" w14:textId="77777777" w:rsidR="00CE25F6" w:rsidRDefault="00000000">
            <w:sdt>
              <w:sdtPr>
                <w:alias w:val="ML_TEAM_COMPETENCE"/>
                <w:tag w:val="ML_TEAM_COMPETENCE"/>
                <w:id w:val="-644346953"/>
                <w:text w:multiLine="1"/>
              </w:sdtPr>
              <w:sdtContent>
                <w:r>
                  <w:t>Ievadiet aprakstu šeit…</w:t>
                </w:r>
              </w:sdtContent>
            </w:sdt>
          </w:p>
        </w:tc>
      </w:tr>
    </w:tbl>
    <w:p w14:paraId="070C5500" w14:textId="77777777" w:rsidR="00CE25F6" w:rsidRDefault="00CE25F6">
      <w:pPr>
        <w:spacing w:after="20"/>
      </w:pPr>
    </w:p>
    <w:p w14:paraId="6791CD09" w14:textId="77777777" w:rsidR="00AD498E" w:rsidRDefault="00AD498E">
      <w:pPr>
        <w:spacing w:after="20"/>
      </w:pPr>
    </w:p>
    <w:p w14:paraId="7F2588A2" w14:textId="48F46D25" w:rsidR="00CE25F6" w:rsidRPr="00B82C71" w:rsidRDefault="00000000" w:rsidP="001F320F">
      <w:pPr>
        <w:pStyle w:val="ListParagraph"/>
        <w:numPr>
          <w:ilvl w:val="0"/>
          <w:numId w:val="10"/>
        </w:numPr>
        <w:rPr>
          <w:rStyle w:val="Strong"/>
          <w:sz w:val="26"/>
          <w:szCs w:val="26"/>
        </w:rPr>
      </w:pPr>
      <w:proofErr w:type="spellStart"/>
      <w:r w:rsidRPr="00B82C71">
        <w:rPr>
          <w:rStyle w:val="Strong"/>
          <w:sz w:val="26"/>
          <w:szCs w:val="26"/>
        </w:rPr>
        <w:t>Tematiskā</w:t>
      </w:r>
      <w:proofErr w:type="spellEnd"/>
      <w:r w:rsidRPr="00B82C71">
        <w:rPr>
          <w:rStyle w:val="Strong"/>
          <w:sz w:val="26"/>
          <w:szCs w:val="26"/>
        </w:rPr>
        <w:t xml:space="preserve"> </w:t>
      </w:r>
      <w:proofErr w:type="spellStart"/>
      <w:r w:rsidRPr="00B82C71">
        <w:rPr>
          <w:rStyle w:val="Strong"/>
          <w:sz w:val="26"/>
          <w:szCs w:val="26"/>
        </w:rPr>
        <w:t>atbilstība</w:t>
      </w:r>
      <w:proofErr w:type="spellEnd"/>
      <w:r w:rsidRPr="00B82C71">
        <w:rPr>
          <w:rStyle w:val="Strong"/>
          <w:sz w:val="26"/>
          <w:szCs w:val="26"/>
        </w:rPr>
        <w:t xml:space="preserve">, RIS3 un </w:t>
      </w:r>
      <w:proofErr w:type="spellStart"/>
      <w:r w:rsidRPr="00B82C71">
        <w:rPr>
          <w:rStyle w:val="Strong"/>
          <w:sz w:val="26"/>
          <w:szCs w:val="26"/>
        </w:rPr>
        <w:t>starpdisciplinaritāte</w:t>
      </w:r>
      <w:proofErr w:type="spellEnd"/>
    </w:p>
    <w:p w14:paraId="16189AB9" w14:textId="77777777" w:rsidR="001F320F" w:rsidRPr="001F320F" w:rsidRDefault="001F320F" w:rsidP="001F320F">
      <w:pPr>
        <w:pStyle w:val="ListParagraph"/>
        <w:rPr>
          <w:rStyle w:val="Strong"/>
          <w:sz w:val="28"/>
          <w:szCs w:val="28"/>
        </w:rPr>
      </w:pPr>
    </w:p>
    <w:p w14:paraId="5DF7B26D" w14:textId="77777777" w:rsidR="00CE25F6" w:rsidRPr="00272EB0" w:rsidRDefault="00000000">
      <w:pPr>
        <w:spacing w:before="100"/>
      </w:pPr>
      <w:proofErr w:type="spellStart"/>
      <w:r w:rsidRPr="00272EB0">
        <w:rPr>
          <w:b/>
          <w:sz w:val="22"/>
        </w:rPr>
        <w:t>Studentu</w:t>
      </w:r>
      <w:proofErr w:type="spellEnd"/>
      <w:r w:rsidRPr="00272EB0">
        <w:rPr>
          <w:b/>
          <w:sz w:val="22"/>
        </w:rPr>
        <w:t xml:space="preserve"> </w:t>
      </w:r>
      <w:proofErr w:type="spellStart"/>
      <w:r w:rsidRPr="00272EB0">
        <w:rPr>
          <w:b/>
          <w:sz w:val="22"/>
        </w:rPr>
        <w:t>inovāciju</w:t>
      </w:r>
      <w:proofErr w:type="spellEnd"/>
      <w:r w:rsidRPr="00272EB0">
        <w:rPr>
          <w:b/>
          <w:sz w:val="22"/>
        </w:rPr>
        <w:t xml:space="preserve"> </w:t>
      </w:r>
      <w:proofErr w:type="spellStart"/>
      <w:r w:rsidRPr="00272EB0">
        <w:rPr>
          <w:b/>
          <w:sz w:val="22"/>
        </w:rPr>
        <w:t>programmas</w:t>
      </w:r>
      <w:proofErr w:type="spellEnd"/>
      <w:r w:rsidRPr="00272EB0">
        <w:rPr>
          <w:b/>
          <w:sz w:val="22"/>
        </w:rPr>
        <w:t xml:space="preserve"> </w:t>
      </w:r>
      <w:proofErr w:type="spellStart"/>
      <w:r w:rsidRPr="00272EB0">
        <w:rPr>
          <w:b/>
          <w:sz w:val="22"/>
        </w:rPr>
        <w:t>tematiskais</w:t>
      </w:r>
      <w:proofErr w:type="spellEnd"/>
      <w:r w:rsidRPr="00272EB0">
        <w:rPr>
          <w:b/>
          <w:sz w:val="22"/>
        </w:rPr>
        <w:t xml:space="preserve"> virziens</w:t>
      </w:r>
    </w:p>
    <w:p w14:paraId="0284D7F1" w14:textId="77777777" w:rsidR="00CE25F6" w:rsidRPr="00272EB0" w:rsidRDefault="00000000">
      <w:r w:rsidRPr="00272EB0">
        <w:t>☐ Informācijas un komunikācijas tehnoloģijas    ☐ Digitālā sabiedrība un transformācija    ☐ Viedā loģistika un transports</w:t>
      </w:r>
      <w:r w:rsidRPr="00272EB0">
        <w:rPr>
          <w:b/>
          <w:sz w:val="19"/>
        </w:rPr>
        <w:t xml:space="preserve">    Piezīmes: </w:t>
      </w:r>
      <w:sdt>
        <w:sdtPr>
          <w:alias w:val="ST_THEME_NOTE"/>
          <w:tag w:val="ST_THEME_NOTE"/>
          <w:id w:val="-1394888568"/>
          <w:text/>
        </w:sdtPr>
        <w:sdtContent>
          <w:r w:rsidRPr="00272EB0">
            <w:rPr>
              <w:sz w:val="19"/>
            </w:rPr>
            <w:t>Piezīmes (ja nepieciešams)</w:t>
          </w:r>
        </w:sdtContent>
      </w:sdt>
    </w:p>
    <w:p w14:paraId="3D5CF1F2" w14:textId="77777777" w:rsidR="00CE25F6" w:rsidRPr="00272EB0" w:rsidRDefault="00000000">
      <w:pPr>
        <w:spacing w:before="100"/>
      </w:pPr>
      <w:r w:rsidRPr="00272EB0">
        <w:rPr>
          <w:b/>
          <w:sz w:val="22"/>
        </w:rPr>
        <w:t>Konkrētā projekta joma / tehnoloģiskais virziens</w:t>
      </w:r>
    </w:p>
    <w:p w14:paraId="31BAB000" w14:textId="77777777" w:rsidR="00CE25F6" w:rsidRDefault="00000000">
      <w:r>
        <w:rPr>
          <w:i/>
          <w:color w:val="666666"/>
          <w:sz w:val="18"/>
        </w:rPr>
        <w:t>Norādiet konkrēto jomu, piemēram, robotika, IT, mākslīgais intelekts, attēlu apstrāde, droni/autonomās sistēmas, aviācija/digitalizācija, digitālie dvīņi, drošības sistēmas, IoT/iegultās sistēmas, aditīvā ražošana u.c.</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CE25F6" w14:paraId="0727880E" w14:textId="77777777" w:rsidTr="00272EB0">
        <w:trPr>
          <w:trHeight w:val="600"/>
          <w:jc w:val="center"/>
        </w:trPr>
        <w:tc>
          <w:tcPr>
            <w:tcW w:w="10200" w:type="dxa"/>
            <w:shd w:val="clear" w:color="auto" w:fill="F2F2F2" w:themeFill="background1" w:themeFillShade="F2"/>
            <w:tcMar>
              <w:top w:w="110" w:type="dxa"/>
              <w:left w:w="120" w:type="dxa"/>
              <w:bottom w:w="110" w:type="dxa"/>
              <w:right w:w="120" w:type="dxa"/>
            </w:tcMar>
          </w:tcPr>
          <w:p w14:paraId="61FECDBC" w14:textId="77777777" w:rsidR="00CE25F6" w:rsidRDefault="00000000">
            <w:sdt>
              <w:sdtPr>
                <w:alias w:val="ML_SPECIFIC_FIELD"/>
                <w:tag w:val="ML_SPECIFIC_FIELD"/>
                <w:id w:val="-1066258877"/>
                <w:text w:multiLine="1"/>
              </w:sdtPr>
              <w:sdtContent>
                <w:r>
                  <w:t>Ievadiet aprakstu šeit…</w:t>
                </w:r>
              </w:sdtContent>
            </w:sdt>
          </w:p>
        </w:tc>
      </w:tr>
    </w:tbl>
    <w:p w14:paraId="129B4400" w14:textId="77777777" w:rsidR="00CE25F6" w:rsidRDefault="00CE25F6">
      <w:pPr>
        <w:spacing w:after="20"/>
      </w:pPr>
    </w:p>
    <w:p w14:paraId="698C6F57" w14:textId="77777777" w:rsidR="00CE25F6" w:rsidRPr="00272EB0" w:rsidRDefault="00000000">
      <w:pPr>
        <w:spacing w:before="100"/>
      </w:pPr>
      <w:r w:rsidRPr="00272EB0">
        <w:rPr>
          <w:b/>
          <w:sz w:val="22"/>
        </w:rPr>
        <w:t>RIS3 joma/-as</w:t>
      </w:r>
    </w:p>
    <w:p w14:paraId="4B98576A" w14:textId="77777777" w:rsidR="00CE25F6" w:rsidRPr="00272EB0" w:rsidRDefault="00000000">
      <w:r w:rsidRPr="00272EB0">
        <w:rPr>
          <w:i/>
          <w:sz w:val="18"/>
        </w:rPr>
        <w:t>Atzīmējiet visas attiecināmās jomas un īsi pamatojiet sasaisti.</w:t>
      </w:r>
    </w:p>
    <w:p w14:paraId="2E5E4C2F" w14:textId="77777777" w:rsidR="00CE25F6" w:rsidRPr="00272EB0" w:rsidRDefault="00000000">
      <w:r w:rsidRPr="00272EB0">
        <w:t>☐ 1 – Zināšanu ietilpīga bioekonomika    ☐ 2 – Biomedicīna, medicīnas tehnoloģijas, farmācija    ☐ 3 – Fotonika un viedie materiāli, tehnoloģijas un inženiersistēmas    ☐ 4 – Viedā enerģētika un mobilitāte    ☐ 5 – Informācijas un komunikācijas tehnoloģijas</w:t>
      </w:r>
      <w:r w:rsidRPr="00272EB0">
        <w:rPr>
          <w:b/>
          <w:sz w:val="19"/>
        </w:rPr>
        <w:t xml:space="preserve">    Piezīmes: </w:t>
      </w:r>
      <w:sdt>
        <w:sdtPr>
          <w:alias w:val="ST_RIS3_NOTE"/>
          <w:tag w:val="ST_RIS3_NOTE"/>
          <w:id w:val="196666943"/>
          <w:text/>
        </w:sdtPr>
        <w:sdtContent>
          <w:r w:rsidRPr="00272EB0">
            <w:rPr>
              <w:sz w:val="19"/>
            </w:rPr>
            <w:t>Īss sasaistes pamatojums</w:t>
          </w:r>
        </w:sdtContent>
      </w:sdt>
    </w:p>
    <w:p w14:paraId="729D7645" w14:textId="77777777" w:rsidR="00CE25F6" w:rsidRPr="00272EB0" w:rsidRDefault="00000000">
      <w:pPr>
        <w:spacing w:before="100"/>
      </w:pPr>
      <w:r w:rsidRPr="00272EB0">
        <w:rPr>
          <w:b/>
          <w:sz w:val="22"/>
        </w:rPr>
        <w:t>Nacionālā rādītāja prioritārais virziens</w:t>
      </w:r>
    </w:p>
    <w:p w14:paraId="1DCF350C" w14:textId="77777777" w:rsidR="00CE25F6" w:rsidRPr="00272EB0" w:rsidRDefault="00000000">
      <w:r w:rsidRPr="00272EB0">
        <w:t>☐ Mākslīgā intelekta tehnoloģijas    ☐ Iekšējā un ārējā drošība    ☐ Izglītības tehnoloģijas    ☐ Neatbilst nevienam no minētajiem</w:t>
      </w:r>
      <w:r w:rsidRPr="00272EB0">
        <w:rPr>
          <w:b/>
          <w:sz w:val="19"/>
        </w:rPr>
        <w:t xml:space="preserve">    Piezīmes: </w:t>
      </w:r>
      <w:sdt>
        <w:sdtPr>
          <w:alias w:val="ST_PRIORITY_NOTE"/>
          <w:tag w:val="ST_PRIORITY_NOTE"/>
          <w:id w:val="2089803382"/>
          <w:text/>
        </w:sdtPr>
        <w:sdtContent>
          <w:r w:rsidRPr="00272EB0">
            <w:rPr>
              <w:sz w:val="19"/>
            </w:rPr>
            <w:t>Īss sasaistes pamatojums</w:t>
          </w:r>
        </w:sdtContent>
      </w:sdt>
    </w:p>
    <w:p w14:paraId="0202292B" w14:textId="77777777" w:rsidR="00CE25F6" w:rsidRDefault="00CE25F6">
      <w:pPr>
        <w:spacing w:after="20"/>
      </w:pPr>
    </w:p>
    <w:p w14:paraId="27F20B86" w14:textId="77777777" w:rsidR="00CE25F6" w:rsidRPr="00272EB0" w:rsidRDefault="00000000">
      <w:pPr>
        <w:spacing w:before="100"/>
      </w:pPr>
      <w:r w:rsidRPr="00272EB0">
        <w:rPr>
          <w:b/>
          <w:sz w:val="22"/>
        </w:rPr>
        <w:t>Dažādo kompetenču integrācija projekta saturā</w:t>
      </w:r>
    </w:p>
    <w:p w14:paraId="0BB0D04D" w14:textId="77777777" w:rsidR="00CE25F6" w:rsidRDefault="00000000">
      <w:r>
        <w:rPr>
          <w:i/>
          <w:color w:val="666666"/>
          <w:sz w:val="18"/>
        </w:rPr>
        <w:t>Aprakstiet, kā tehniskās, pētniecības, biznesa, dizaina, validācijas vai citas kompetences tiks savstarpēji integrētas projekta metodēs un rezultātos.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CE25F6" w14:paraId="7682623C" w14:textId="77777777" w:rsidTr="00272EB0">
        <w:trPr>
          <w:trHeight w:val="700"/>
          <w:jc w:val="center"/>
        </w:trPr>
        <w:tc>
          <w:tcPr>
            <w:tcW w:w="10200" w:type="dxa"/>
            <w:shd w:val="clear" w:color="auto" w:fill="F2F2F2" w:themeFill="background1" w:themeFillShade="F2"/>
            <w:tcMar>
              <w:top w:w="110" w:type="dxa"/>
              <w:left w:w="120" w:type="dxa"/>
              <w:bottom w:w="110" w:type="dxa"/>
              <w:right w:w="120" w:type="dxa"/>
            </w:tcMar>
          </w:tcPr>
          <w:p w14:paraId="1933E26E" w14:textId="77777777" w:rsidR="00CE25F6" w:rsidRDefault="00000000">
            <w:sdt>
              <w:sdtPr>
                <w:alias w:val="ML_COMPETENCE_INTEGRATION"/>
                <w:tag w:val="ML_COMPETENCE_INTEGRATION"/>
                <w:id w:val="899950889"/>
                <w:text w:multiLine="1"/>
              </w:sdtPr>
              <w:sdtContent>
                <w:r>
                  <w:t>Ievadiet aprakstu šeit…</w:t>
                </w:r>
              </w:sdtContent>
            </w:sdt>
          </w:p>
        </w:tc>
      </w:tr>
    </w:tbl>
    <w:p w14:paraId="02FF948E" w14:textId="77777777" w:rsidR="00CE25F6" w:rsidRDefault="00CE25F6">
      <w:pPr>
        <w:spacing w:after="20"/>
      </w:pPr>
    </w:p>
    <w:p w14:paraId="3EFF7C60" w14:textId="26675AFF" w:rsidR="00CE25F6" w:rsidRDefault="00000000" w:rsidP="001F320F">
      <w:pPr>
        <w:pStyle w:val="Heading2"/>
        <w:numPr>
          <w:ilvl w:val="0"/>
          <w:numId w:val="10"/>
        </w:numPr>
        <w:rPr>
          <w:rStyle w:val="Strong"/>
          <w:b/>
          <w:bCs/>
          <w:color w:val="auto"/>
        </w:rPr>
      </w:pPr>
      <w:proofErr w:type="spellStart"/>
      <w:r w:rsidRPr="001F320F">
        <w:rPr>
          <w:rStyle w:val="Strong"/>
          <w:b/>
          <w:bCs/>
          <w:color w:val="auto"/>
        </w:rPr>
        <w:t>Idejas</w:t>
      </w:r>
      <w:proofErr w:type="spellEnd"/>
      <w:r w:rsidRPr="001F320F">
        <w:rPr>
          <w:rStyle w:val="Strong"/>
          <w:b/>
          <w:bCs/>
          <w:color w:val="auto"/>
        </w:rPr>
        <w:t xml:space="preserve"> </w:t>
      </w:r>
      <w:proofErr w:type="spellStart"/>
      <w:r w:rsidRPr="001F320F">
        <w:rPr>
          <w:rStyle w:val="Strong"/>
          <w:b/>
          <w:bCs/>
          <w:color w:val="auto"/>
        </w:rPr>
        <w:t>sākotnējā</w:t>
      </w:r>
      <w:proofErr w:type="spellEnd"/>
      <w:r w:rsidRPr="001F320F">
        <w:rPr>
          <w:rStyle w:val="Strong"/>
          <w:b/>
          <w:bCs/>
          <w:color w:val="auto"/>
        </w:rPr>
        <w:t xml:space="preserve"> </w:t>
      </w:r>
      <w:proofErr w:type="spellStart"/>
      <w:r w:rsidRPr="001F320F">
        <w:rPr>
          <w:rStyle w:val="Strong"/>
          <w:b/>
          <w:bCs/>
          <w:color w:val="auto"/>
        </w:rPr>
        <w:t>attīstības</w:t>
      </w:r>
      <w:proofErr w:type="spellEnd"/>
      <w:r w:rsidRPr="001F320F">
        <w:rPr>
          <w:rStyle w:val="Strong"/>
          <w:b/>
          <w:bCs/>
          <w:color w:val="auto"/>
        </w:rPr>
        <w:t xml:space="preserve"> </w:t>
      </w:r>
      <w:proofErr w:type="spellStart"/>
      <w:r w:rsidRPr="001F320F">
        <w:rPr>
          <w:rStyle w:val="Strong"/>
          <w:b/>
          <w:bCs/>
          <w:color w:val="auto"/>
        </w:rPr>
        <w:t>stadija</w:t>
      </w:r>
      <w:proofErr w:type="spellEnd"/>
      <w:r w:rsidRPr="001F320F">
        <w:rPr>
          <w:rStyle w:val="Strong"/>
          <w:b/>
          <w:bCs/>
          <w:color w:val="auto"/>
        </w:rPr>
        <w:t xml:space="preserve"> un </w:t>
      </w:r>
      <w:proofErr w:type="spellStart"/>
      <w:r w:rsidRPr="001F320F">
        <w:rPr>
          <w:rStyle w:val="Strong"/>
          <w:b/>
          <w:bCs/>
          <w:color w:val="auto"/>
        </w:rPr>
        <w:t>pieteikuma</w:t>
      </w:r>
      <w:proofErr w:type="spellEnd"/>
      <w:r w:rsidRPr="001F320F">
        <w:rPr>
          <w:rStyle w:val="Strong"/>
          <w:b/>
          <w:bCs/>
          <w:color w:val="auto"/>
        </w:rPr>
        <w:t xml:space="preserve"> </w:t>
      </w:r>
      <w:proofErr w:type="spellStart"/>
      <w:r w:rsidRPr="001F320F">
        <w:rPr>
          <w:rStyle w:val="Strong"/>
          <w:b/>
          <w:bCs/>
          <w:color w:val="auto"/>
        </w:rPr>
        <w:t>veida</w:t>
      </w:r>
      <w:proofErr w:type="spellEnd"/>
      <w:r w:rsidRPr="001F320F">
        <w:rPr>
          <w:rStyle w:val="Strong"/>
          <w:b/>
          <w:bCs/>
          <w:color w:val="auto"/>
        </w:rPr>
        <w:t xml:space="preserve"> </w:t>
      </w:r>
      <w:proofErr w:type="spellStart"/>
      <w:r w:rsidRPr="001F320F">
        <w:rPr>
          <w:rStyle w:val="Strong"/>
          <w:b/>
          <w:bCs/>
          <w:color w:val="auto"/>
        </w:rPr>
        <w:t>pamatojums</w:t>
      </w:r>
      <w:proofErr w:type="spellEnd"/>
    </w:p>
    <w:p w14:paraId="30E04297" w14:textId="77777777" w:rsidR="001F320F" w:rsidRPr="001F320F" w:rsidRDefault="001F320F" w:rsidP="001F320F">
      <w:pPr>
        <w:pStyle w:val="ListParagraph"/>
      </w:pPr>
    </w:p>
    <w:p w14:paraId="6A533ADA" w14:textId="77777777" w:rsidR="00CE25F6" w:rsidRPr="00272EB0" w:rsidRDefault="00000000">
      <w:pPr>
        <w:spacing w:before="100"/>
      </w:pPr>
      <w:proofErr w:type="spellStart"/>
      <w:r w:rsidRPr="00272EB0">
        <w:rPr>
          <w:b/>
          <w:sz w:val="22"/>
        </w:rPr>
        <w:t>Idejas</w:t>
      </w:r>
      <w:proofErr w:type="spellEnd"/>
      <w:r w:rsidRPr="00272EB0">
        <w:rPr>
          <w:b/>
          <w:sz w:val="22"/>
        </w:rPr>
        <w:t xml:space="preserve"> </w:t>
      </w:r>
      <w:proofErr w:type="spellStart"/>
      <w:r w:rsidRPr="00272EB0">
        <w:rPr>
          <w:b/>
          <w:sz w:val="22"/>
        </w:rPr>
        <w:t>sākotnējā</w:t>
      </w:r>
      <w:proofErr w:type="spellEnd"/>
      <w:r w:rsidRPr="00272EB0">
        <w:rPr>
          <w:b/>
          <w:sz w:val="22"/>
        </w:rPr>
        <w:t xml:space="preserve"> </w:t>
      </w:r>
      <w:proofErr w:type="spellStart"/>
      <w:r w:rsidRPr="00272EB0">
        <w:rPr>
          <w:b/>
          <w:sz w:val="22"/>
        </w:rPr>
        <w:t>stadija</w:t>
      </w:r>
      <w:proofErr w:type="spellEnd"/>
      <w:r w:rsidRPr="00272EB0">
        <w:rPr>
          <w:b/>
          <w:sz w:val="22"/>
        </w:rPr>
        <w:t xml:space="preserve"> </w:t>
      </w:r>
      <w:proofErr w:type="spellStart"/>
      <w:r w:rsidRPr="00272EB0">
        <w:rPr>
          <w:b/>
          <w:sz w:val="22"/>
        </w:rPr>
        <w:t>pieteikuma</w:t>
      </w:r>
      <w:proofErr w:type="spellEnd"/>
      <w:r w:rsidRPr="00272EB0">
        <w:rPr>
          <w:b/>
          <w:sz w:val="22"/>
        </w:rPr>
        <w:t xml:space="preserve"> iesniegšanas brīdī</w:t>
      </w:r>
    </w:p>
    <w:p w14:paraId="16059E15" w14:textId="77777777" w:rsidR="00CE25F6" w:rsidRPr="00272EB0" w:rsidRDefault="00000000">
      <w:r w:rsidRPr="00272EB0">
        <w:rPr>
          <w:i/>
          <w:sz w:val="18"/>
        </w:rPr>
        <w:t>Detalizēti aprakstiet, kas jau ir izdarīts: idejas koncepcija, pētījumi, dizains, algoritmi, prototips, MVP, validēta problēma, testu rezultāti, biznesa modeļa iestrādes u.c. Skaidri nošķiriet jau sasniegto no tā, kas tiks izdarīts projekta laikā.</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272EB0" w:rsidRPr="00272EB0" w14:paraId="1B4BA9AA" w14:textId="77777777" w:rsidTr="00272EB0">
        <w:trPr>
          <w:trHeight w:val="1300"/>
          <w:jc w:val="center"/>
        </w:trPr>
        <w:tc>
          <w:tcPr>
            <w:tcW w:w="10200" w:type="dxa"/>
            <w:shd w:val="clear" w:color="auto" w:fill="F2F2F2" w:themeFill="background1" w:themeFillShade="F2"/>
            <w:tcMar>
              <w:top w:w="110" w:type="dxa"/>
              <w:left w:w="120" w:type="dxa"/>
              <w:bottom w:w="110" w:type="dxa"/>
              <w:right w:w="120" w:type="dxa"/>
            </w:tcMar>
          </w:tcPr>
          <w:p w14:paraId="708E39C8" w14:textId="77777777" w:rsidR="00CE25F6" w:rsidRPr="00272EB0" w:rsidRDefault="00000000">
            <w:sdt>
              <w:sdtPr>
                <w:alias w:val="ML_INITIAL_STAGE"/>
                <w:tag w:val="ML_INITIAL_STAGE"/>
                <w:id w:val="1431706101"/>
                <w:text w:multiLine="1"/>
              </w:sdtPr>
              <w:sdtContent>
                <w:r w:rsidRPr="00272EB0">
                  <w:t>Ievadiet aprakstu šeit…</w:t>
                </w:r>
              </w:sdtContent>
            </w:sdt>
          </w:p>
        </w:tc>
      </w:tr>
    </w:tbl>
    <w:p w14:paraId="40B8A9E9" w14:textId="77777777" w:rsidR="00CE25F6" w:rsidRPr="00272EB0" w:rsidRDefault="00CE25F6">
      <w:pPr>
        <w:spacing w:after="20"/>
      </w:pPr>
    </w:p>
    <w:p w14:paraId="075B309B" w14:textId="77777777" w:rsidR="00CE25F6" w:rsidRPr="00272EB0" w:rsidRDefault="00000000">
      <w:pPr>
        <w:spacing w:before="100"/>
      </w:pPr>
      <w:r w:rsidRPr="00272EB0">
        <w:rPr>
          <w:b/>
          <w:sz w:val="22"/>
        </w:rPr>
        <w:t>Sākotnējās stadijas pierādījumi</w:t>
      </w:r>
    </w:p>
    <w:p w14:paraId="50645F6F" w14:textId="77777777" w:rsidR="00CE25F6" w:rsidRDefault="00000000">
      <w:r>
        <w:rPr>
          <w:i/>
          <w:color w:val="666666"/>
          <w:sz w:val="18"/>
        </w:rPr>
        <w:t>Uzskaitiet pievienotos vai citādi pārbaudāmos pierādījumus (piem., prototipa foto/video, repozitorijs, testa protokols, tehniskā dokumentācija, interviju rezultāti, publikācija, dizains, biznesa modelis u.c.).</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CE25F6" w14:paraId="6DE3AE48" w14:textId="77777777" w:rsidTr="00272EB0">
        <w:trPr>
          <w:trHeight w:val="800"/>
          <w:jc w:val="center"/>
        </w:trPr>
        <w:tc>
          <w:tcPr>
            <w:tcW w:w="10200" w:type="dxa"/>
            <w:shd w:val="clear" w:color="auto" w:fill="F2F2F2" w:themeFill="background1" w:themeFillShade="F2"/>
            <w:tcMar>
              <w:top w:w="110" w:type="dxa"/>
              <w:left w:w="120" w:type="dxa"/>
              <w:bottom w:w="110" w:type="dxa"/>
              <w:right w:w="120" w:type="dxa"/>
            </w:tcMar>
          </w:tcPr>
          <w:p w14:paraId="35ADF6D9" w14:textId="77777777" w:rsidR="00CE25F6" w:rsidRDefault="00000000">
            <w:sdt>
              <w:sdtPr>
                <w:alias w:val="ML_INITIAL_EVIDENCE"/>
                <w:tag w:val="ML_INITIAL_EVIDENCE"/>
                <w:id w:val="319095472"/>
                <w:text w:multiLine="1"/>
              </w:sdtPr>
              <w:sdtContent>
                <w:r>
                  <w:t>Ievadiet aprakstu šeit…</w:t>
                </w:r>
              </w:sdtContent>
            </w:sdt>
          </w:p>
        </w:tc>
      </w:tr>
    </w:tbl>
    <w:p w14:paraId="52A1FCFC" w14:textId="77777777" w:rsidR="00CE25F6" w:rsidRDefault="00CE25F6">
      <w:pPr>
        <w:spacing w:after="20"/>
      </w:pPr>
    </w:p>
    <w:tbl>
      <w:tblPr>
        <w:tblW w:w="10248"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3785"/>
        <w:gridCol w:w="6463"/>
      </w:tblGrid>
      <w:tr w:rsidR="00CE25F6" w14:paraId="7A8E62AE" w14:textId="77777777" w:rsidTr="00272EB0">
        <w:trPr>
          <w:cantSplit/>
          <w:jc w:val="center"/>
        </w:trPr>
        <w:tc>
          <w:tcPr>
            <w:tcW w:w="3785" w:type="dxa"/>
            <w:shd w:val="clear" w:color="auto" w:fill="F2F2F2" w:themeFill="background1" w:themeFillShade="F2"/>
            <w:tcMar>
              <w:top w:w="90" w:type="dxa"/>
              <w:left w:w="100" w:type="dxa"/>
              <w:bottom w:w="90" w:type="dxa"/>
              <w:right w:w="100" w:type="dxa"/>
            </w:tcMar>
            <w:vAlign w:val="center"/>
          </w:tcPr>
          <w:p w14:paraId="2B734111" w14:textId="77777777" w:rsidR="00CE25F6" w:rsidRDefault="00000000">
            <w:proofErr w:type="spellStart"/>
            <w:r>
              <w:rPr>
                <w:b/>
                <w:color w:val="22313F"/>
                <w:sz w:val="19"/>
              </w:rPr>
              <w:t>Sākotnējais</w:t>
            </w:r>
            <w:proofErr w:type="spellEnd"/>
            <w:r>
              <w:rPr>
                <w:b/>
                <w:color w:val="22313F"/>
                <w:sz w:val="19"/>
              </w:rPr>
              <w:t xml:space="preserve"> TRL </w:t>
            </w:r>
            <w:proofErr w:type="spellStart"/>
            <w:r>
              <w:rPr>
                <w:b/>
                <w:color w:val="22313F"/>
                <w:sz w:val="19"/>
              </w:rPr>
              <w:t>līmenis</w:t>
            </w:r>
            <w:proofErr w:type="spellEnd"/>
            <w:r>
              <w:rPr>
                <w:b/>
                <w:color w:val="22313F"/>
                <w:sz w:val="19"/>
              </w:rPr>
              <w:t xml:space="preserve"> (ja attiecināms)</w:t>
            </w:r>
          </w:p>
        </w:tc>
        <w:tc>
          <w:tcPr>
            <w:tcW w:w="6463" w:type="dxa"/>
            <w:shd w:val="clear" w:color="auto" w:fill="FFFFFF"/>
            <w:tcMar>
              <w:top w:w="90" w:type="dxa"/>
              <w:left w:w="100" w:type="dxa"/>
              <w:bottom w:w="90" w:type="dxa"/>
              <w:right w:w="100" w:type="dxa"/>
            </w:tcMar>
            <w:vAlign w:val="center"/>
          </w:tcPr>
          <w:p w14:paraId="6795D80D" w14:textId="622B82A5" w:rsidR="00CE25F6" w:rsidRDefault="00000000" w:rsidP="00A728B7">
            <w:sdt>
              <w:sdtPr>
                <w:alias w:val="ST_INITIAL_TRL"/>
                <w:tag w:val="ST_INITIAL_TRL"/>
                <w:id w:val="1482343875"/>
                <w:text/>
              </w:sdtPr>
              <w:sdtContent>
                <w:r>
                  <w:rPr>
                    <w:color w:val="1F1F1F"/>
                  </w:rPr>
                  <w:t>TRL līmenis un pamatojums</w:t>
                </w:r>
              </w:sdtContent>
            </w:sdt>
          </w:p>
        </w:tc>
      </w:tr>
      <w:tr w:rsidR="00CE25F6" w14:paraId="2EA26A99" w14:textId="77777777" w:rsidTr="00272EB0">
        <w:trPr>
          <w:cantSplit/>
          <w:jc w:val="center"/>
        </w:trPr>
        <w:tc>
          <w:tcPr>
            <w:tcW w:w="3785" w:type="dxa"/>
            <w:shd w:val="clear" w:color="auto" w:fill="F2F2F2" w:themeFill="background1" w:themeFillShade="F2"/>
            <w:tcMar>
              <w:top w:w="90" w:type="dxa"/>
              <w:left w:w="100" w:type="dxa"/>
              <w:bottom w:w="90" w:type="dxa"/>
              <w:right w:w="100" w:type="dxa"/>
            </w:tcMar>
            <w:vAlign w:val="center"/>
          </w:tcPr>
          <w:p w14:paraId="436CA5FF" w14:textId="77777777" w:rsidR="00CE25F6" w:rsidRDefault="00000000">
            <w:r>
              <w:rPr>
                <w:b/>
                <w:color w:val="22313F"/>
                <w:sz w:val="19"/>
              </w:rPr>
              <w:t>Plānotais TRL līmenis projekta noslēgumā</w:t>
            </w:r>
          </w:p>
        </w:tc>
        <w:tc>
          <w:tcPr>
            <w:tcW w:w="6463" w:type="dxa"/>
            <w:shd w:val="clear" w:color="auto" w:fill="FFFFFF"/>
            <w:tcMar>
              <w:top w:w="90" w:type="dxa"/>
              <w:left w:w="100" w:type="dxa"/>
              <w:bottom w:w="90" w:type="dxa"/>
              <w:right w:w="100" w:type="dxa"/>
            </w:tcMar>
            <w:vAlign w:val="center"/>
          </w:tcPr>
          <w:p w14:paraId="3A28F9FC" w14:textId="77777777" w:rsidR="00CE25F6" w:rsidRDefault="00000000">
            <w:sdt>
              <w:sdtPr>
                <w:alias w:val="ST_TARGET_TRL"/>
                <w:tag w:val="ST_TARGET_TRL"/>
                <w:id w:val="542557524"/>
                <w:text/>
              </w:sdtPr>
              <w:sdtContent>
                <w:r>
                  <w:rPr>
                    <w:color w:val="1F1F1F"/>
                  </w:rPr>
                  <w:t>Plānotais TRL līmenis</w:t>
                </w:r>
              </w:sdtContent>
            </w:sdt>
          </w:p>
          <w:p w14:paraId="510B03ED" w14:textId="77777777" w:rsidR="00CE25F6" w:rsidRDefault="00000000">
            <w:pPr>
              <w:spacing w:after="0"/>
            </w:pPr>
            <w:r>
              <w:rPr>
                <w:i/>
                <w:color w:val="666666"/>
                <w:sz w:val="16"/>
              </w:rPr>
              <w:t>“Mazais” – plānots TRL 3–4; “Lielais” – plānots TRL 3–5, ja tehnoloģijas gatavības līmenis ir attiecināms.</w:t>
            </w:r>
          </w:p>
        </w:tc>
      </w:tr>
    </w:tbl>
    <w:p w14:paraId="27E03EB5" w14:textId="77777777" w:rsidR="00CE25F6" w:rsidRDefault="00CE25F6">
      <w:pPr>
        <w:spacing w:after="20"/>
      </w:pPr>
    </w:p>
    <w:p w14:paraId="60D27866" w14:textId="77777777" w:rsidR="00CE25F6" w:rsidRPr="00272EB0" w:rsidRDefault="00000000">
      <w:pPr>
        <w:spacing w:before="100"/>
      </w:pPr>
      <w:r w:rsidRPr="00272EB0">
        <w:rPr>
          <w:b/>
          <w:sz w:val="22"/>
        </w:rPr>
        <w:t>Pieteikuma veida (“Mazais” / “Lielais”) pamatojums</w:t>
      </w:r>
    </w:p>
    <w:p w14:paraId="0561C84F" w14:textId="77777777" w:rsidR="00CE25F6" w:rsidRDefault="00000000">
      <w:r>
        <w:rPr>
          <w:i/>
          <w:color w:val="666666"/>
          <w:sz w:val="18"/>
        </w:rPr>
        <w:t>Pamatojiet izvēlēto pieteikuma veidu, sasaistot sākotnējo stadiju, koncepcijas pierādījumu, TRL, plānoto gala rezultātu, metodiskās fāzes, darba plānu un budžetu.</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CE25F6" w14:paraId="3BA2661B" w14:textId="77777777" w:rsidTr="00272EB0">
        <w:trPr>
          <w:trHeight w:val="1000"/>
          <w:jc w:val="center"/>
        </w:trPr>
        <w:tc>
          <w:tcPr>
            <w:tcW w:w="10200" w:type="dxa"/>
            <w:shd w:val="clear" w:color="auto" w:fill="F2F2F2" w:themeFill="background1" w:themeFillShade="F2"/>
            <w:tcMar>
              <w:top w:w="110" w:type="dxa"/>
              <w:left w:w="120" w:type="dxa"/>
              <w:bottom w:w="110" w:type="dxa"/>
              <w:right w:w="120" w:type="dxa"/>
            </w:tcMar>
          </w:tcPr>
          <w:p w14:paraId="134E3DB8" w14:textId="77777777" w:rsidR="00CE25F6" w:rsidRDefault="00000000">
            <w:sdt>
              <w:sdtPr>
                <w:alias w:val="ML_PROJECT_TYPE_JUSTIFICATION"/>
                <w:tag w:val="ML_PROJECT_TYPE_JUSTIFICATION"/>
                <w:id w:val="2138291985"/>
                <w:text w:multiLine="1"/>
              </w:sdtPr>
              <w:sdtContent>
                <w:r>
                  <w:t>Ievadiet aprakstu šeit…</w:t>
                </w:r>
              </w:sdtContent>
            </w:sdt>
          </w:p>
        </w:tc>
      </w:tr>
    </w:tbl>
    <w:p w14:paraId="6033DE5E" w14:textId="77777777" w:rsidR="00CE25F6" w:rsidRDefault="00CE25F6">
      <w:pPr>
        <w:spacing w:after="20"/>
      </w:pPr>
    </w:p>
    <w:p w14:paraId="40E69DB5" w14:textId="0B773CC0" w:rsidR="00CE25F6" w:rsidRDefault="00000000" w:rsidP="00E422CC">
      <w:pPr>
        <w:pStyle w:val="Heading2"/>
        <w:numPr>
          <w:ilvl w:val="0"/>
          <w:numId w:val="10"/>
        </w:numPr>
        <w:rPr>
          <w:rStyle w:val="Strong"/>
          <w:b/>
          <w:bCs/>
          <w:color w:val="auto"/>
        </w:rPr>
      </w:pPr>
      <w:proofErr w:type="spellStart"/>
      <w:r w:rsidRPr="00E422CC">
        <w:rPr>
          <w:rStyle w:val="Strong"/>
          <w:b/>
          <w:bCs/>
          <w:color w:val="auto"/>
        </w:rPr>
        <w:t>Problēma</w:t>
      </w:r>
      <w:proofErr w:type="spellEnd"/>
      <w:r w:rsidRPr="00E422CC">
        <w:rPr>
          <w:rStyle w:val="Strong"/>
          <w:b/>
          <w:bCs/>
          <w:color w:val="auto"/>
        </w:rPr>
        <w:t xml:space="preserve">, </w:t>
      </w:r>
      <w:proofErr w:type="spellStart"/>
      <w:r w:rsidRPr="00E422CC">
        <w:rPr>
          <w:rStyle w:val="Strong"/>
          <w:b/>
          <w:bCs/>
          <w:color w:val="auto"/>
        </w:rPr>
        <w:t>esošā</w:t>
      </w:r>
      <w:proofErr w:type="spellEnd"/>
      <w:r w:rsidRPr="00E422CC">
        <w:rPr>
          <w:rStyle w:val="Strong"/>
          <w:b/>
          <w:bCs/>
          <w:color w:val="auto"/>
        </w:rPr>
        <w:t xml:space="preserve"> </w:t>
      </w:r>
      <w:proofErr w:type="spellStart"/>
      <w:r w:rsidRPr="00E422CC">
        <w:rPr>
          <w:rStyle w:val="Strong"/>
          <w:b/>
          <w:bCs/>
          <w:color w:val="auto"/>
        </w:rPr>
        <w:t>situācija</w:t>
      </w:r>
      <w:proofErr w:type="spellEnd"/>
      <w:r w:rsidRPr="00E422CC">
        <w:rPr>
          <w:rStyle w:val="Strong"/>
          <w:b/>
          <w:bCs/>
          <w:color w:val="auto"/>
        </w:rPr>
        <w:t xml:space="preserve"> un </w:t>
      </w:r>
      <w:proofErr w:type="spellStart"/>
      <w:r w:rsidRPr="00E422CC">
        <w:rPr>
          <w:rStyle w:val="Strong"/>
          <w:b/>
          <w:bCs/>
          <w:color w:val="auto"/>
        </w:rPr>
        <w:t>konkurences</w:t>
      </w:r>
      <w:proofErr w:type="spellEnd"/>
      <w:r w:rsidRPr="00E422CC">
        <w:rPr>
          <w:rStyle w:val="Strong"/>
          <w:b/>
          <w:bCs/>
          <w:color w:val="auto"/>
        </w:rPr>
        <w:t xml:space="preserve"> vide</w:t>
      </w:r>
    </w:p>
    <w:p w14:paraId="1007849D" w14:textId="77777777" w:rsidR="00E422CC" w:rsidRPr="00E422CC" w:rsidRDefault="00E422CC" w:rsidP="00E422CC">
      <w:pPr>
        <w:pStyle w:val="ListParagraph"/>
      </w:pPr>
    </w:p>
    <w:p w14:paraId="6A3CEF42" w14:textId="77777777" w:rsidR="00CE25F6" w:rsidRPr="00272EB0" w:rsidRDefault="00000000">
      <w:pPr>
        <w:spacing w:before="100"/>
      </w:pPr>
      <w:proofErr w:type="spellStart"/>
      <w:r w:rsidRPr="00272EB0">
        <w:rPr>
          <w:b/>
          <w:sz w:val="22"/>
        </w:rPr>
        <w:t>Risināmās</w:t>
      </w:r>
      <w:proofErr w:type="spellEnd"/>
      <w:r w:rsidRPr="00272EB0">
        <w:rPr>
          <w:b/>
          <w:sz w:val="22"/>
        </w:rPr>
        <w:t xml:space="preserve"> </w:t>
      </w:r>
      <w:proofErr w:type="spellStart"/>
      <w:r w:rsidRPr="00272EB0">
        <w:rPr>
          <w:b/>
          <w:sz w:val="22"/>
        </w:rPr>
        <w:t>problēmas</w:t>
      </w:r>
      <w:proofErr w:type="spellEnd"/>
      <w:r w:rsidRPr="00272EB0">
        <w:rPr>
          <w:b/>
          <w:sz w:val="22"/>
        </w:rPr>
        <w:t xml:space="preserve"> </w:t>
      </w:r>
      <w:proofErr w:type="spellStart"/>
      <w:r w:rsidRPr="00272EB0">
        <w:rPr>
          <w:b/>
          <w:sz w:val="22"/>
        </w:rPr>
        <w:t>apraksts</w:t>
      </w:r>
      <w:proofErr w:type="spellEnd"/>
      <w:r w:rsidRPr="00272EB0">
        <w:rPr>
          <w:b/>
          <w:sz w:val="22"/>
        </w:rPr>
        <w:t xml:space="preserve"> un aktualitāte</w:t>
      </w:r>
    </w:p>
    <w:p w14:paraId="3EB3B442" w14:textId="77777777" w:rsidR="00CE25F6" w:rsidRDefault="00000000">
      <w:r>
        <w:rPr>
          <w:i/>
          <w:color w:val="666666"/>
          <w:sz w:val="18"/>
        </w:rPr>
        <w:t>Definējiet konkrēto problēmu/izaicinājumu, tās cēloņus, ietekmi un nozīmīgumu sabiedrībai, nozarei, uzņēmumiem vai konkrētai mērķa grupai. Norādiet pierādījumus, kas apliecina problēmas esamību.</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CE25F6" w14:paraId="03C43442" w14:textId="77777777" w:rsidTr="00272EB0">
        <w:trPr>
          <w:trHeight w:val="1200"/>
          <w:jc w:val="center"/>
        </w:trPr>
        <w:tc>
          <w:tcPr>
            <w:tcW w:w="10200" w:type="dxa"/>
            <w:shd w:val="clear" w:color="auto" w:fill="F2F2F2" w:themeFill="background1" w:themeFillShade="F2"/>
            <w:tcMar>
              <w:top w:w="110" w:type="dxa"/>
              <w:left w:w="120" w:type="dxa"/>
              <w:bottom w:w="110" w:type="dxa"/>
              <w:right w:w="120" w:type="dxa"/>
            </w:tcMar>
          </w:tcPr>
          <w:p w14:paraId="0F17166E" w14:textId="77777777" w:rsidR="00CE25F6" w:rsidRDefault="00000000">
            <w:sdt>
              <w:sdtPr>
                <w:alias w:val="ML_PROBLEM"/>
                <w:tag w:val="ML_PROBLEM"/>
                <w:id w:val="1579252457"/>
                <w:text w:multiLine="1"/>
              </w:sdtPr>
              <w:sdtContent>
                <w:r>
                  <w:t>Ievadiet aprakstu šeit…</w:t>
                </w:r>
              </w:sdtContent>
            </w:sdt>
          </w:p>
        </w:tc>
      </w:tr>
    </w:tbl>
    <w:p w14:paraId="19158798" w14:textId="77777777" w:rsidR="00CE25F6" w:rsidRDefault="00CE25F6">
      <w:pPr>
        <w:spacing w:after="20"/>
      </w:pPr>
    </w:p>
    <w:p w14:paraId="69FF8DDC" w14:textId="77777777" w:rsidR="00CE25F6" w:rsidRPr="00272EB0" w:rsidRDefault="00000000">
      <w:pPr>
        <w:pageBreakBefore/>
        <w:spacing w:before="100"/>
      </w:pPr>
      <w:r w:rsidRPr="00272EB0">
        <w:rPr>
          <w:b/>
          <w:sz w:val="22"/>
        </w:rPr>
        <w:lastRenderedPageBreak/>
        <w:t>Mērķa grupa / lietotāji / ieguvēji</w:t>
      </w:r>
    </w:p>
    <w:p w14:paraId="0BF2213E" w14:textId="77777777" w:rsidR="00CE25F6" w:rsidRPr="00272EB0" w:rsidRDefault="00000000">
      <w:r w:rsidRPr="00272EB0">
        <w:rPr>
          <w:i/>
          <w:sz w:val="18"/>
        </w:rPr>
        <w:t>Precīzi raksturojiet, kam problēma ir aktuāla un kam paredzēts risinājums. Ja ir vairākas mērķa grupas, norādiet kopīgos un atšķirīgos faktorus.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272EB0" w:rsidRPr="00272EB0" w14:paraId="79D20E2D" w14:textId="77777777" w:rsidTr="00272EB0">
        <w:trPr>
          <w:trHeight w:val="900"/>
          <w:jc w:val="center"/>
        </w:trPr>
        <w:tc>
          <w:tcPr>
            <w:tcW w:w="10200" w:type="dxa"/>
            <w:shd w:val="clear" w:color="auto" w:fill="F2F2F2" w:themeFill="background1" w:themeFillShade="F2"/>
            <w:tcMar>
              <w:top w:w="110" w:type="dxa"/>
              <w:left w:w="120" w:type="dxa"/>
              <w:bottom w:w="110" w:type="dxa"/>
              <w:right w:w="120" w:type="dxa"/>
            </w:tcMar>
          </w:tcPr>
          <w:p w14:paraId="62F205B6" w14:textId="77777777" w:rsidR="00CE25F6" w:rsidRPr="00272EB0" w:rsidRDefault="00000000">
            <w:sdt>
              <w:sdtPr>
                <w:alias w:val="ML_TARGET_GROUP"/>
                <w:tag w:val="ML_TARGET_GROUP"/>
                <w:id w:val="-2000874522"/>
                <w:text w:multiLine="1"/>
              </w:sdtPr>
              <w:sdtContent>
                <w:r w:rsidRPr="00272EB0">
                  <w:t>Ievadiet aprakstu šeit…</w:t>
                </w:r>
              </w:sdtContent>
            </w:sdt>
          </w:p>
        </w:tc>
      </w:tr>
    </w:tbl>
    <w:p w14:paraId="0A76C63E" w14:textId="77777777" w:rsidR="00CE25F6" w:rsidRPr="00272EB0" w:rsidRDefault="00CE25F6">
      <w:pPr>
        <w:spacing w:after="20"/>
      </w:pPr>
    </w:p>
    <w:p w14:paraId="099FEF99" w14:textId="77777777" w:rsidR="00CE25F6" w:rsidRPr="00272EB0" w:rsidRDefault="00000000">
      <w:pPr>
        <w:spacing w:before="100"/>
      </w:pPr>
      <w:r w:rsidRPr="00272EB0">
        <w:rPr>
          <w:b/>
          <w:sz w:val="22"/>
        </w:rPr>
        <w:t>Esošās situācijas, alternatīvo risinājumu un konkurences vides analīze</w:t>
      </w:r>
    </w:p>
    <w:p w14:paraId="57B78777" w14:textId="77777777" w:rsidR="00CE25F6" w:rsidRPr="00272EB0" w:rsidRDefault="00000000">
      <w:r w:rsidRPr="00272EB0">
        <w:rPr>
          <w:i/>
          <w:sz w:val="18"/>
        </w:rPr>
        <w:t>Raksturojiet, kā problēma tiek risināta šobrīd. Identificējiet esošos un alternatīvos risinājumus, konkurējošus produktus, pakalpojumus vai tehnoloģijas (ja attiecināms), to stiprās un vājās puses, izmaksas, pieejamību un ierobežojumus. Pamatojiet, ar ko piedāvātais risinājums atšķiras un kādu pievienoto vērtību tas rada.</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272EB0" w:rsidRPr="00272EB0" w14:paraId="18FBE156" w14:textId="77777777" w:rsidTr="00272EB0">
        <w:trPr>
          <w:trHeight w:val="1500"/>
          <w:jc w:val="center"/>
        </w:trPr>
        <w:tc>
          <w:tcPr>
            <w:tcW w:w="10200" w:type="dxa"/>
            <w:shd w:val="clear" w:color="auto" w:fill="F2F2F2" w:themeFill="background1" w:themeFillShade="F2"/>
            <w:tcMar>
              <w:top w:w="110" w:type="dxa"/>
              <w:left w:w="120" w:type="dxa"/>
              <w:bottom w:w="110" w:type="dxa"/>
              <w:right w:w="120" w:type="dxa"/>
            </w:tcMar>
          </w:tcPr>
          <w:p w14:paraId="36D4B3A0" w14:textId="77777777" w:rsidR="00CE25F6" w:rsidRPr="00272EB0" w:rsidRDefault="00000000">
            <w:sdt>
              <w:sdtPr>
                <w:alias w:val="ML_CURRENT_SOLUTIONS_COMPETITORS"/>
                <w:tag w:val="ML_CURRENT_SOLUTIONS_COMPETITORS"/>
                <w:id w:val="-1613441315"/>
                <w:text w:multiLine="1"/>
              </w:sdtPr>
              <w:sdtContent>
                <w:r w:rsidRPr="00272EB0">
                  <w:t>Ievadiet aprakstu šeit…</w:t>
                </w:r>
              </w:sdtContent>
            </w:sdt>
          </w:p>
        </w:tc>
      </w:tr>
    </w:tbl>
    <w:p w14:paraId="12005C6A" w14:textId="77777777" w:rsidR="00CE25F6" w:rsidRPr="00272EB0" w:rsidRDefault="00CE25F6">
      <w:pPr>
        <w:spacing w:after="20"/>
      </w:pPr>
    </w:p>
    <w:p w14:paraId="32E5FC84" w14:textId="77777777" w:rsidR="00CE25F6" w:rsidRPr="00272EB0" w:rsidRDefault="00000000">
      <w:pPr>
        <w:spacing w:before="100"/>
      </w:pPr>
      <w:r w:rsidRPr="00272EB0">
        <w:rPr>
          <w:b/>
          <w:sz w:val="22"/>
        </w:rPr>
        <w:t>Lietotāju / nozares vajadzību validācija līdz pieteikuma iesniegšanai</w:t>
      </w:r>
    </w:p>
    <w:p w14:paraId="3C151BA9" w14:textId="77777777" w:rsidR="00CE25F6" w:rsidRPr="00272EB0" w:rsidRDefault="00000000">
      <w:r w:rsidRPr="00272EB0">
        <w:rPr>
          <w:i/>
          <w:sz w:val="18"/>
        </w:rPr>
        <w:t>Norādiet, vai veikta saziņa ar potenciālajiem lietotājiem, klientiem, nozares pārstāvjiem vai citiem ieguvējiem; aprakstiet intervijas, aptaujas, novērojumus, testus vai citus pierādījumus un galvenos secinājumus.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272EB0" w:rsidRPr="00272EB0" w14:paraId="082946B9" w14:textId="77777777" w:rsidTr="00272EB0">
        <w:trPr>
          <w:trHeight w:val="1000"/>
          <w:jc w:val="center"/>
        </w:trPr>
        <w:tc>
          <w:tcPr>
            <w:tcW w:w="10200" w:type="dxa"/>
            <w:shd w:val="clear" w:color="auto" w:fill="F2F2F2" w:themeFill="background1" w:themeFillShade="F2"/>
            <w:tcMar>
              <w:top w:w="110" w:type="dxa"/>
              <w:left w:w="120" w:type="dxa"/>
              <w:bottom w:w="110" w:type="dxa"/>
              <w:right w:w="120" w:type="dxa"/>
            </w:tcMar>
          </w:tcPr>
          <w:p w14:paraId="10D2F5B8" w14:textId="77777777" w:rsidR="00CE25F6" w:rsidRPr="00272EB0" w:rsidRDefault="00000000">
            <w:sdt>
              <w:sdtPr>
                <w:alias w:val="ML_NEEDS_VALIDATION"/>
                <w:tag w:val="ML_NEEDS_VALIDATION"/>
                <w:id w:val="1123040954"/>
                <w:text w:multiLine="1"/>
              </w:sdtPr>
              <w:sdtContent>
                <w:r w:rsidRPr="00272EB0">
                  <w:t>Ievadiet aprakstu šeit…</w:t>
                </w:r>
              </w:sdtContent>
            </w:sdt>
          </w:p>
        </w:tc>
      </w:tr>
    </w:tbl>
    <w:p w14:paraId="328AE77F" w14:textId="77777777" w:rsidR="00CE25F6" w:rsidRPr="00272EB0" w:rsidRDefault="00CE25F6">
      <w:pPr>
        <w:spacing w:after="20"/>
      </w:pPr>
    </w:p>
    <w:p w14:paraId="15DFC722" w14:textId="2C3610BD" w:rsidR="00CE25F6" w:rsidRDefault="00000000" w:rsidP="00E422CC">
      <w:pPr>
        <w:pStyle w:val="Heading2"/>
        <w:numPr>
          <w:ilvl w:val="0"/>
          <w:numId w:val="10"/>
        </w:numPr>
        <w:rPr>
          <w:rStyle w:val="Strong"/>
          <w:b/>
          <w:bCs/>
          <w:color w:val="auto"/>
        </w:rPr>
      </w:pPr>
      <w:proofErr w:type="spellStart"/>
      <w:r w:rsidRPr="00E422CC">
        <w:rPr>
          <w:rStyle w:val="Strong"/>
          <w:b/>
          <w:bCs/>
          <w:color w:val="auto"/>
        </w:rPr>
        <w:t>Piedāvātais</w:t>
      </w:r>
      <w:proofErr w:type="spellEnd"/>
      <w:r w:rsidRPr="00E422CC">
        <w:rPr>
          <w:rStyle w:val="Strong"/>
          <w:b/>
          <w:bCs/>
          <w:color w:val="auto"/>
        </w:rPr>
        <w:t xml:space="preserve"> </w:t>
      </w:r>
      <w:proofErr w:type="spellStart"/>
      <w:r w:rsidRPr="00E422CC">
        <w:rPr>
          <w:rStyle w:val="Strong"/>
          <w:b/>
          <w:bCs/>
          <w:color w:val="auto"/>
        </w:rPr>
        <w:t>risinājums</w:t>
      </w:r>
      <w:proofErr w:type="spellEnd"/>
      <w:r w:rsidRPr="00E422CC">
        <w:rPr>
          <w:rStyle w:val="Strong"/>
          <w:b/>
          <w:bCs/>
          <w:color w:val="auto"/>
        </w:rPr>
        <w:t xml:space="preserve"> un </w:t>
      </w:r>
      <w:proofErr w:type="spellStart"/>
      <w:r w:rsidRPr="00E422CC">
        <w:rPr>
          <w:rStyle w:val="Strong"/>
          <w:b/>
          <w:bCs/>
          <w:color w:val="auto"/>
        </w:rPr>
        <w:t>inovācijas</w:t>
      </w:r>
      <w:proofErr w:type="spellEnd"/>
      <w:r w:rsidRPr="00E422CC">
        <w:rPr>
          <w:rStyle w:val="Strong"/>
          <w:b/>
          <w:bCs/>
          <w:color w:val="auto"/>
        </w:rPr>
        <w:t xml:space="preserve"> </w:t>
      </w:r>
      <w:proofErr w:type="spellStart"/>
      <w:r w:rsidRPr="00E422CC">
        <w:rPr>
          <w:rStyle w:val="Strong"/>
          <w:b/>
          <w:bCs/>
          <w:color w:val="auto"/>
        </w:rPr>
        <w:t>saturs</w:t>
      </w:r>
      <w:proofErr w:type="spellEnd"/>
    </w:p>
    <w:p w14:paraId="7D792965" w14:textId="77777777" w:rsidR="00E422CC" w:rsidRPr="00E422CC" w:rsidRDefault="00E422CC" w:rsidP="00E422CC">
      <w:pPr>
        <w:pStyle w:val="ListParagraph"/>
      </w:pPr>
    </w:p>
    <w:p w14:paraId="44E72E94" w14:textId="77777777" w:rsidR="00CE25F6" w:rsidRPr="00A728B7" w:rsidRDefault="00000000">
      <w:pPr>
        <w:spacing w:before="100"/>
      </w:pPr>
      <w:proofErr w:type="spellStart"/>
      <w:r w:rsidRPr="00A728B7">
        <w:rPr>
          <w:b/>
          <w:sz w:val="22"/>
        </w:rPr>
        <w:t>Inovācijas</w:t>
      </w:r>
      <w:proofErr w:type="spellEnd"/>
      <w:r w:rsidRPr="00A728B7">
        <w:rPr>
          <w:b/>
          <w:sz w:val="22"/>
        </w:rPr>
        <w:t xml:space="preserve"> </w:t>
      </w:r>
      <w:proofErr w:type="spellStart"/>
      <w:r w:rsidRPr="00A728B7">
        <w:rPr>
          <w:b/>
          <w:sz w:val="22"/>
        </w:rPr>
        <w:t>veids</w:t>
      </w:r>
      <w:proofErr w:type="spellEnd"/>
    </w:p>
    <w:p w14:paraId="73F2CBB0" w14:textId="77777777" w:rsidR="00CE25F6" w:rsidRPr="00A728B7" w:rsidRDefault="00000000">
      <w:r w:rsidRPr="00A728B7">
        <w:t>☐ Produkts    ☐ Pakalpojums    ☐ Process    ☐ Tehnoloģija    ☐ Pētnieciska metode / modelis    ☐ Cits</w:t>
      </w:r>
      <w:r w:rsidRPr="00A728B7">
        <w:rPr>
          <w:b/>
          <w:sz w:val="19"/>
        </w:rPr>
        <w:t xml:space="preserve">    Piezīmes: </w:t>
      </w:r>
      <w:sdt>
        <w:sdtPr>
          <w:alias w:val="ST_INNOVATION_TYPE"/>
          <w:tag w:val="ST_INNOVATION_TYPE"/>
          <w:id w:val="-1183820065"/>
          <w:text/>
        </w:sdtPr>
        <w:sdtContent>
          <w:r w:rsidRPr="00A728B7">
            <w:rPr>
              <w:sz w:val="19"/>
            </w:rPr>
            <w:t>Piezīmes (ja nepieciešams)</w:t>
          </w:r>
        </w:sdtContent>
      </w:sdt>
    </w:p>
    <w:p w14:paraId="447D1CAB" w14:textId="77777777" w:rsidR="00CE25F6" w:rsidRPr="00A728B7" w:rsidRDefault="00000000">
      <w:pPr>
        <w:spacing w:before="100"/>
      </w:pPr>
      <w:r w:rsidRPr="00A728B7">
        <w:rPr>
          <w:b/>
          <w:sz w:val="22"/>
        </w:rPr>
        <w:t>Piedāvātā risinājuma apraksts</w:t>
      </w:r>
    </w:p>
    <w:p w14:paraId="0EC19E2C" w14:textId="77777777" w:rsidR="00CE25F6" w:rsidRPr="00A728B7" w:rsidRDefault="00000000">
      <w:r w:rsidRPr="00A728B7">
        <w:rPr>
          <w:i/>
          <w:sz w:val="18"/>
        </w:rPr>
        <w:t>Aprakstiet risinājuma būtību, galvenās funkcijas, lietošanas scenāriju un to, kā tas risinās 5. sadaļā definēto problēmu.</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A728B7" w:rsidRPr="00A728B7" w14:paraId="37557465" w14:textId="77777777" w:rsidTr="00A728B7">
        <w:trPr>
          <w:trHeight w:val="1200"/>
          <w:jc w:val="center"/>
        </w:trPr>
        <w:tc>
          <w:tcPr>
            <w:tcW w:w="10200" w:type="dxa"/>
            <w:shd w:val="clear" w:color="auto" w:fill="F2F2F2" w:themeFill="background1" w:themeFillShade="F2"/>
            <w:tcMar>
              <w:top w:w="110" w:type="dxa"/>
              <w:left w:w="120" w:type="dxa"/>
              <w:bottom w:w="110" w:type="dxa"/>
              <w:right w:w="120" w:type="dxa"/>
            </w:tcMar>
          </w:tcPr>
          <w:p w14:paraId="34DDAD7D" w14:textId="77777777" w:rsidR="00CE25F6" w:rsidRPr="00A728B7" w:rsidRDefault="00000000">
            <w:sdt>
              <w:sdtPr>
                <w:alias w:val="ML_SOLUTION"/>
                <w:tag w:val="ML_SOLUTION"/>
                <w:id w:val="-28570583"/>
                <w:text w:multiLine="1"/>
              </w:sdtPr>
              <w:sdtContent>
                <w:r w:rsidRPr="00A728B7">
                  <w:t>Ievadiet aprakstu šeit…</w:t>
                </w:r>
              </w:sdtContent>
            </w:sdt>
          </w:p>
        </w:tc>
      </w:tr>
    </w:tbl>
    <w:p w14:paraId="645F1451" w14:textId="77777777" w:rsidR="00CE25F6" w:rsidRDefault="00CE25F6">
      <w:pPr>
        <w:spacing w:after="20"/>
      </w:pPr>
    </w:p>
    <w:p w14:paraId="3B285DCF" w14:textId="36596C74" w:rsidR="00B82C71" w:rsidRPr="00A728B7" w:rsidRDefault="00B82C71" w:rsidP="00B82C71">
      <w:pPr>
        <w:spacing w:before="100"/>
      </w:pPr>
      <w:proofErr w:type="spellStart"/>
      <w:r>
        <w:rPr>
          <w:b/>
          <w:sz w:val="22"/>
        </w:rPr>
        <w:t>Īstenošanā</w:t>
      </w:r>
      <w:proofErr w:type="spellEnd"/>
      <w:r>
        <w:rPr>
          <w:b/>
          <w:sz w:val="22"/>
        </w:rPr>
        <w:t xml:space="preserve"> </w:t>
      </w:r>
      <w:proofErr w:type="spellStart"/>
      <w:r>
        <w:rPr>
          <w:b/>
          <w:sz w:val="22"/>
        </w:rPr>
        <w:t>izmantotās</w:t>
      </w:r>
      <w:proofErr w:type="spellEnd"/>
      <w:r>
        <w:rPr>
          <w:b/>
          <w:sz w:val="22"/>
        </w:rPr>
        <w:t xml:space="preserve"> </w:t>
      </w:r>
      <w:proofErr w:type="spellStart"/>
      <w:r>
        <w:rPr>
          <w:b/>
          <w:sz w:val="22"/>
        </w:rPr>
        <w:t>metodes</w:t>
      </w:r>
      <w:proofErr w:type="spellEnd"/>
      <w:r>
        <w:rPr>
          <w:b/>
          <w:sz w:val="22"/>
        </w:rPr>
        <w:t xml:space="preserve"> un </w:t>
      </w:r>
      <w:proofErr w:type="spellStart"/>
      <w:r>
        <w:rPr>
          <w:b/>
          <w:sz w:val="22"/>
        </w:rPr>
        <w:t>tehnoloģijas</w:t>
      </w:r>
      <w:proofErr w:type="spellEnd"/>
    </w:p>
    <w:p w14:paraId="16A3A438" w14:textId="5AAB0E5B" w:rsidR="00B82C71" w:rsidRPr="00A728B7" w:rsidRDefault="00B82C71" w:rsidP="00B82C71">
      <w:proofErr w:type="spellStart"/>
      <w:r w:rsidRPr="00A728B7">
        <w:rPr>
          <w:i/>
          <w:sz w:val="18"/>
        </w:rPr>
        <w:t>Aprakstiet</w:t>
      </w:r>
      <w:proofErr w:type="spellEnd"/>
      <w:r>
        <w:rPr>
          <w:i/>
          <w:sz w:val="18"/>
        </w:rPr>
        <w:t xml:space="preserve">, </w:t>
      </w:r>
      <w:proofErr w:type="spellStart"/>
      <w:r>
        <w:rPr>
          <w:i/>
          <w:sz w:val="18"/>
        </w:rPr>
        <w:t>kādas</w:t>
      </w:r>
      <w:proofErr w:type="spellEnd"/>
      <w:r>
        <w:rPr>
          <w:i/>
          <w:sz w:val="18"/>
        </w:rPr>
        <w:t xml:space="preserve"> </w:t>
      </w:r>
      <w:proofErr w:type="spellStart"/>
      <w:r>
        <w:rPr>
          <w:i/>
          <w:sz w:val="18"/>
        </w:rPr>
        <w:t>metodes</w:t>
      </w:r>
      <w:proofErr w:type="spellEnd"/>
      <w:r>
        <w:rPr>
          <w:i/>
          <w:sz w:val="18"/>
        </w:rPr>
        <w:t xml:space="preserve"> un </w:t>
      </w:r>
      <w:proofErr w:type="spellStart"/>
      <w:r>
        <w:rPr>
          <w:i/>
          <w:sz w:val="18"/>
        </w:rPr>
        <w:t>tehnoloģijas</w:t>
      </w:r>
      <w:proofErr w:type="spellEnd"/>
      <w:r>
        <w:rPr>
          <w:i/>
          <w:sz w:val="18"/>
        </w:rPr>
        <w:t xml:space="preserve"> </w:t>
      </w:r>
      <w:proofErr w:type="spellStart"/>
      <w:r>
        <w:rPr>
          <w:i/>
          <w:sz w:val="18"/>
        </w:rPr>
        <w:t>tiks</w:t>
      </w:r>
      <w:proofErr w:type="spellEnd"/>
      <w:r>
        <w:rPr>
          <w:i/>
          <w:sz w:val="18"/>
        </w:rPr>
        <w:t xml:space="preserve"> </w:t>
      </w:r>
      <w:proofErr w:type="spellStart"/>
      <w:r>
        <w:rPr>
          <w:i/>
          <w:sz w:val="18"/>
        </w:rPr>
        <w:t>izmantotas</w:t>
      </w:r>
      <w:proofErr w:type="spellEnd"/>
      <w:r>
        <w:rPr>
          <w:i/>
          <w:sz w:val="18"/>
        </w:rPr>
        <w:t xml:space="preserve"> </w:t>
      </w:r>
      <w:proofErr w:type="spellStart"/>
      <w:r>
        <w:rPr>
          <w:i/>
          <w:sz w:val="18"/>
        </w:rPr>
        <w:t>projekta</w:t>
      </w:r>
      <w:proofErr w:type="spellEnd"/>
      <w:r>
        <w:rPr>
          <w:i/>
          <w:sz w:val="18"/>
        </w:rPr>
        <w:t xml:space="preserve"> </w:t>
      </w:r>
      <w:proofErr w:type="spellStart"/>
      <w:r>
        <w:rPr>
          <w:i/>
          <w:sz w:val="18"/>
        </w:rPr>
        <w:t>īstenošanā</w:t>
      </w:r>
      <w:proofErr w:type="spellEnd"/>
      <w:r>
        <w:rPr>
          <w:i/>
          <w:sz w:val="18"/>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B82C71" w:rsidRPr="00A728B7" w14:paraId="08D1C64E" w14:textId="77777777" w:rsidTr="0010678E">
        <w:trPr>
          <w:trHeight w:val="1200"/>
          <w:jc w:val="center"/>
        </w:trPr>
        <w:tc>
          <w:tcPr>
            <w:tcW w:w="10200" w:type="dxa"/>
            <w:shd w:val="clear" w:color="auto" w:fill="F2F2F2" w:themeFill="background1" w:themeFillShade="F2"/>
            <w:tcMar>
              <w:top w:w="110" w:type="dxa"/>
              <w:left w:w="120" w:type="dxa"/>
              <w:bottom w:w="110" w:type="dxa"/>
              <w:right w:w="120" w:type="dxa"/>
            </w:tcMar>
          </w:tcPr>
          <w:p w14:paraId="1EDFBFE7" w14:textId="77777777" w:rsidR="00B82C71" w:rsidRPr="00A728B7" w:rsidRDefault="00000000" w:rsidP="0010678E">
            <w:sdt>
              <w:sdtPr>
                <w:alias w:val="ML_SOLUTION"/>
                <w:tag w:val="ML_SOLUTION"/>
                <w:id w:val="-544297099"/>
                <w:text w:multiLine="1"/>
              </w:sdtPr>
              <w:sdtContent>
                <w:proofErr w:type="spellStart"/>
                <w:r w:rsidR="00B82C71" w:rsidRPr="00A728B7">
                  <w:t>Ievadiet</w:t>
                </w:r>
                <w:proofErr w:type="spellEnd"/>
                <w:r w:rsidR="00B82C71" w:rsidRPr="00A728B7">
                  <w:t xml:space="preserve"> </w:t>
                </w:r>
                <w:proofErr w:type="spellStart"/>
                <w:r w:rsidR="00B82C71" w:rsidRPr="00A728B7">
                  <w:t>aprakstu</w:t>
                </w:r>
                <w:proofErr w:type="spellEnd"/>
                <w:r w:rsidR="00B82C71" w:rsidRPr="00A728B7">
                  <w:t xml:space="preserve"> </w:t>
                </w:r>
                <w:proofErr w:type="spellStart"/>
                <w:r w:rsidR="00B82C71" w:rsidRPr="00A728B7">
                  <w:t>šeit</w:t>
                </w:r>
                <w:proofErr w:type="spellEnd"/>
                <w:r w:rsidR="00B82C71" w:rsidRPr="00A728B7">
                  <w:t>…</w:t>
                </w:r>
              </w:sdtContent>
            </w:sdt>
          </w:p>
        </w:tc>
      </w:tr>
    </w:tbl>
    <w:p w14:paraId="2ACC0424" w14:textId="77777777" w:rsidR="00B82C71" w:rsidRPr="00A728B7" w:rsidRDefault="00B82C71">
      <w:pPr>
        <w:spacing w:after="20"/>
      </w:pPr>
    </w:p>
    <w:p w14:paraId="2E9B4829" w14:textId="77777777" w:rsidR="00CE25F6" w:rsidRPr="00A728B7" w:rsidRDefault="00000000">
      <w:pPr>
        <w:spacing w:before="100"/>
      </w:pPr>
      <w:r w:rsidRPr="00A728B7">
        <w:rPr>
          <w:b/>
          <w:sz w:val="22"/>
        </w:rPr>
        <w:t>Inovācijas novitāte un pievienotā vērtība</w:t>
      </w:r>
    </w:p>
    <w:p w14:paraId="162C137B" w14:textId="77777777" w:rsidR="00CE25F6" w:rsidRPr="00A728B7" w:rsidRDefault="00000000">
      <w:r w:rsidRPr="00A728B7">
        <w:rPr>
          <w:i/>
          <w:sz w:val="18"/>
        </w:rPr>
        <w:t>Pamatojiet, kas risinājumā ir jauns vai būtiski uzlabots salīdzinājumā ar 5. sadaļā aprakstītajiem esošajiem risinājumiem/konkurentiem.</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A728B7" w:rsidRPr="00A728B7" w14:paraId="34AB7495" w14:textId="77777777" w:rsidTr="00A728B7">
        <w:trPr>
          <w:trHeight w:val="900"/>
          <w:jc w:val="center"/>
        </w:trPr>
        <w:tc>
          <w:tcPr>
            <w:tcW w:w="10200" w:type="dxa"/>
            <w:shd w:val="clear" w:color="auto" w:fill="F2F2F2" w:themeFill="background1" w:themeFillShade="F2"/>
            <w:tcMar>
              <w:top w:w="110" w:type="dxa"/>
              <w:left w:w="120" w:type="dxa"/>
              <w:bottom w:w="110" w:type="dxa"/>
              <w:right w:w="120" w:type="dxa"/>
            </w:tcMar>
          </w:tcPr>
          <w:p w14:paraId="33F40D35" w14:textId="77777777" w:rsidR="00CE25F6" w:rsidRPr="00A728B7" w:rsidRDefault="00000000">
            <w:sdt>
              <w:sdtPr>
                <w:alias w:val="ML_NOVELTY"/>
                <w:tag w:val="ML_NOVELTY"/>
                <w:id w:val="-996182047"/>
                <w:text w:multiLine="1"/>
              </w:sdtPr>
              <w:sdtContent>
                <w:r w:rsidRPr="00A728B7">
                  <w:t>Ievadiet aprakstu šeit…</w:t>
                </w:r>
              </w:sdtContent>
            </w:sdt>
          </w:p>
        </w:tc>
      </w:tr>
    </w:tbl>
    <w:p w14:paraId="30A4592A" w14:textId="77777777" w:rsidR="00CE25F6" w:rsidRPr="00A728B7" w:rsidRDefault="00CE25F6">
      <w:pPr>
        <w:spacing w:after="20"/>
      </w:pPr>
    </w:p>
    <w:p w14:paraId="2BFD5C5A" w14:textId="77777777" w:rsidR="00CE25F6" w:rsidRPr="00A728B7" w:rsidRDefault="00000000">
      <w:pPr>
        <w:spacing w:before="100"/>
      </w:pPr>
      <w:r w:rsidRPr="00A728B7">
        <w:rPr>
          <w:b/>
          <w:sz w:val="22"/>
        </w:rPr>
        <w:t>Projekta mērķis</w:t>
      </w:r>
    </w:p>
    <w:p w14:paraId="31CCB619" w14:textId="77777777" w:rsidR="00CE25F6" w:rsidRPr="00A728B7" w:rsidRDefault="00000000">
      <w:r w:rsidRPr="00A728B7">
        <w:rPr>
          <w:i/>
          <w:sz w:val="18"/>
        </w:rPr>
        <w:t>Formulējiet vienu skaidru, sasniedzamu un pārbaudāmu projekta mērķi 6 mēnešu īstenošanas periodam.</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A728B7" w:rsidRPr="00A728B7" w14:paraId="6AC6C596" w14:textId="77777777" w:rsidTr="00A728B7">
        <w:trPr>
          <w:trHeight w:val="650"/>
          <w:jc w:val="center"/>
        </w:trPr>
        <w:tc>
          <w:tcPr>
            <w:tcW w:w="10200" w:type="dxa"/>
            <w:shd w:val="clear" w:color="auto" w:fill="F2F2F2" w:themeFill="background1" w:themeFillShade="F2"/>
            <w:tcMar>
              <w:top w:w="110" w:type="dxa"/>
              <w:left w:w="120" w:type="dxa"/>
              <w:bottom w:w="110" w:type="dxa"/>
              <w:right w:w="120" w:type="dxa"/>
            </w:tcMar>
          </w:tcPr>
          <w:p w14:paraId="1572A8EA" w14:textId="77777777" w:rsidR="00CE25F6" w:rsidRPr="00A728B7" w:rsidRDefault="00000000">
            <w:sdt>
              <w:sdtPr>
                <w:alias w:val="ML_OBJECTIVE"/>
                <w:tag w:val="ML_OBJECTIVE"/>
                <w:id w:val="1550029292"/>
                <w:text w:multiLine="1"/>
              </w:sdtPr>
              <w:sdtContent>
                <w:r w:rsidRPr="00A728B7">
                  <w:t>Ievadiet aprakstu šeit…</w:t>
                </w:r>
              </w:sdtContent>
            </w:sdt>
          </w:p>
        </w:tc>
      </w:tr>
    </w:tbl>
    <w:p w14:paraId="66970E9D" w14:textId="77777777" w:rsidR="00CE25F6" w:rsidRPr="00A728B7" w:rsidRDefault="00CE25F6">
      <w:pPr>
        <w:spacing w:after="20"/>
      </w:pPr>
    </w:p>
    <w:p w14:paraId="4C189871" w14:textId="77777777" w:rsidR="00CE25F6" w:rsidRPr="00A728B7" w:rsidRDefault="00000000">
      <w:pPr>
        <w:spacing w:before="100"/>
      </w:pPr>
      <w:r w:rsidRPr="00A728B7">
        <w:rPr>
          <w:b/>
          <w:sz w:val="22"/>
        </w:rPr>
        <w:t>Gala rezultāts</w:t>
      </w:r>
    </w:p>
    <w:p w14:paraId="669D071B" w14:textId="77777777" w:rsidR="00CE25F6" w:rsidRDefault="00000000">
      <w:r>
        <w:rPr>
          <w:i/>
          <w:color w:val="666666"/>
          <w:sz w:val="18"/>
        </w:rPr>
        <w:t>Precīzi definējiet projekta beigās sasniedzamo gala rezultātu (piem., koncepcijas pierādījums, konceptuālais modelis, MVP, prototips, demonstrators, validācijas rezultāts). Norādiet, kā tiks pierādīts, ka rezultāts ir sasniegts.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CE25F6" w14:paraId="2FB2E8D1" w14:textId="77777777" w:rsidTr="00A728B7">
        <w:trPr>
          <w:trHeight w:val="1000"/>
          <w:jc w:val="center"/>
        </w:trPr>
        <w:tc>
          <w:tcPr>
            <w:tcW w:w="10200" w:type="dxa"/>
            <w:shd w:val="clear" w:color="auto" w:fill="F2F2F2" w:themeFill="background1" w:themeFillShade="F2"/>
            <w:tcMar>
              <w:top w:w="110" w:type="dxa"/>
              <w:left w:w="120" w:type="dxa"/>
              <w:bottom w:w="110" w:type="dxa"/>
              <w:right w:w="120" w:type="dxa"/>
            </w:tcMar>
          </w:tcPr>
          <w:p w14:paraId="312691C4" w14:textId="77777777" w:rsidR="00CE25F6" w:rsidRDefault="00000000">
            <w:sdt>
              <w:sdtPr>
                <w:alias w:val="ML_FINAL_RESULT"/>
                <w:tag w:val="ML_FINAL_RESULT"/>
                <w:id w:val="1942497386"/>
                <w:text w:multiLine="1"/>
              </w:sdtPr>
              <w:sdtContent>
                <w:r>
                  <w:t>Ievadiet aprakstu šeit…</w:t>
                </w:r>
              </w:sdtContent>
            </w:sdt>
          </w:p>
        </w:tc>
      </w:tr>
    </w:tbl>
    <w:p w14:paraId="7D9A60E1" w14:textId="77777777" w:rsidR="00CE25F6" w:rsidRDefault="00CE25F6">
      <w:pPr>
        <w:spacing w:after="20"/>
      </w:pPr>
    </w:p>
    <w:p w14:paraId="4BA9A4CB" w14:textId="29C3837B" w:rsidR="002318E3" w:rsidRPr="00A728B7" w:rsidRDefault="00AD498E" w:rsidP="002318E3">
      <w:pPr>
        <w:spacing w:before="100"/>
      </w:pPr>
      <w:proofErr w:type="spellStart"/>
      <w:r>
        <w:rPr>
          <w:b/>
          <w:sz w:val="22"/>
        </w:rPr>
        <w:t>I</w:t>
      </w:r>
      <w:r w:rsidRPr="00AD498E">
        <w:rPr>
          <w:b/>
          <w:sz w:val="22"/>
        </w:rPr>
        <w:t>nformācijas</w:t>
      </w:r>
      <w:proofErr w:type="spellEnd"/>
      <w:r w:rsidRPr="00AD498E">
        <w:rPr>
          <w:b/>
          <w:sz w:val="22"/>
        </w:rPr>
        <w:t xml:space="preserve"> </w:t>
      </w:r>
      <w:proofErr w:type="spellStart"/>
      <w:r w:rsidRPr="00AD498E">
        <w:rPr>
          <w:b/>
          <w:sz w:val="22"/>
        </w:rPr>
        <w:t>izplatīšana</w:t>
      </w:r>
      <w:proofErr w:type="spellEnd"/>
      <w:r w:rsidRPr="00AD498E">
        <w:rPr>
          <w:b/>
          <w:sz w:val="22"/>
        </w:rPr>
        <w:t xml:space="preserve">, </w:t>
      </w:r>
      <w:proofErr w:type="spellStart"/>
      <w:r w:rsidRPr="00AD498E">
        <w:rPr>
          <w:b/>
          <w:sz w:val="22"/>
        </w:rPr>
        <w:t>rezultātu</w:t>
      </w:r>
      <w:proofErr w:type="spellEnd"/>
      <w:r w:rsidRPr="00AD498E">
        <w:rPr>
          <w:b/>
          <w:sz w:val="22"/>
        </w:rPr>
        <w:t xml:space="preserve"> </w:t>
      </w:r>
      <w:proofErr w:type="spellStart"/>
      <w:r w:rsidRPr="00AD498E">
        <w:rPr>
          <w:b/>
          <w:sz w:val="22"/>
        </w:rPr>
        <w:t>demonstrēšana</w:t>
      </w:r>
      <w:proofErr w:type="spellEnd"/>
      <w:r w:rsidRPr="00AD498E">
        <w:rPr>
          <w:b/>
          <w:sz w:val="22"/>
        </w:rPr>
        <w:t xml:space="preserve"> un </w:t>
      </w:r>
      <w:proofErr w:type="spellStart"/>
      <w:r w:rsidRPr="00AD498E">
        <w:rPr>
          <w:b/>
          <w:sz w:val="22"/>
        </w:rPr>
        <w:t>tālāka</w:t>
      </w:r>
      <w:proofErr w:type="spellEnd"/>
      <w:r w:rsidRPr="00AD498E">
        <w:rPr>
          <w:b/>
          <w:sz w:val="22"/>
        </w:rPr>
        <w:t xml:space="preserve"> </w:t>
      </w:r>
      <w:proofErr w:type="spellStart"/>
      <w:r w:rsidRPr="00AD498E">
        <w:rPr>
          <w:b/>
          <w:sz w:val="22"/>
        </w:rPr>
        <w:t>izmantošana</w:t>
      </w:r>
      <w:proofErr w:type="spellEnd"/>
    </w:p>
    <w:p w14:paraId="4623E413" w14:textId="2D939610" w:rsidR="002318E3" w:rsidRDefault="002318E3" w:rsidP="002318E3">
      <w:proofErr w:type="spellStart"/>
      <w:r>
        <w:rPr>
          <w:i/>
          <w:color w:val="666666"/>
          <w:sz w:val="18"/>
        </w:rPr>
        <w:t>Precīzi</w:t>
      </w:r>
      <w:proofErr w:type="spellEnd"/>
      <w:r>
        <w:rPr>
          <w:i/>
          <w:color w:val="666666"/>
          <w:sz w:val="18"/>
        </w:rPr>
        <w:t xml:space="preserve"> </w:t>
      </w:r>
      <w:proofErr w:type="spellStart"/>
      <w:r>
        <w:rPr>
          <w:i/>
          <w:color w:val="666666"/>
          <w:sz w:val="18"/>
        </w:rPr>
        <w:t>definējiet</w:t>
      </w:r>
      <w:proofErr w:type="spellEnd"/>
      <w:r>
        <w:rPr>
          <w:i/>
          <w:color w:val="666666"/>
          <w:sz w:val="18"/>
        </w:rPr>
        <w:t xml:space="preserve"> </w:t>
      </w:r>
      <w:proofErr w:type="spellStart"/>
      <w:r w:rsidR="00AD498E" w:rsidRPr="00AD498E">
        <w:rPr>
          <w:i/>
          <w:color w:val="666666"/>
          <w:sz w:val="18"/>
        </w:rPr>
        <w:t>informācijas</w:t>
      </w:r>
      <w:proofErr w:type="spellEnd"/>
      <w:r w:rsidR="00AD498E" w:rsidRPr="00AD498E">
        <w:rPr>
          <w:i/>
          <w:color w:val="666666"/>
          <w:sz w:val="18"/>
        </w:rPr>
        <w:t xml:space="preserve"> </w:t>
      </w:r>
      <w:proofErr w:type="spellStart"/>
      <w:r w:rsidR="00AD498E" w:rsidRPr="00AD498E">
        <w:rPr>
          <w:i/>
          <w:color w:val="666666"/>
          <w:sz w:val="18"/>
        </w:rPr>
        <w:t>izplatīšanas</w:t>
      </w:r>
      <w:proofErr w:type="spellEnd"/>
      <w:r w:rsidR="00AD498E" w:rsidRPr="00AD498E">
        <w:rPr>
          <w:i/>
          <w:color w:val="666666"/>
          <w:sz w:val="18"/>
        </w:rPr>
        <w:t xml:space="preserve">, </w:t>
      </w:r>
      <w:proofErr w:type="spellStart"/>
      <w:r w:rsidR="00AD498E" w:rsidRPr="00AD498E">
        <w:rPr>
          <w:i/>
          <w:color w:val="666666"/>
          <w:sz w:val="18"/>
        </w:rPr>
        <w:t>rezultātu</w:t>
      </w:r>
      <w:proofErr w:type="spellEnd"/>
      <w:r w:rsidR="00AD498E" w:rsidRPr="00AD498E">
        <w:rPr>
          <w:i/>
          <w:color w:val="666666"/>
          <w:sz w:val="18"/>
        </w:rPr>
        <w:t xml:space="preserve"> </w:t>
      </w:r>
      <w:proofErr w:type="spellStart"/>
      <w:r w:rsidR="00AD498E" w:rsidRPr="00AD498E">
        <w:rPr>
          <w:i/>
          <w:color w:val="666666"/>
          <w:sz w:val="18"/>
        </w:rPr>
        <w:t>demonstrēšanas</w:t>
      </w:r>
      <w:proofErr w:type="spellEnd"/>
      <w:r w:rsidR="00AD498E" w:rsidRPr="00AD498E">
        <w:rPr>
          <w:i/>
          <w:color w:val="666666"/>
          <w:sz w:val="18"/>
        </w:rPr>
        <w:t xml:space="preserve"> un </w:t>
      </w:r>
      <w:proofErr w:type="spellStart"/>
      <w:r w:rsidR="00AD498E" w:rsidRPr="00AD498E">
        <w:rPr>
          <w:i/>
          <w:color w:val="666666"/>
          <w:sz w:val="18"/>
        </w:rPr>
        <w:t>tālākas</w:t>
      </w:r>
      <w:proofErr w:type="spellEnd"/>
      <w:r w:rsidR="00AD498E" w:rsidRPr="00AD498E">
        <w:rPr>
          <w:i/>
          <w:color w:val="666666"/>
          <w:sz w:val="18"/>
        </w:rPr>
        <w:t xml:space="preserve"> </w:t>
      </w:r>
      <w:proofErr w:type="spellStart"/>
      <w:r w:rsidR="00AD498E" w:rsidRPr="00AD498E">
        <w:rPr>
          <w:i/>
          <w:color w:val="666666"/>
          <w:sz w:val="18"/>
        </w:rPr>
        <w:t>izmantošanas</w:t>
      </w:r>
      <w:proofErr w:type="spellEnd"/>
      <w:r w:rsidR="00AD498E" w:rsidRPr="00AD498E">
        <w:rPr>
          <w:i/>
          <w:color w:val="666666"/>
          <w:sz w:val="18"/>
        </w:rPr>
        <w:t xml:space="preserve"> </w:t>
      </w:r>
      <w:proofErr w:type="spellStart"/>
      <w:r w:rsidR="00AD498E" w:rsidRPr="00AD498E">
        <w:rPr>
          <w:i/>
          <w:color w:val="666666"/>
          <w:sz w:val="18"/>
        </w:rPr>
        <w:t>plā</w:t>
      </w:r>
      <w:r w:rsidR="00AD498E">
        <w:rPr>
          <w:i/>
          <w:color w:val="666666"/>
          <w:sz w:val="18"/>
        </w:rPr>
        <w:t>nu</w:t>
      </w:r>
      <w:proofErr w:type="spellEnd"/>
      <w:r>
        <w:rPr>
          <w:i/>
          <w:color w:val="666666"/>
          <w:sz w:val="18"/>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2318E3" w14:paraId="730A0A56" w14:textId="77777777" w:rsidTr="0010678E">
        <w:trPr>
          <w:trHeight w:val="1000"/>
          <w:jc w:val="center"/>
        </w:trPr>
        <w:tc>
          <w:tcPr>
            <w:tcW w:w="10200" w:type="dxa"/>
            <w:shd w:val="clear" w:color="auto" w:fill="F2F2F2" w:themeFill="background1" w:themeFillShade="F2"/>
            <w:tcMar>
              <w:top w:w="110" w:type="dxa"/>
              <w:left w:w="120" w:type="dxa"/>
              <w:bottom w:w="110" w:type="dxa"/>
              <w:right w:w="120" w:type="dxa"/>
            </w:tcMar>
          </w:tcPr>
          <w:p w14:paraId="69F18F0E" w14:textId="77777777" w:rsidR="002318E3" w:rsidRDefault="00000000" w:rsidP="0010678E">
            <w:sdt>
              <w:sdtPr>
                <w:alias w:val="ML_FINAL_RESULT"/>
                <w:tag w:val="ML_FINAL_RESULT"/>
                <w:id w:val="-179905361"/>
                <w:text w:multiLine="1"/>
              </w:sdtPr>
              <w:sdtContent>
                <w:proofErr w:type="spellStart"/>
                <w:r w:rsidR="002318E3">
                  <w:t>Ievadiet</w:t>
                </w:r>
                <w:proofErr w:type="spellEnd"/>
                <w:r w:rsidR="002318E3">
                  <w:t xml:space="preserve"> </w:t>
                </w:r>
                <w:proofErr w:type="spellStart"/>
                <w:r w:rsidR="002318E3">
                  <w:t>aprakstu</w:t>
                </w:r>
                <w:proofErr w:type="spellEnd"/>
                <w:r w:rsidR="002318E3">
                  <w:t xml:space="preserve"> </w:t>
                </w:r>
                <w:proofErr w:type="spellStart"/>
                <w:r w:rsidR="002318E3">
                  <w:t>šeit</w:t>
                </w:r>
                <w:proofErr w:type="spellEnd"/>
                <w:r w:rsidR="002318E3">
                  <w:t>…</w:t>
                </w:r>
              </w:sdtContent>
            </w:sdt>
          </w:p>
        </w:tc>
      </w:tr>
    </w:tbl>
    <w:p w14:paraId="50FFA681" w14:textId="77777777" w:rsidR="002318E3" w:rsidRDefault="002318E3">
      <w:pPr>
        <w:spacing w:after="20"/>
      </w:pPr>
    </w:p>
    <w:p w14:paraId="26839878" w14:textId="2177ED69" w:rsidR="00CE25F6" w:rsidRDefault="00000000" w:rsidP="00E422CC">
      <w:pPr>
        <w:pStyle w:val="Heading2"/>
        <w:numPr>
          <w:ilvl w:val="0"/>
          <w:numId w:val="10"/>
        </w:numPr>
        <w:rPr>
          <w:rStyle w:val="Strong"/>
          <w:b/>
          <w:bCs/>
          <w:color w:val="auto"/>
        </w:rPr>
      </w:pPr>
      <w:proofErr w:type="spellStart"/>
      <w:r w:rsidRPr="00E422CC">
        <w:rPr>
          <w:rStyle w:val="Strong"/>
          <w:b/>
          <w:bCs/>
          <w:color w:val="auto"/>
        </w:rPr>
        <w:t>Plānotie</w:t>
      </w:r>
      <w:proofErr w:type="spellEnd"/>
      <w:r w:rsidRPr="00E422CC">
        <w:rPr>
          <w:rStyle w:val="Strong"/>
          <w:b/>
          <w:bCs/>
          <w:color w:val="auto"/>
        </w:rPr>
        <w:t xml:space="preserve"> </w:t>
      </w:r>
      <w:proofErr w:type="spellStart"/>
      <w:r w:rsidRPr="00E422CC">
        <w:rPr>
          <w:rStyle w:val="Strong"/>
          <w:b/>
          <w:bCs/>
          <w:color w:val="auto"/>
        </w:rPr>
        <w:t>starprezultāti</w:t>
      </w:r>
      <w:proofErr w:type="spellEnd"/>
      <w:r w:rsidRPr="00E422CC">
        <w:rPr>
          <w:rStyle w:val="Strong"/>
          <w:b/>
          <w:bCs/>
          <w:color w:val="auto"/>
        </w:rPr>
        <w:t xml:space="preserve">, </w:t>
      </w:r>
      <w:proofErr w:type="spellStart"/>
      <w:r w:rsidRPr="00E422CC">
        <w:rPr>
          <w:rStyle w:val="Strong"/>
          <w:b/>
          <w:bCs/>
          <w:color w:val="auto"/>
        </w:rPr>
        <w:t>aktivitātes</w:t>
      </w:r>
      <w:proofErr w:type="spellEnd"/>
      <w:r w:rsidRPr="00E422CC">
        <w:rPr>
          <w:rStyle w:val="Strong"/>
          <w:b/>
          <w:bCs/>
          <w:color w:val="auto"/>
        </w:rPr>
        <w:t xml:space="preserve"> un 6 </w:t>
      </w:r>
      <w:proofErr w:type="spellStart"/>
      <w:r w:rsidRPr="00E422CC">
        <w:rPr>
          <w:rStyle w:val="Strong"/>
          <w:b/>
          <w:bCs/>
          <w:color w:val="auto"/>
        </w:rPr>
        <w:t>mēnešu</w:t>
      </w:r>
      <w:proofErr w:type="spellEnd"/>
      <w:r w:rsidRPr="00E422CC">
        <w:rPr>
          <w:rStyle w:val="Strong"/>
          <w:b/>
          <w:bCs/>
          <w:color w:val="auto"/>
        </w:rPr>
        <w:t xml:space="preserve"> </w:t>
      </w:r>
      <w:proofErr w:type="spellStart"/>
      <w:r w:rsidRPr="00E422CC">
        <w:rPr>
          <w:rStyle w:val="Strong"/>
          <w:b/>
          <w:bCs/>
          <w:color w:val="auto"/>
        </w:rPr>
        <w:t>darba</w:t>
      </w:r>
      <w:proofErr w:type="spellEnd"/>
      <w:r w:rsidRPr="00E422CC">
        <w:rPr>
          <w:rStyle w:val="Strong"/>
          <w:b/>
          <w:bCs/>
          <w:color w:val="auto"/>
        </w:rPr>
        <w:t xml:space="preserve"> </w:t>
      </w:r>
      <w:proofErr w:type="spellStart"/>
      <w:r w:rsidR="00E422CC">
        <w:rPr>
          <w:rStyle w:val="Strong"/>
          <w:b/>
          <w:bCs/>
          <w:color w:val="auto"/>
        </w:rPr>
        <w:t>pl</w:t>
      </w:r>
      <w:r w:rsidR="00B82C71">
        <w:rPr>
          <w:rStyle w:val="Strong"/>
          <w:b/>
          <w:bCs/>
          <w:color w:val="auto"/>
        </w:rPr>
        <w:t>ā</w:t>
      </w:r>
      <w:r w:rsidR="00E422CC">
        <w:rPr>
          <w:rStyle w:val="Strong"/>
          <w:b/>
          <w:bCs/>
          <w:color w:val="auto"/>
        </w:rPr>
        <w:t>ns</w:t>
      </w:r>
      <w:proofErr w:type="spellEnd"/>
    </w:p>
    <w:p w14:paraId="390FF0F2" w14:textId="77777777" w:rsidR="00E422CC" w:rsidRPr="00E422CC" w:rsidRDefault="00E422CC" w:rsidP="00E422CC">
      <w:pPr>
        <w:pStyle w:val="ListParagraph"/>
      </w:pPr>
    </w:p>
    <w:p w14:paraId="217CE978" w14:textId="77777777" w:rsidR="00CE25F6" w:rsidRDefault="00000000">
      <w:proofErr w:type="spellStart"/>
      <w:r>
        <w:rPr>
          <w:i/>
          <w:color w:val="666666"/>
          <w:sz w:val="18"/>
        </w:rPr>
        <w:t>Starprezultātiem</w:t>
      </w:r>
      <w:proofErr w:type="spellEnd"/>
      <w:r>
        <w:rPr>
          <w:i/>
          <w:color w:val="666666"/>
          <w:sz w:val="18"/>
        </w:rPr>
        <w:t xml:space="preserve"> </w:t>
      </w:r>
      <w:proofErr w:type="spellStart"/>
      <w:r>
        <w:rPr>
          <w:i/>
          <w:color w:val="666666"/>
          <w:sz w:val="18"/>
        </w:rPr>
        <w:t>jābūt</w:t>
      </w:r>
      <w:proofErr w:type="spellEnd"/>
      <w:r>
        <w:rPr>
          <w:i/>
          <w:color w:val="666666"/>
          <w:sz w:val="18"/>
        </w:rPr>
        <w:t xml:space="preserve"> </w:t>
      </w:r>
      <w:proofErr w:type="spellStart"/>
      <w:r>
        <w:rPr>
          <w:i/>
          <w:color w:val="666666"/>
          <w:sz w:val="18"/>
        </w:rPr>
        <w:t>izmērāmiem</w:t>
      </w:r>
      <w:proofErr w:type="spellEnd"/>
      <w:r>
        <w:rPr>
          <w:i/>
          <w:color w:val="666666"/>
          <w:sz w:val="18"/>
        </w:rPr>
        <w:t xml:space="preserve"> un pārbaudāmiem, lai starpposma izvērtēšanā varētu noteikt to sasniegšanas līmeni procentos.</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3388"/>
        <w:gridCol w:w="2381"/>
        <w:gridCol w:w="1134"/>
        <w:gridCol w:w="2835"/>
      </w:tblGrid>
      <w:tr w:rsidR="00CE25F6" w:rsidRPr="00E422CC" w14:paraId="33B63DF2" w14:textId="77777777" w:rsidTr="001F320F">
        <w:trPr>
          <w:tblHeader/>
          <w:jc w:val="center"/>
        </w:trPr>
        <w:tc>
          <w:tcPr>
            <w:tcW w:w="421" w:type="dxa"/>
            <w:shd w:val="clear" w:color="auto" w:fill="595959" w:themeFill="text1" w:themeFillTint="A6"/>
            <w:tcMar>
              <w:top w:w="70" w:type="dxa"/>
              <w:left w:w="70" w:type="dxa"/>
              <w:bottom w:w="70" w:type="dxa"/>
              <w:right w:w="70" w:type="dxa"/>
            </w:tcMar>
          </w:tcPr>
          <w:p w14:paraId="50156B12" w14:textId="77777777" w:rsidR="00CE25F6" w:rsidRPr="00E422CC" w:rsidRDefault="00000000">
            <w:pPr>
              <w:jc w:val="center"/>
              <w:rPr>
                <w:szCs w:val="20"/>
              </w:rPr>
            </w:pPr>
            <w:r w:rsidRPr="00E422CC">
              <w:rPr>
                <w:b/>
                <w:color w:val="FFFFFF"/>
                <w:szCs w:val="20"/>
              </w:rPr>
              <w:t>Nr.</w:t>
            </w:r>
          </w:p>
        </w:tc>
        <w:tc>
          <w:tcPr>
            <w:tcW w:w="3388" w:type="dxa"/>
            <w:shd w:val="clear" w:color="auto" w:fill="595959" w:themeFill="text1" w:themeFillTint="A6"/>
            <w:tcMar>
              <w:top w:w="70" w:type="dxa"/>
              <w:left w:w="70" w:type="dxa"/>
              <w:bottom w:w="70" w:type="dxa"/>
              <w:right w:w="70" w:type="dxa"/>
            </w:tcMar>
          </w:tcPr>
          <w:p w14:paraId="60B98082" w14:textId="77777777" w:rsidR="00CE25F6" w:rsidRPr="00E422CC" w:rsidRDefault="00000000">
            <w:pPr>
              <w:jc w:val="center"/>
              <w:rPr>
                <w:szCs w:val="20"/>
              </w:rPr>
            </w:pPr>
            <w:r w:rsidRPr="00E422CC">
              <w:rPr>
                <w:b/>
                <w:color w:val="FFFFFF"/>
                <w:szCs w:val="20"/>
              </w:rPr>
              <w:t>Plānotais starprezultāts</w:t>
            </w:r>
          </w:p>
        </w:tc>
        <w:tc>
          <w:tcPr>
            <w:tcW w:w="2381" w:type="dxa"/>
            <w:shd w:val="clear" w:color="auto" w:fill="595959" w:themeFill="text1" w:themeFillTint="A6"/>
            <w:tcMar>
              <w:top w:w="70" w:type="dxa"/>
              <w:left w:w="70" w:type="dxa"/>
              <w:bottom w:w="70" w:type="dxa"/>
              <w:right w:w="70" w:type="dxa"/>
            </w:tcMar>
          </w:tcPr>
          <w:p w14:paraId="4783D571" w14:textId="77777777" w:rsidR="00CE25F6" w:rsidRPr="00E422CC" w:rsidRDefault="00000000">
            <w:pPr>
              <w:jc w:val="center"/>
              <w:rPr>
                <w:szCs w:val="20"/>
              </w:rPr>
            </w:pPr>
            <w:r w:rsidRPr="00E422CC">
              <w:rPr>
                <w:b/>
                <w:color w:val="FFFFFF"/>
                <w:szCs w:val="20"/>
              </w:rPr>
              <w:t>Mērāms rādītājs / sasniegšanas kritērijs</w:t>
            </w:r>
          </w:p>
        </w:tc>
        <w:tc>
          <w:tcPr>
            <w:tcW w:w="1134" w:type="dxa"/>
            <w:shd w:val="clear" w:color="auto" w:fill="595959" w:themeFill="text1" w:themeFillTint="A6"/>
            <w:tcMar>
              <w:top w:w="70" w:type="dxa"/>
              <w:left w:w="70" w:type="dxa"/>
              <w:bottom w:w="70" w:type="dxa"/>
              <w:right w:w="70" w:type="dxa"/>
            </w:tcMar>
          </w:tcPr>
          <w:p w14:paraId="27A01E34" w14:textId="77777777" w:rsidR="00CE25F6" w:rsidRPr="00E422CC" w:rsidRDefault="00000000">
            <w:pPr>
              <w:jc w:val="center"/>
              <w:rPr>
                <w:szCs w:val="20"/>
              </w:rPr>
            </w:pPr>
            <w:r w:rsidRPr="00E422CC">
              <w:rPr>
                <w:b/>
                <w:color w:val="FFFFFF"/>
                <w:szCs w:val="20"/>
              </w:rPr>
              <w:t>Plānotais mēnesis</w:t>
            </w:r>
          </w:p>
        </w:tc>
        <w:tc>
          <w:tcPr>
            <w:tcW w:w="2835" w:type="dxa"/>
            <w:shd w:val="clear" w:color="auto" w:fill="595959" w:themeFill="text1" w:themeFillTint="A6"/>
            <w:tcMar>
              <w:top w:w="70" w:type="dxa"/>
              <w:left w:w="70" w:type="dxa"/>
              <w:bottom w:w="70" w:type="dxa"/>
              <w:right w:w="70" w:type="dxa"/>
            </w:tcMar>
          </w:tcPr>
          <w:p w14:paraId="44B375AD" w14:textId="77777777" w:rsidR="00CE25F6" w:rsidRPr="00E422CC" w:rsidRDefault="00000000">
            <w:pPr>
              <w:jc w:val="center"/>
              <w:rPr>
                <w:szCs w:val="20"/>
              </w:rPr>
            </w:pPr>
            <w:r w:rsidRPr="00E422CC">
              <w:rPr>
                <w:b/>
                <w:color w:val="FFFFFF"/>
                <w:szCs w:val="20"/>
              </w:rPr>
              <w:t>Pierādījums / nodevums</w:t>
            </w:r>
          </w:p>
        </w:tc>
      </w:tr>
      <w:tr w:rsidR="00CE25F6" w:rsidRPr="00E422CC" w14:paraId="42582E72" w14:textId="77777777" w:rsidTr="00A728B7">
        <w:trPr>
          <w:cantSplit/>
          <w:jc w:val="center"/>
        </w:trPr>
        <w:tc>
          <w:tcPr>
            <w:tcW w:w="421" w:type="dxa"/>
            <w:shd w:val="clear" w:color="auto" w:fill="F3F6F8"/>
            <w:tcMar>
              <w:top w:w="70" w:type="dxa"/>
              <w:left w:w="70" w:type="dxa"/>
              <w:bottom w:w="70" w:type="dxa"/>
              <w:right w:w="70" w:type="dxa"/>
            </w:tcMar>
          </w:tcPr>
          <w:p w14:paraId="71734D6B" w14:textId="77777777" w:rsidR="00CE25F6" w:rsidRPr="00E422CC" w:rsidRDefault="00000000">
            <w:pPr>
              <w:rPr>
                <w:szCs w:val="20"/>
              </w:rPr>
            </w:pPr>
            <w:r w:rsidRPr="00E422CC">
              <w:rPr>
                <w:color w:val="222222"/>
                <w:szCs w:val="20"/>
              </w:rPr>
              <w:t>1</w:t>
            </w:r>
          </w:p>
        </w:tc>
        <w:tc>
          <w:tcPr>
            <w:tcW w:w="3388" w:type="dxa"/>
            <w:shd w:val="clear" w:color="auto" w:fill="F3F6F8"/>
            <w:tcMar>
              <w:top w:w="70" w:type="dxa"/>
              <w:left w:w="70" w:type="dxa"/>
              <w:bottom w:w="70" w:type="dxa"/>
              <w:right w:w="70" w:type="dxa"/>
            </w:tcMar>
          </w:tcPr>
          <w:p w14:paraId="6F6E0046" w14:textId="77777777" w:rsidR="00CE25F6" w:rsidRPr="00E422CC" w:rsidRDefault="00000000">
            <w:pPr>
              <w:rPr>
                <w:szCs w:val="20"/>
              </w:rPr>
            </w:pPr>
            <w:sdt>
              <w:sdtPr>
                <w:rPr>
                  <w:szCs w:val="20"/>
                </w:rPr>
                <w:alias w:val="ML_MILESTONE_1"/>
                <w:tag w:val="ML_MILESTONE_1"/>
                <w:id w:val="-1268467680"/>
                <w:text w:multiLine="1"/>
              </w:sdtPr>
              <w:sdtContent>
                <w:r w:rsidRPr="00E422CC">
                  <w:rPr>
                    <w:color w:val="222222"/>
                    <w:szCs w:val="20"/>
                  </w:rPr>
                  <w:t>Ievadiet aprakstu šeit…</w:t>
                </w:r>
              </w:sdtContent>
            </w:sdt>
          </w:p>
        </w:tc>
        <w:tc>
          <w:tcPr>
            <w:tcW w:w="2381" w:type="dxa"/>
            <w:shd w:val="clear" w:color="auto" w:fill="F3F6F8"/>
            <w:tcMar>
              <w:top w:w="70" w:type="dxa"/>
              <w:left w:w="70" w:type="dxa"/>
              <w:bottom w:w="70" w:type="dxa"/>
              <w:right w:w="70" w:type="dxa"/>
            </w:tcMar>
          </w:tcPr>
          <w:p w14:paraId="6A0D67C0" w14:textId="77777777" w:rsidR="00CE25F6" w:rsidRPr="00E422CC" w:rsidRDefault="00000000">
            <w:pPr>
              <w:rPr>
                <w:szCs w:val="20"/>
              </w:rPr>
            </w:pPr>
            <w:sdt>
              <w:sdtPr>
                <w:rPr>
                  <w:szCs w:val="20"/>
                </w:rPr>
                <w:alias w:val="ST_MILESTONE_IND_1"/>
                <w:tag w:val="ST_MILESTONE_IND_1"/>
                <w:id w:val="-146979901"/>
                <w:text/>
              </w:sdtPr>
              <w:sdtContent>
                <w:r w:rsidRPr="00E422CC">
                  <w:rPr>
                    <w:color w:val="222222"/>
                    <w:szCs w:val="20"/>
                  </w:rPr>
                  <w:t>Mērāms kritērijs</w:t>
                </w:r>
              </w:sdtContent>
            </w:sdt>
          </w:p>
        </w:tc>
        <w:tc>
          <w:tcPr>
            <w:tcW w:w="1134" w:type="dxa"/>
            <w:shd w:val="clear" w:color="auto" w:fill="F3F6F8"/>
            <w:tcMar>
              <w:top w:w="70" w:type="dxa"/>
              <w:left w:w="70" w:type="dxa"/>
              <w:bottom w:w="70" w:type="dxa"/>
              <w:right w:w="70" w:type="dxa"/>
            </w:tcMar>
          </w:tcPr>
          <w:p w14:paraId="1F52275D" w14:textId="77777777" w:rsidR="00CE25F6" w:rsidRPr="00E422CC" w:rsidRDefault="00000000">
            <w:pPr>
              <w:rPr>
                <w:szCs w:val="20"/>
              </w:rPr>
            </w:pPr>
            <w:sdt>
              <w:sdtPr>
                <w:rPr>
                  <w:szCs w:val="20"/>
                </w:rPr>
                <w:alias w:val="ST_MILESTONE_MONTH_1"/>
                <w:tag w:val="ST_MILESTONE_MONTH_1"/>
                <w:id w:val="-176736727"/>
                <w:text/>
              </w:sdtPr>
              <w:sdtContent>
                <w:r w:rsidRPr="00E422CC">
                  <w:rPr>
                    <w:color w:val="222222"/>
                    <w:szCs w:val="20"/>
                  </w:rPr>
                  <w:t>Mēnesis</w:t>
                </w:r>
              </w:sdtContent>
            </w:sdt>
          </w:p>
        </w:tc>
        <w:tc>
          <w:tcPr>
            <w:tcW w:w="2835" w:type="dxa"/>
            <w:shd w:val="clear" w:color="auto" w:fill="F3F6F8"/>
            <w:tcMar>
              <w:top w:w="70" w:type="dxa"/>
              <w:left w:w="70" w:type="dxa"/>
              <w:bottom w:w="70" w:type="dxa"/>
              <w:right w:w="70" w:type="dxa"/>
            </w:tcMar>
          </w:tcPr>
          <w:p w14:paraId="2DBCE2DE" w14:textId="77777777" w:rsidR="00CE25F6" w:rsidRPr="00E422CC" w:rsidRDefault="00000000">
            <w:pPr>
              <w:rPr>
                <w:szCs w:val="20"/>
              </w:rPr>
            </w:pPr>
            <w:sdt>
              <w:sdtPr>
                <w:rPr>
                  <w:szCs w:val="20"/>
                </w:rPr>
                <w:alias w:val="ML_MILESTONE_EVID_1"/>
                <w:tag w:val="ML_MILESTONE_EVID_1"/>
                <w:id w:val="451911419"/>
                <w:text w:multiLine="1"/>
              </w:sdtPr>
              <w:sdtContent>
                <w:r w:rsidRPr="00E422CC">
                  <w:rPr>
                    <w:color w:val="222222"/>
                    <w:szCs w:val="20"/>
                  </w:rPr>
                  <w:t>Ievadiet aprakstu šeit…</w:t>
                </w:r>
              </w:sdtContent>
            </w:sdt>
          </w:p>
        </w:tc>
      </w:tr>
      <w:tr w:rsidR="00CE25F6" w:rsidRPr="00E422CC" w14:paraId="38F75B8A" w14:textId="77777777" w:rsidTr="00A728B7">
        <w:trPr>
          <w:cantSplit/>
          <w:jc w:val="center"/>
        </w:trPr>
        <w:tc>
          <w:tcPr>
            <w:tcW w:w="421" w:type="dxa"/>
            <w:shd w:val="clear" w:color="auto" w:fill="FFFFFF"/>
            <w:tcMar>
              <w:top w:w="70" w:type="dxa"/>
              <w:left w:w="70" w:type="dxa"/>
              <w:bottom w:w="70" w:type="dxa"/>
              <w:right w:w="70" w:type="dxa"/>
            </w:tcMar>
          </w:tcPr>
          <w:p w14:paraId="4BFAB669" w14:textId="77777777" w:rsidR="00CE25F6" w:rsidRPr="00E422CC" w:rsidRDefault="00000000">
            <w:pPr>
              <w:rPr>
                <w:szCs w:val="20"/>
              </w:rPr>
            </w:pPr>
            <w:r w:rsidRPr="00E422CC">
              <w:rPr>
                <w:color w:val="222222"/>
                <w:szCs w:val="20"/>
              </w:rPr>
              <w:t>2</w:t>
            </w:r>
          </w:p>
        </w:tc>
        <w:tc>
          <w:tcPr>
            <w:tcW w:w="3388" w:type="dxa"/>
            <w:shd w:val="clear" w:color="auto" w:fill="FFFFFF"/>
            <w:tcMar>
              <w:top w:w="70" w:type="dxa"/>
              <w:left w:w="70" w:type="dxa"/>
              <w:bottom w:w="70" w:type="dxa"/>
              <w:right w:w="70" w:type="dxa"/>
            </w:tcMar>
          </w:tcPr>
          <w:p w14:paraId="6C34C2AB" w14:textId="77777777" w:rsidR="00CE25F6" w:rsidRPr="00E422CC" w:rsidRDefault="00000000">
            <w:pPr>
              <w:rPr>
                <w:szCs w:val="20"/>
              </w:rPr>
            </w:pPr>
            <w:sdt>
              <w:sdtPr>
                <w:rPr>
                  <w:szCs w:val="20"/>
                </w:rPr>
                <w:alias w:val="ML_MILESTONE_2"/>
                <w:tag w:val="ML_MILESTONE_2"/>
                <w:id w:val="1647247647"/>
                <w:text w:multiLine="1"/>
              </w:sdtPr>
              <w:sdtContent>
                <w:r w:rsidRPr="00E422CC">
                  <w:rPr>
                    <w:color w:val="222222"/>
                    <w:szCs w:val="20"/>
                  </w:rPr>
                  <w:t>Ievadiet aprakstu šeit…</w:t>
                </w:r>
              </w:sdtContent>
            </w:sdt>
          </w:p>
        </w:tc>
        <w:tc>
          <w:tcPr>
            <w:tcW w:w="2381" w:type="dxa"/>
            <w:shd w:val="clear" w:color="auto" w:fill="FFFFFF"/>
            <w:tcMar>
              <w:top w:w="70" w:type="dxa"/>
              <w:left w:w="70" w:type="dxa"/>
              <w:bottom w:w="70" w:type="dxa"/>
              <w:right w:w="70" w:type="dxa"/>
            </w:tcMar>
          </w:tcPr>
          <w:p w14:paraId="3F1D02DF" w14:textId="77777777" w:rsidR="00CE25F6" w:rsidRPr="00E422CC" w:rsidRDefault="00000000">
            <w:pPr>
              <w:rPr>
                <w:szCs w:val="20"/>
              </w:rPr>
            </w:pPr>
            <w:sdt>
              <w:sdtPr>
                <w:rPr>
                  <w:szCs w:val="20"/>
                </w:rPr>
                <w:alias w:val="ST_MILESTONE_IND_2"/>
                <w:tag w:val="ST_MILESTONE_IND_2"/>
                <w:id w:val="-1461880310"/>
                <w:text/>
              </w:sdtPr>
              <w:sdtContent>
                <w:r w:rsidRPr="00E422CC">
                  <w:rPr>
                    <w:color w:val="222222"/>
                    <w:szCs w:val="20"/>
                  </w:rPr>
                  <w:t>Mērāms kritērijs</w:t>
                </w:r>
              </w:sdtContent>
            </w:sdt>
          </w:p>
        </w:tc>
        <w:tc>
          <w:tcPr>
            <w:tcW w:w="1134" w:type="dxa"/>
            <w:shd w:val="clear" w:color="auto" w:fill="FFFFFF"/>
            <w:tcMar>
              <w:top w:w="70" w:type="dxa"/>
              <w:left w:w="70" w:type="dxa"/>
              <w:bottom w:w="70" w:type="dxa"/>
              <w:right w:w="70" w:type="dxa"/>
            </w:tcMar>
          </w:tcPr>
          <w:p w14:paraId="5703FC74" w14:textId="77777777" w:rsidR="00CE25F6" w:rsidRPr="00E422CC" w:rsidRDefault="00000000">
            <w:pPr>
              <w:rPr>
                <w:szCs w:val="20"/>
              </w:rPr>
            </w:pPr>
            <w:sdt>
              <w:sdtPr>
                <w:rPr>
                  <w:szCs w:val="20"/>
                </w:rPr>
                <w:alias w:val="ST_MILESTONE_MONTH_2"/>
                <w:tag w:val="ST_MILESTONE_MONTH_2"/>
                <w:id w:val="1045648802"/>
                <w:text/>
              </w:sdtPr>
              <w:sdtContent>
                <w:r w:rsidRPr="00E422CC">
                  <w:rPr>
                    <w:color w:val="222222"/>
                    <w:szCs w:val="20"/>
                  </w:rPr>
                  <w:t>Mēnesis</w:t>
                </w:r>
              </w:sdtContent>
            </w:sdt>
          </w:p>
        </w:tc>
        <w:tc>
          <w:tcPr>
            <w:tcW w:w="2835" w:type="dxa"/>
            <w:shd w:val="clear" w:color="auto" w:fill="FFFFFF"/>
            <w:tcMar>
              <w:top w:w="70" w:type="dxa"/>
              <w:left w:w="70" w:type="dxa"/>
              <w:bottom w:w="70" w:type="dxa"/>
              <w:right w:w="70" w:type="dxa"/>
            </w:tcMar>
          </w:tcPr>
          <w:p w14:paraId="4EF8C701" w14:textId="77777777" w:rsidR="00CE25F6" w:rsidRPr="00E422CC" w:rsidRDefault="00000000">
            <w:pPr>
              <w:rPr>
                <w:szCs w:val="20"/>
              </w:rPr>
            </w:pPr>
            <w:sdt>
              <w:sdtPr>
                <w:rPr>
                  <w:szCs w:val="20"/>
                </w:rPr>
                <w:alias w:val="ML_MILESTONE_EVID_2"/>
                <w:tag w:val="ML_MILESTONE_EVID_2"/>
                <w:id w:val="2110080089"/>
                <w:text w:multiLine="1"/>
              </w:sdtPr>
              <w:sdtContent>
                <w:r w:rsidRPr="00E422CC">
                  <w:rPr>
                    <w:color w:val="222222"/>
                    <w:szCs w:val="20"/>
                  </w:rPr>
                  <w:t>Ievadiet aprakstu šeit…</w:t>
                </w:r>
              </w:sdtContent>
            </w:sdt>
          </w:p>
        </w:tc>
      </w:tr>
      <w:tr w:rsidR="00CE25F6" w:rsidRPr="00E422CC" w14:paraId="7AC341FE" w14:textId="77777777" w:rsidTr="00A728B7">
        <w:trPr>
          <w:cantSplit/>
          <w:jc w:val="center"/>
        </w:trPr>
        <w:tc>
          <w:tcPr>
            <w:tcW w:w="421" w:type="dxa"/>
            <w:shd w:val="clear" w:color="auto" w:fill="F3F6F8"/>
            <w:tcMar>
              <w:top w:w="70" w:type="dxa"/>
              <w:left w:w="70" w:type="dxa"/>
              <w:bottom w:w="70" w:type="dxa"/>
              <w:right w:w="70" w:type="dxa"/>
            </w:tcMar>
          </w:tcPr>
          <w:p w14:paraId="047F7F60" w14:textId="77777777" w:rsidR="00CE25F6" w:rsidRPr="00E422CC" w:rsidRDefault="00000000">
            <w:pPr>
              <w:rPr>
                <w:szCs w:val="20"/>
              </w:rPr>
            </w:pPr>
            <w:r w:rsidRPr="00E422CC">
              <w:rPr>
                <w:color w:val="222222"/>
                <w:szCs w:val="20"/>
              </w:rPr>
              <w:t>3</w:t>
            </w:r>
          </w:p>
        </w:tc>
        <w:tc>
          <w:tcPr>
            <w:tcW w:w="3388" w:type="dxa"/>
            <w:shd w:val="clear" w:color="auto" w:fill="F3F6F8"/>
            <w:tcMar>
              <w:top w:w="70" w:type="dxa"/>
              <w:left w:w="70" w:type="dxa"/>
              <w:bottom w:w="70" w:type="dxa"/>
              <w:right w:w="70" w:type="dxa"/>
            </w:tcMar>
          </w:tcPr>
          <w:p w14:paraId="2A4628DE" w14:textId="77777777" w:rsidR="00CE25F6" w:rsidRPr="00E422CC" w:rsidRDefault="00000000">
            <w:pPr>
              <w:rPr>
                <w:szCs w:val="20"/>
              </w:rPr>
            </w:pPr>
            <w:sdt>
              <w:sdtPr>
                <w:rPr>
                  <w:szCs w:val="20"/>
                </w:rPr>
                <w:alias w:val="ML_MILESTONE_3"/>
                <w:tag w:val="ML_MILESTONE_3"/>
                <w:id w:val="1286076806"/>
                <w:text w:multiLine="1"/>
              </w:sdtPr>
              <w:sdtContent>
                <w:r w:rsidRPr="00E422CC">
                  <w:rPr>
                    <w:color w:val="222222"/>
                    <w:szCs w:val="20"/>
                  </w:rPr>
                  <w:t>Ievadiet aprakstu šeit…</w:t>
                </w:r>
              </w:sdtContent>
            </w:sdt>
          </w:p>
        </w:tc>
        <w:tc>
          <w:tcPr>
            <w:tcW w:w="2381" w:type="dxa"/>
            <w:shd w:val="clear" w:color="auto" w:fill="F3F6F8"/>
            <w:tcMar>
              <w:top w:w="70" w:type="dxa"/>
              <w:left w:w="70" w:type="dxa"/>
              <w:bottom w:w="70" w:type="dxa"/>
              <w:right w:w="70" w:type="dxa"/>
            </w:tcMar>
          </w:tcPr>
          <w:p w14:paraId="609A9FD1" w14:textId="77777777" w:rsidR="00CE25F6" w:rsidRPr="00E422CC" w:rsidRDefault="00000000">
            <w:pPr>
              <w:rPr>
                <w:szCs w:val="20"/>
              </w:rPr>
            </w:pPr>
            <w:sdt>
              <w:sdtPr>
                <w:rPr>
                  <w:szCs w:val="20"/>
                </w:rPr>
                <w:alias w:val="ST_MILESTONE_IND_3"/>
                <w:tag w:val="ST_MILESTONE_IND_3"/>
                <w:id w:val="-376783355"/>
                <w:text/>
              </w:sdtPr>
              <w:sdtContent>
                <w:r w:rsidRPr="00E422CC">
                  <w:rPr>
                    <w:color w:val="222222"/>
                    <w:szCs w:val="20"/>
                  </w:rPr>
                  <w:t>Mērāms kritērijs</w:t>
                </w:r>
              </w:sdtContent>
            </w:sdt>
          </w:p>
        </w:tc>
        <w:tc>
          <w:tcPr>
            <w:tcW w:w="1134" w:type="dxa"/>
            <w:shd w:val="clear" w:color="auto" w:fill="F3F6F8"/>
            <w:tcMar>
              <w:top w:w="70" w:type="dxa"/>
              <w:left w:w="70" w:type="dxa"/>
              <w:bottom w:w="70" w:type="dxa"/>
              <w:right w:w="70" w:type="dxa"/>
            </w:tcMar>
          </w:tcPr>
          <w:p w14:paraId="26F20698" w14:textId="77777777" w:rsidR="00CE25F6" w:rsidRPr="00E422CC" w:rsidRDefault="00000000">
            <w:pPr>
              <w:rPr>
                <w:szCs w:val="20"/>
              </w:rPr>
            </w:pPr>
            <w:sdt>
              <w:sdtPr>
                <w:rPr>
                  <w:szCs w:val="20"/>
                </w:rPr>
                <w:alias w:val="ST_MILESTONE_MONTH_3"/>
                <w:tag w:val="ST_MILESTONE_MONTH_3"/>
                <w:id w:val="1032541717"/>
                <w:text/>
              </w:sdtPr>
              <w:sdtContent>
                <w:r w:rsidRPr="00E422CC">
                  <w:rPr>
                    <w:color w:val="222222"/>
                    <w:szCs w:val="20"/>
                  </w:rPr>
                  <w:t>Mēnesis</w:t>
                </w:r>
              </w:sdtContent>
            </w:sdt>
          </w:p>
        </w:tc>
        <w:tc>
          <w:tcPr>
            <w:tcW w:w="2835" w:type="dxa"/>
            <w:shd w:val="clear" w:color="auto" w:fill="F3F6F8"/>
            <w:tcMar>
              <w:top w:w="70" w:type="dxa"/>
              <w:left w:w="70" w:type="dxa"/>
              <w:bottom w:w="70" w:type="dxa"/>
              <w:right w:w="70" w:type="dxa"/>
            </w:tcMar>
          </w:tcPr>
          <w:p w14:paraId="2DF3BDC0" w14:textId="77777777" w:rsidR="00CE25F6" w:rsidRPr="00E422CC" w:rsidRDefault="00000000">
            <w:pPr>
              <w:rPr>
                <w:szCs w:val="20"/>
              </w:rPr>
            </w:pPr>
            <w:sdt>
              <w:sdtPr>
                <w:rPr>
                  <w:szCs w:val="20"/>
                </w:rPr>
                <w:alias w:val="ML_MILESTONE_EVID_3"/>
                <w:tag w:val="ML_MILESTONE_EVID_3"/>
                <w:id w:val="-1102568750"/>
                <w:text w:multiLine="1"/>
              </w:sdtPr>
              <w:sdtContent>
                <w:r w:rsidRPr="00E422CC">
                  <w:rPr>
                    <w:color w:val="222222"/>
                    <w:szCs w:val="20"/>
                  </w:rPr>
                  <w:t>Ievadiet aprakstu šeit…</w:t>
                </w:r>
              </w:sdtContent>
            </w:sdt>
          </w:p>
        </w:tc>
      </w:tr>
      <w:tr w:rsidR="00CE25F6" w:rsidRPr="00E422CC" w14:paraId="1C727024" w14:textId="77777777" w:rsidTr="00A728B7">
        <w:trPr>
          <w:cantSplit/>
          <w:jc w:val="center"/>
        </w:trPr>
        <w:tc>
          <w:tcPr>
            <w:tcW w:w="421" w:type="dxa"/>
            <w:shd w:val="clear" w:color="auto" w:fill="FFFFFF"/>
            <w:tcMar>
              <w:top w:w="70" w:type="dxa"/>
              <w:left w:w="70" w:type="dxa"/>
              <w:bottom w:w="70" w:type="dxa"/>
              <w:right w:w="70" w:type="dxa"/>
            </w:tcMar>
          </w:tcPr>
          <w:p w14:paraId="2FC7A5E9" w14:textId="77777777" w:rsidR="00CE25F6" w:rsidRPr="00E422CC" w:rsidRDefault="00000000">
            <w:pPr>
              <w:rPr>
                <w:szCs w:val="20"/>
              </w:rPr>
            </w:pPr>
            <w:r w:rsidRPr="00E422CC">
              <w:rPr>
                <w:color w:val="222222"/>
                <w:szCs w:val="20"/>
              </w:rPr>
              <w:t>4</w:t>
            </w:r>
          </w:p>
        </w:tc>
        <w:tc>
          <w:tcPr>
            <w:tcW w:w="3388" w:type="dxa"/>
            <w:shd w:val="clear" w:color="auto" w:fill="FFFFFF"/>
            <w:tcMar>
              <w:top w:w="70" w:type="dxa"/>
              <w:left w:w="70" w:type="dxa"/>
              <w:bottom w:w="70" w:type="dxa"/>
              <w:right w:w="70" w:type="dxa"/>
            </w:tcMar>
          </w:tcPr>
          <w:p w14:paraId="1934A035" w14:textId="77777777" w:rsidR="00CE25F6" w:rsidRPr="00E422CC" w:rsidRDefault="00000000">
            <w:pPr>
              <w:rPr>
                <w:szCs w:val="20"/>
              </w:rPr>
            </w:pPr>
            <w:sdt>
              <w:sdtPr>
                <w:rPr>
                  <w:szCs w:val="20"/>
                </w:rPr>
                <w:alias w:val="ML_MILESTONE_4"/>
                <w:tag w:val="ML_MILESTONE_4"/>
                <w:id w:val="335434448"/>
                <w:text w:multiLine="1"/>
              </w:sdtPr>
              <w:sdtContent>
                <w:r w:rsidRPr="00E422CC">
                  <w:rPr>
                    <w:color w:val="222222"/>
                    <w:szCs w:val="20"/>
                  </w:rPr>
                  <w:t>Ievadiet aprakstu šeit…</w:t>
                </w:r>
              </w:sdtContent>
            </w:sdt>
          </w:p>
        </w:tc>
        <w:tc>
          <w:tcPr>
            <w:tcW w:w="2381" w:type="dxa"/>
            <w:shd w:val="clear" w:color="auto" w:fill="FFFFFF"/>
            <w:tcMar>
              <w:top w:w="70" w:type="dxa"/>
              <w:left w:w="70" w:type="dxa"/>
              <w:bottom w:w="70" w:type="dxa"/>
              <w:right w:w="70" w:type="dxa"/>
            </w:tcMar>
          </w:tcPr>
          <w:p w14:paraId="12F2CC73" w14:textId="77777777" w:rsidR="00CE25F6" w:rsidRPr="00E422CC" w:rsidRDefault="00000000">
            <w:pPr>
              <w:rPr>
                <w:szCs w:val="20"/>
              </w:rPr>
            </w:pPr>
            <w:sdt>
              <w:sdtPr>
                <w:rPr>
                  <w:szCs w:val="20"/>
                </w:rPr>
                <w:alias w:val="ST_MILESTONE_IND_4"/>
                <w:tag w:val="ST_MILESTONE_IND_4"/>
                <w:id w:val="948356999"/>
                <w:text/>
              </w:sdtPr>
              <w:sdtContent>
                <w:r w:rsidRPr="00E422CC">
                  <w:rPr>
                    <w:color w:val="222222"/>
                    <w:szCs w:val="20"/>
                  </w:rPr>
                  <w:t>Mērāms kritērijs</w:t>
                </w:r>
              </w:sdtContent>
            </w:sdt>
          </w:p>
        </w:tc>
        <w:tc>
          <w:tcPr>
            <w:tcW w:w="1134" w:type="dxa"/>
            <w:shd w:val="clear" w:color="auto" w:fill="FFFFFF"/>
            <w:tcMar>
              <w:top w:w="70" w:type="dxa"/>
              <w:left w:w="70" w:type="dxa"/>
              <w:bottom w:w="70" w:type="dxa"/>
              <w:right w:w="70" w:type="dxa"/>
            </w:tcMar>
          </w:tcPr>
          <w:p w14:paraId="079A1E4A" w14:textId="77777777" w:rsidR="00CE25F6" w:rsidRPr="00E422CC" w:rsidRDefault="00000000">
            <w:pPr>
              <w:rPr>
                <w:szCs w:val="20"/>
              </w:rPr>
            </w:pPr>
            <w:sdt>
              <w:sdtPr>
                <w:rPr>
                  <w:szCs w:val="20"/>
                </w:rPr>
                <w:alias w:val="ST_MILESTONE_MONTH_4"/>
                <w:tag w:val="ST_MILESTONE_MONTH_4"/>
                <w:id w:val="-433208932"/>
                <w:text/>
              </w:sdtPr>
              <w:sdtContent>
                <w:r w:rsidRPr="00E422CC">
                  <w:rPr>
                    <w:color w:val="222222"/>
                    <w:szCs w:val="20"/>
                  </w:rPr>
                  <w:t>Mēnesis</w:t>
                </w:r>
              </w:sdtContent>
            </w:sdt>
          </w:p>
        </w:tc>
        <w:tc>
          <w:tcPr>
            <w:tcW w:w="2835" w:type="dxa"/>
            <w:shd w:val="clear" w:color="auto" w:fill="FFFFFF"/>
            <w:tcMar>
              <w:top w:w="70" w:type="dxa"/>
              <w:left w:w="70" w:type="dxa"/>
              <w:bottom w:w="70" w:type="dxa"/>
              <w:right w:w="70" w:type="dxa"/>
            </w:tcMar>
          </w:tcPr>
          <w:p w14:paraId="3E88AD70" w14:textId="77777777" w:rsidR="00CE25F6" w:rsidRPr="00E422CC" w:rsidRDefault="00000000">
            <w:pPr>
              <w:rPr>
                <w:szCs w:val="20"/>
              </w:rPr>
            </w:pPr>
            <w:sdt>
              <w:sdtPr>
                <w:rPr>
                  <w:szCs w:val="20"/>
                </w:rPr>
                <w:alias w:val="ML_MILESTONE_EVID_4"/>
                <w:tag w:val="ML_MILESTONE_EVID_4"/>
                <w:id w:val="-201261244"/>
                <w:text w:multiLine="1"/>
              </w:sdtPr>
              <w:sdtContent>
                <w:r w:rsidRPr="00E422CC">
                  <w:rPr>
                    <w:color w:val="222222"/>
                    <w:szCs w:val="20"/>
                  </w:rPr>
                  <w:t>Ievadiet aprakstu šeit…</w:t>
                </w:r>
              </w:sdtContent>
            </w:sdt>
          </w:p>
        </w:tc>
      </w:tr>
      <w:tr w:rsidR="00CE25F6" w:rsidRPr="00E422CC" w14:paraId="277C0128" w14:textId="77777777" w:rsidTr="00A728B7">
        <w:trPr>
          <w:cantSplit/>
          <w:jc w:val="center"/>
        </w:trPr>
        <w:tc>
          <w:tcPr>
            <w:tcW w:w="421" w:type="dxa"/>
            <w:shd w:val="clear" w:color="auto" w:fill="F3F6F8"/>
            <w:tcMar>
              <w:top w:w="70" w:type="dxa"/>
              <w:left w:w="70" w:type="dxa"/>
              <w:bottom w:w="70" w:type="dxa"/>
              <w:right w:w="70" w:type="dxa"/>
            </w:tcMar>
          </w:tcPr>
          <w:p w14:paraId="6D44CF5F" w14:textId="77777777" w:rsidR="00CE25F6" w:rsidRPr="00E422CC" w:rsidRDefault="00000000">
            <w:pPr>
              <w:rPr>
                <w:szCs w:val="20"/>
              </w:rPr>
            </w:pPr>
            <w:r w:rsidRPr="00E422CC">
              <w:rPr>
                <w:color w:val="222222"/>
                <w:szCs w:val="20"/>
              </w:rPr>
              <w:t>5</w:t>
            </w:r>
          </w:p>
        </w:tc>
        <w:tc>
          <w:tcPr>
            <w:tcW w:w="3388" w:type="dxa"/>
            <w:shd w:val="clear" w:color="auto" w:fill="F3F6F8"/>
            <w:tcMar>
              <w:top w:w="70" w:type="dxa"/>
              <w:left w:w="70" w:type="dxa"/>
              <w:bottom w:w="70" w:type="dxa"/>
              <w:right w:w="70" w:type="dxa"/>
            </w:tcMar>
          </w:tcPr>
          <w:p w14:paraId="03D4557E" w14:textId="77777777" w:rsidR="00CE25F6" w:rsidRPr="00E422CC" w:rsidRDefault="00000000">
            <w:pPr>
              <w:rPr>
                <w:szCs w:val="20"/>
              </w:rPr>
            </w:pPr>
            <w:sdt>
              <w:sdtPr>
                <w:rPr>
                  <w:szCs w:val="20"/>
                </w:rPr>
                <w:alias w:val="ML_MILESTONE_5"/>
                <w:tag w:val="ML_MILESTONE_5"/>
                <w:id w:val="1283450861"/>
                <w:text w:multiLine="1"/>
              </w:sdtPr>
              <w:sdtContent>
                <w:r w:rsidRPr="00E422CC">
                  <w:rPr>
                    <w:color w:val="222222"/>
                    <w:szCs w:val="20"/>
                  </w:rPr>
                  <w:t>Ievadiet aprakstu šeit…</w:t>
                </w:r>
              </w:sdtContent>
            </w:sdt>
          </w:p>
        </w:tc>
        <w:tc>
          <w:tcPr>
            <w:tcW w:w="2381" w:type="dxa"/>
            <w:shd w:val="clear" w:color="auto" w:fill="F3F6F8"/>
            <w:tcMar>
              <w:top w:w="70" w:type="dxa"/>
              <w:left w:w="70" w:type="dxa"/>
              <w:bottom w:w="70" w:type="dxa"/>
              <w:right w:w="70" w:type="dxa"/>
            </w:tcMar>
          </w:tcPr>
          <w:p w14:paraId="03E07E7F" w14:textId="77777777" w:rsidR="00CE25F6" w:rsidRPr="00E422CC" w:rsidRDefault="00000000">
            <w:pPr>
              <w:rPr>
                <w:szCs w:val="20"/>
              </w:rPr>
            </w:pPr>
            <w:sdt>
              <w:sdtPr>
                <w:rPr>
                  <w:szCs w:val="20"/>
                </w:rPr>
                <w:alias w:val="ST_MILESTONE_IND_5"/>
                <w:tag w:val="ST_MILESTONE_IND_5"/>
                <w:id w:val="-434285821"/>
                <w:text/>
              </w:sdtPr>
              <w:sdtContent>
                <w:r w:rsidRPr="00E422CC">
                  <w:rPr>
                    <w:color w:val="222222"/>
                    <w:szCs w:val="20"/>
                  </w:rPr>
                  <w:t>Mērāms kritērijs</w:t>
                </w:r>
              </w:sdtContent>
            </w:sdt>
          </w:p>
        </w:tc>
        <w:tc>
          <w:tcPr>
            <w:tcW w:w="1134" w:type="dxa"/>
            <w:shd w:val="clear" w:color="auto" w:fill="F3F6F8"/>
            <w:tcMar>
              <w:top w:w="70" w:type="dxa"/>
              <w:left w:w="70" w:type="dxa"/>
              <w:bottom w:w="70" w:type="dxa"/>
              <w:right w:w="70" w:type="dxa"/>
            </w:tcMar>
          </w:tcPr>
          <w:p w14:paraId="566178B2" w14:textId="77777777" w:rsidR="00CE25F6" w:rsidRPr="00E422CC" w:rsidRDefault="00000000">
            <w:pPr>
              <w:rPr>
                <w:szCs w:val="20"/>
              </w:rPr>
            </w:pPr>
            <w:sdt>
              <w:sdtPr>
                <w:rPr>
                  <w:szCs w:val="20"/>
                </w:rPr>
                <w:alias w:val="ST_MILESTONE_MONTH_5"/>
                <w:tag w:val="ST_MILESTONE_MONTH_5"/>
                <w:id w:val="-518770640"/>
                <w:text/>
              </w:sdtPr>
              <w:sdtContent>
                <w:r w:rsidRPr="00E422CC">
                  <w:rPr>
                    <w:color w:val="222222"/>
                    <w:szCs w:val="20"/>
                  </w:rPr>
                  <w:t>Mēnesis</w:t>
                </w:r>
              </w:sdtContent>
            </w:sdt>
          </w:p>
        </w:tc>
        <w:tc>
          <w:tcPr>
            <w:tcW w:w="2835" w:type="dxa"/>
            <w:shd w:val="clear" w:color="auto" w:fill="F3F6F8"/>
            <w:tcMar>
              <w:top w:w="70" w:type="dxa"/>
              <w:left w:w="70" w:type="dxa"/>
              <w:bottom w:w="70" w:type="dxa"/>
              <w:right w:w="70" w:type="dxa"/>
            </w:tcMar>
          </w:tcPr>
          <w:p w14:paraId="74602518" w14:textId="77777777" w:rsidR="00CE25F6" w:rsidRPr="00E422CC" w:rsidRDefault="00000000">
            <w:pPr>
              <w:rPr>
                <w:szCs w:val="20"/>
              </w:rPr>
            </w:pPr>
            <w:sdt>
              <w:sdtPr>
                <w:rPr>
                  <w:szCs w:val="20"/>
                </w:rPr>
                <w:alias w:val="ML_MILESTONE_EVID_5"/>
                <w:tag w:val="ML_MILESTONE_EVID_5"/>
                <w:id w:val="-56789137"/>
                <w:text w:multiLine="1"/>
              </w:sdtPr>
              <w:sdtContent>
                <w:r w:rsidRPr="00E422CC">
                  <w:rPr>
                    <w:color w:val="222222"/>
                    <w:szCs w:val="20"/>
                  </w:rPr>
                  <w:t>Ievadiet aprakstu šeit…</w:t>
                </w:r>
              </w:sdtContent>
            </w:sdt>
          </w:p>
        </w:tc>
      </w:tr>
      <w:tr w:rsidR="00CE25F6" w:rsidRPr="00E422CC" w14:paraId="56EC7408" w14:textId="77777777" w:rsidTr="00A728B7">
        <w:trPr>
          <w:cantSplit/>
          <w:jc w:val="center"/>
        </w:trPr>
        <w:tc>
          <w:tcPr>
            <w:tcW w:w="421" w:type="dxa"/>
            <w:shd w:val="clear" w:color="auto" w:fill="FFFFFF"/>
            <w:tcMar>
              <w:top w:w="70" w:type="dxa"/>
              <w:left w:w="70" w:type="dxa"/>
              <w:bottom w:w="70" w:type="dxa"/>
              <w:right w:w="70" w:type="dxa"/>
            </w:tcMar>
          </w:tcPr>
          <w:p w14:paraId="5B4523B0" w14:textId="77777777" w:rsidR="00CE25F6" w:rsidRPr="00E422CC" w:rsidRDefault="00000000">
            <w:pPr>
              <w:rPr>
                <w:szCs w:val="20"/>
              </w:rPr>
            </w:pPr>
            <w:r w:rsidRPr="00E422CC">
              <w:rPr>
                <w:color w:val="222222"/>
                <w:szCs w:val="20"/>
              </w:rPr>
              <w:t>6</w:t>
            </w:r>
          </w:p>
        </w:tc>
        <w:tc>
          <w:tcPr>
            <w:tcW w:w="3388" w:type="dxa"/>
            <w:shd w:val="clear" w:color="auto" w:fill="FFFFFF"/>
            <w:tcMar>
              <w:top w:w="70" w:type="dxa"/>
              <w:left w:w="70" w:type="dxa"/>
              <w:bottom w:w="70" w:type="dxa"/>
              <w:right w:w="70" w:type="dxa"/>
            </w:tcMar>
          </w:tcPr>
          <w:p w14:paraId="0676EDB5" w14:textId="77777777" w:rsidR="00CE25F6" w:rsidRPr="00E422CC" w:rsidRDefault="00000000">
            <w:pPr>
              <w:rPr>
                <w:szCs w:val="20"/>
              </w:rPr>
            </w:pPr>
            <w:sdt>
              <w:sdtPr>
                <w:rPr>
                  <w:szCs w:val="20"/>
                </w:rPr>
                <w:alias w:val="ML_MILESTONE_6"/>
                <w:tag w:val="ML_MILESTONE_6"/>
                <w:id w:val="790091693"/>
                <w:text w:multiLine="1"/>
              </w:sdtPr>
              <w:sdtContent>
                <w:r w:rsidRPr="00E422CC">
                  <w:rPr>
                    <w:color w:val="222222"/>
                    <w:szCs w:val="20"/>
                  </w:rPr>
                  <w:t>Ievadiet aprakstu šeit…</w:t>
                </w:r>
              </w:sdtContent>
            </w:sdt>
          </w:p>
        </w:tc>
        <w:tc>
          <w:tcPr>
            <w:tcW w:w="2381" w:type="dxa"/>
            <w:shd w:val="clear" w:color="auto" w:fill="FFFFFF"/>
            <w:tcMar>
              <w:top w:w="70" w:type="dxa"/>
              <w:left w:w="70" w:type="dxa"/>
              <w:bottom w:w="70" w:type="dxa"/>
              <w:right w:w="70" w:type="dxa"/>
            </w:tcMar>
          </w:tcPr>
          <w:p w14:paraId="1B89F945" w14:textId="77777777" w:rsidR="00CE25F6" w:rsidRPr="00E422CC" w:rsidRDefault="00000000">
            <w:pPr>
              <w:rPr>
                <w:szCs w:val="20"/>
              </w:rPr>
            </w:pPr>
            <w:sdt>
              <w:sdtPr>
                <w:rPr>
                  <w:szCs w:val="20"/>
                </w:rPr>
                <w:alias w:val="ST_MILESTONE_IND_6"/>
                <w:tag w:val="ST_MILESTONE_IND_6"/>
                <w:id w:val="1977109030"/>
                <w:text/>
              </w:sdtPr>
              <w:sdtContent>
                <w:r w:rsidRPr="00E422CC">
                  <w:rPr>
                    <w:color w:val="222222"/>
                    <w:szCs w:val="20"/>
                  </w:rPr>
                  <w:t>Mērāms kritērijs</w:t>
                </w:r>
              </w:sdtContent>
            </w:sdt>
          </w:p>
        </w:tc>
        <w:tc>
          <w:tcPr>
            <w:tcW w:w="1134" w:type="dxa"/>
            <w:shd w:val="clear" w:color="auto" w:fill="FFFFFF"/>
            <w:tcMar>
              <w:top w:w="70" w:type="dxa"/>
              <w:left w:w="70" w:type="dxa"/>
              <w:bottom w:w="70" w:type="dxa"/>
              <w:right w:w="70" w:type="dxa"/>
            </w:tcMar>
          </w:tcPr>
          <w:p w14:paraId="172C8E9B" w14:textId="77777777" w:rsidR="00CE25F6" w:rsidRPr="00E422CC" w:rsidRDefault="00000000">
            <w:pPr>
              <w:rPr>
                <w:szCs w:val="20"/>
              </w:rPr>
            </w:pPr>
            <w:sdt>
              <w:sdtPr>
                <w:rPr>
                  <w:szCs w:val="20"/>
                </w:rPr>
                <w:alias w:val="ST_MILESTONE_MONTH_6"/>
                <w:tag w:val="ST_MILESTONE_MONTH_6"/>
                <w:id w:val="-203712224"/>
                <w:text/>
              </w:sdtPr>
              <w:sdtContent>
                <w:r w:rsidRPr="00E422CC">
                  <w:rPr>
                    <w:color w:val="222222"/>
                    <w:szCs w:val="20"/>
                  </w:rPr>
                  <w:t>Mēnesis</w:t>
                </w:r>
              </w:sdtContent>
            </w:sdt>
          </w:p>
        </w:tc>
        <w:tc>
          <w:tcPr>
            <w:tcW w:w="2835" w:type="dxa"/>
            <w:shd w:val="clear" w:color="auto" w:fill="FFFFFF"/>
            <w:tcMar>
              <w:top w:w="70" w:type="dxa"/>
              <w:left w:w="70" w:type="dxa"/>
              <w:bottom w:w="70" w:type="dxa"/>
              <w:right w:w="70" w:type="dxa"/>
            </w:tcMar>
          </w:tcPr>
          <w:p w14:paraId="23678F2D" w14:textId="77777777" w:rsidR="00CE25F6" w:rsidRPr="00E422CC" w:rsidRDefault="00000000">
            <w:pPr>
              <w:rPr>
                <w:szCs w:val="20"/>
              </w:rPr>
            </w:pPr>
            <w:sdt>
              <w:sdtPr>
                <w:rPr>
                  <w:szCs w:val="20"/>
                </w:rPr>
                <w:alias w:val="ML_MILESTONE_EVID_6"/>
                <w:tag w:val="ML_MILESTONE_EVID_6"/>
                <w:id w:val="-1018611213"/>
                <w:text w:multiLine="1"/>
              </w:sdtPr>
              <w:sdtContent>
                <w:r w:rsidRPr="00E422CC">
                  <w:rPr>
                    <w:color w:val="222222"/>
                    <w:szCs w:val="20"/>
                  </w:rPr>
                  <w:t>Ievadiet aprakstu šeit…</w:t>
                </w:r>
              </w:sdtContent>
            </w:sdt>
          </w:p>
        </w:tc>
      </w:tr>
    </w:tbl>
    <w:p w14:paraId="482C4A12" w14:textId="77777777" w:rsidR="00CE25F6" w:rsidRDefault="00CE25F6">
      <w:pPr>
        <w:spacing w:after="20"/>
      </w:pPr>
    </w:p>
    <w:p w14:paraId="66227558" w14:textId="77777777" w:rsidR="00CE25F6" w:rsidRDefault="00000000">
      <w:r>
        <w:rPr>
          <w:i/>
          <w:color w:val="666666"/>
          <w:sz w:val="18"/>
        </w:rPr>
        <w:lastRenderedPageBreak/>
        <w:t>Detalizēts Ganta grafiks pievienojams kā obligāts pielikums. Zemāk sniedziet galveno aktivitāšu kopsavilkumu un atbildību.</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421"/>
        <w:gridCol w:w="3558"/>
        <w:gridCol w:w="2381"/>
        <w:gridCol w:w="1134"/>
        <w:gridCol w:w="2664"/>
      </w:tblGrid>
      <w:tr w:rsidR="00CE25F6" w:rsidRPr="00E422CC" w14:paraId="79CD6E14" w14:textId="77777777" w:rsidTr="001F320F">
        <w:trPr>
          <w:tblHeader/>
          <w:jc w:val="center"/>
        </w:trPr>
        <w:tc>
          <w:tcPr>
            <w:tcW w:w="421" w:type="dxa"/>
            <w:shd w:val="clear" w:color="auto" w:fill="595959" w:themeFill="text1" w:themeFillTint="A6"/>
            <w:tcMar>
              <w:top w:w="70" w:type="dxa"/>
              <w:left w:w="70" w:type="dxa"/>
              <w:bottom w:w="70" w:type="dxa"/>
              <w:right w:w="70" w:type="dxa"/>
            </w:tcMar>
          </w:tcPr>
          <w:p w14:paraId="52FCA4E2" w14:textId="77777777" w:rsidR="00CE25F6" w:rsidRPr="00E422CC" w:rsidRDefault="00000000">
            <w:pPr>
              <w:jc w:val="center"/>
              <w:rPr>
                <w:szCs w:val="20"/>
              </w:rPr>
            </w:pPr>
            <w:r w:rsidRPr="00E422CC">
              <w:rPr>
                <w:b/>
                <w:color w:val="FFFFFF"/>
                <w:szCs w:val="20"/>
              </w:rPr>
              <w:t>Nr.</w:t>
            </w:r>
          </w:p>
        </w:tc>
        <w:tc>
          <w:tcPr>
            <w:tcW w:w="3558" w:type="dxa"/>
            <w:shd w:val="clear" w:color="auto" w:fill="595959" w:themeFill="text1" w:themeFillTint="A6"/>
            <w:tcMar>
              <w:top w:w="70" w:type="dxa"/>
              <w:left w:w="70" w:type="dxa"/>
              <w:bottom w:w="70" w:type="dxa"/>
              <w:right w:w="70" w:type="dxa"/>
            </w:tcMar>
          </w:tcPr>
          <w:p w14:paraId="414E4BDE" w14:textId="77777777" w:rsidR="00CE25F6" w:rsidRPr="00E422CC" w:rsidRDefault="00000000">
            <w:pPr>
              <w:jc w:val="center"/>
              <w:rPr>
                <w:szCs w:val="20"/>
              </w:rPr>
            </w:pPr>
            <w:r w:rsidRPr="00E422CC">
              <w:rPr>
                <w:b/>
                <w:color w:val="FFFFFF"/>
                <w:szCs w:val="20"/>
              </w:rPr>
              <w:t>Galvenā aktivitāte</w:t>
            </w:r>
          </w:p>
        </w:tc>
        <w:tc>
          <w:tcPr>
            <w:tcW w:w="2381" w:type="dxa"/>
            <w:shd w:val="clear" w:color="auto" w:fill="595959" w:themeFill="text1" w:themeFillTint="A6"/>
            <w:tcMar>
              <w:top w:w="70" w:type="dxa"/>
              <w:left w:w="70" w:type="dxa"/>
              <w:bottom w:w="70" w:type="dxa"/>
              <w:right w:w="70" w:type="dxa"/>
            </w:tcMar>
          </w:tcPr>
          <w:p w14:paraId="73C14E59" w14:textId="77777777" w:rsidR="00CE25F6" w:rsidRPr="00E422CC" w:rsidRDefault="00000000">
            <w:pPr>
              <w:jc w:val="center"/>
              <w:rPr>
                <w:szCs w:val="20"/>
              </w:rPr>
            </w:pPr>
            <w:r w:rsidRPr="00E422CC">
              <w:rPr>
                <w:b/>
                <w:color w:val="FFFFFF"/>
                <w:szCs w:val="20"/>
              </w:rPr>
              <w:t>Atbildīgais/-ie Studējošo komandas dalībnieki</w:t>
            </w:r>
          </w:p>
        </w:tc>
        <w:tc>
          <w:tcPr>
            <w:tcW w:w="1134" w:type="dxa"/>
            <w:shd w:val="clear" w:color="auto" w:fill="595959" w:themeFill="text1" w:themeFillTint="A6"/>
            <w:tcMar>
              <w:top w:w="70" w:type="dxa"/>
              <w:left w:w="70" w:type="dxa"/>
              <w:bottom w:w="70" w:type="dxa"/>
              <w:right w:w="70" w:type="dxa"/>
            </w:tcMar>
          </w:tcPr>
          <w:p w14:paraId="59E7B034" w14:textId="77777777" w:rsidR="00CE25F6" w:rsidRPr="00E422CC" w:rsidRDefault="00000000">
            <w:pPr>
              <w:jc w:val="center"/>
              <w:rPr>
                <w:szCs w:val="20"/>
              </w:rPr>
            </w:pPr>
            <w:r w:rsidRPr="00E422CC">
              <w:rPr>
                <w:b/>
                <w:color w:val="FFFFFF"/>
                <w:szCs w:val="20"/>
              </w:rPr>
              <w:t>Periods</w:t>
            </w:r>
          </w:p>
        </w:tc>
        <w:tc>
          <w:tcPr>
            <w:tcW w:w="2664" w:type="dxa"/>
            <w:shd w:val="clear" w:color="auto" w:fill="595959" w:themeFill="text1" w:themeFillTint="A6"/>
            <w:tcMar>
              <w:top w:w="70" w:type="dxa"/>
              <w:left w:w="70" w:type="dxa"/>
              <w:bottom w:w="70" w:type="dxa"/>
              <w:right w:w="70" w:type="dxa"/>
            </w:tcMar>
          </w:tcPr>
          <w:p w14:paraId="285FAF1B" w14:textId="77777777" w:rsidR="00CE25F6" w:rsidRPr="00E422CC" w:rsidRDefault="00000000">
            <w:pPr>
              <w:jc w:val="center"/>
              <w:rPr>
                <w:szCs w:val="20"/>
              </w:rPr>
            </w:pPr>
            <w:r w:rsidRPr="00E422CC">
              <w:rPr>
                <w:b/>
                <w:color w:val="FFFFFF"/>
                <w:szCs w:val="20"/>
              </w:rPr>
              <w:t>Rezultāts / saikne ar starprezultātu</w:t>
            </w:r>
          </w:p>
        </w:tc>
      </w:tr>
      <w:tr w:rsidR="00CE25F6" w:rsidRPr="00E422CC" w14:paraId="355BB233" w14:textId="77777777" w:rsidTr="00A728B7">
        <w:trPr>
          <w:cantSplit/>
          <w:jc w:val="center"/>
        </w:trPr>
        <w:tc>
          <w:tcPr>
            <w:tcW w:w="421" w:type="dxa"/>
            <w:shd w:val="clear" w:color="auto" w:fill="F3F6F8"/>
            <w:tcMar>
              <w:top w:w="70" w:type="dxa"/>
              <w:left w:w="70" w:type="dxa"/>
              <w:bottom w:w="70" w:type="dxa"/>
              <w:right w:w="70" w:type="dxa"/>
            </w:tcMar>
          </w:tcPr>
          <w:p w14:paraId="5904FC36" w14:textId="77777777" w:rsidR="00CE25F6" w:rsidRPr="00E422CC" w:rsidRDefault="00000000">
            <w:pPr>
              <w:rPr>
                <w:szCs w:val="20"/>
              </w:rPr>
            </w:pPr>
            <w:r w:rsidRPr="00E422CC">
              <w:rPr>
                <w:color w:val="222222"/>
                <w:szCs w:val="20"/>
              </w:rPr>
              <w:t>1</w:t>
            </w:r>
          </w:p>
        </w:tc>
        <w:tc>
          <w:tcPr>
            <w:tcW w:w="3558" w:type="dxa"/>
            <w:shd w:val="clear" w:color="auto" w:fill="F3F6F8"/>
            <w:tcMar>
              <w:top w:w="70" w:type="dxa"/>
              <w:left w:w="70" w:type="dxa"/>
              <w:bottom w:w="70" w:type="dxa"/>
              <w:right w:w="70" w:type="dxa"/>
            </w:tcMar>
          </w:tcPr>
          <w:p w14:paraId="2F4C82B4" w14:textId="77777777" w:rsidR="00CE25F6" w:rsidRPr="00E422CC" w:rsidRDefault="00000000">
            <w:pPr>
              <w:rPr>
                <w:szCs w:val="20"/>
              </w:rPr>
            </w:pPr>
            <w:sdt>
              <w:sdtPr>
                <w:rPr>
                  <w:szCs w:val="20"/>
                </w:rPr>
                <w:alias w:val="ML_ACTIVITY_1"/>
                <w:tag w:val="ML_ACTIVITY_1"/>
                <w:id w:val="2129281108"/>
                <w:text w:multiLine="1"/>
              </w:sdtPr>
              <w:sdtContent>
                <w:r w:rsidRPr="00E422CC">
                  <w:rPr>
                    <w:color w:val="222222"/>
                    <w:szCs w:val="20"/>
                  </w:rPr>
                  <w:t>Ievadiet aprakstu šeit…</w:t>
                </w:r>
              </w:sdtContent>
            </w:sdt>
          </w:p>
        </w:tc>
        <w:tc>
          <w:tcPr>
            <w:tcW w:w="2381" w:type="dxa"/>
            <w:shd w:val="clear" w:color="auto" w:fill="F3F6F8"/>
            <w:tcMar>
              <w:top w:w="70" w:type="dxa"/>
              <w:left w:w="70" w:type="dxa"/>
              <w:bottom w:w="70" w:type="dxa"/>
              <w:right w:w="70" w:type="dxa"/>
            </w:tcMar>
          </w:tcPr>
          <w:p w14:paraId="253EFA20" w14:textId="77777777" w:rsidR="00CE25F6" w:rsidRPr="00E422CC" w:rsidRDefault="00000000">
            <w:pPr>
              <w:rPr>
                <w:szCs w:val="20"/>
              </w:rPr>
            </w:pPr>
            <w:sdt>
              <w:sdtPr>
                <w:rPr>
                  <w:szCs w:val="20"/>
                </w:rPr>
                <w:alias w:val="ST_ACTIVITY_RESP_1"/>
                <w:tag w:val="ST_ACTIVITY_RESP_1"/>
                <w:id w:val="799279300"/>
                <w:text/>
              </w:sdtPr>
              <w:sdtContent>
                <w:r w:rsidRPr="00E422CC">
                  <w:rPr>
                    <w:color w:val="222222"/>
                    <w:szCs w:val="20"/>
                  </w:rPr>
                  <w:t>Dalībnieki</w:t>
                </w:r>
              </w:sdtContent>
            </w:sdt>
          </w:p>
        </w:tc>
        <w:tc>
          <w:tcPr>
            <w:tcW w:w="1134" w:type="dxa"/>
            <w:shd w:val="clear" w:color="auto" w:fill="F3F6F8"/>
            <w:tcMar>
              <w:top w:w="70" w:type="dxa"/>
              <w:left w:w="70" w:type="dxa"/>
              <w:bottom w:w="70" w:type="dxa"/>
              <w:right w:w="70" w:type="dxa"/>
            </w:tcMar>
          </w:tcPr>
          <w:p w14:paraId="7C0E6315" w14:textId="77777777" w:rsidR="00CE25F6" w:rsidRPr="00E422CC" w:rsidRDefault="00000000">
            <w:pPr>
              <w:rPr>
                <w:szCs w:val="20"/>
              </w:rPr>
            </w:pPr>
            <w:sdt>
              <w:sdtPr>
                <w:rPr>
                  <w:szCs w:val="20"/>
                </w:rPr>
                <w:alias w:val="ST_ACTIVITY_PERIOD_1"/>
                <w:tag w:val="ST_ACTIVITY_PERIOD_1"/>
                <w:id w:val="-1569640956"/>
                <w:text/>
              </w:sdtPr>
              <w:sdtContent>
                <w:r w:rsidRPr="00E422CC">
                  <w:rPr>
                    <w:color w:val="222222"/>
                    <w:szCs w:val="20"/>
                  </w:rPr>
                  <w:t>Periods</w:t>
                </w:r>
              </w:sdtContent>
            </w:sdt>
          </w:p>
        </w:tc>
        <w:tc>
          <w:tcPr>
            <w:tcW w:w="2664" w:type="dxa"/>
            <w:shd w:val="clear" w:color="auto" w:fill="F3F6F8"/>
            <w:tcMar>
              <w:top w:w="70" w:type="dxa"/>
              <w:left w:w="70" w:type="dxa"/>
              <w:bottom w:w="70" w:type="dxa"/>
              <w:right w:w="70" w:type="dxa"/>
            </w:tcMar>
          </w:tcPr>
          <w:p w14:paraId="4EFC0514" w14:textId="77777777" w:rsidR="00CE25F6" w:rsidRPr="00E422CC" w:rsidRDefault="00000000">
            <w:pPr>
              <w:rPr>
                <w:szCs w:val="20"/>
              </w:rPr>
            </w:pPr>
            <w:sdt>
              <w:sdtPr>
                <w:rPr>
                  <w:szCs w:val="20"/>
                </w:rPr>
                <w:alias w:val="ML_ACTIVITY_OUTPUT_1"/>
                <w:tag w:val="ML_ACTIVITY_OUTPUT_1"/>
                <w:id w:val="-1681187012"/>
                <w:text w:multiLine="1"/>
              </w:sdtPr>
              <w:sdtContent>
                <w:r w:rsidRPr="00E422CC">
                  <w:rPr>
                    <w:color w:val="222222"/>
                    <w:szCs w:val="20"/>
                  </w:rPr>
                  <w:t>Ievadiet aprakstu šeit…</w:t>
                </w:r>
              </w:sdtContent>
            </w:sdt>
          </w:p>
        </w:tc>
      </w:tr>
      <w:tr w:rsidR="00CE25F6" w:rsidRPr="00E422CC" w14:paraId="2CC4A591" w14:textId="77777777" w:rsidTr="00A728B7">
        <w:trPr>
          <w:cantSplit/>
          <w:jc w:val="center"/>
        </w:trPr>
        <w:tc>
          <w:tcPr>
            <w:tcW w:w="421" w:type="dxa"/>
            <w:shd w:val="clear" w:color="auto" w:fill="FFFFFF"/>
            <w:tcMar>
              <w:top w:w="70" w:type="dxa"/>
              <w:left w:w="70" w:type="dxa"/>
              <w:bottom w:w="70" w:type="dxa"/>
              <w:right w:w="70" w:type="dxa"/>
            </w:tcMar>
          </w:tcPr>
          <w:p w14:paraId="19D01184" w14:textId="77777777" w:rsidR="00CE25F6" w:rsidRPr="00E422CC" w:rsidRDefault="00000000">
            <w:pPr>
              <w:rPr>
                <w:szCs w:val="20"/>
              </w:rPr>
            </w:pPr>
            <w:r w:rsidRPr="00E422CC">
              <w:rPr>
                <w:color w:val="222222"/>
                <w:szCs w:val="20"/>
              </w:rPr>
              <w:t>2</w:t>
            </w:r>
          </w:p>
        </w:tc>
        <w:tc>
          <w:tcPr>
            <w:tcW w:w="3558" w:type="dxa"/>
            <w:shd w:val="clear" w:color="auto" w:fill="FFFFFF"/>
            <w:tcMar>
              <w:top w:w="70" w:type="dxa"/>
              <w:left w:w="70" w:type="dxa"/>
              <w:bottom w:w="70" w:type="dxa"/>
              <w:right w:w="70" w:type="dxa"/>
            </w:tcMar>
          </w:tcPr>
          <w:p w14:paraId="5E3CB743" w14:textId="77777777" w:rsidR="00CE25F6" w:rsidRPr="00E422CC" w:rsidRDefault="00000000">
            <w:pPr>
              <w:rPr>
                <w:szCs w:val="20"/>
              </w:rPr>
            </w:pPr>
            <w:sdt>
              <w:sdtPr>
                <w:rPr>
                  <w:szCs w:val="20"/>
                </w:rPr>
                <w:alias w:val="ML_ACTIVITY_2"/>
                <w:tag w:val="ML_ACTIVITY_2"/>
                <w:id w:val="-1626151891"/>
                <w:text w:multiLine="1"/>
              </w:sdtPr>
              <w:sdtContent>
                <w:r w:rsidRPr="00E422CC">
                  <w:rPr>
                    <w:color w:val="222222"/>
                    <w:szCs w:val="20"/>
                  </w:rPr>
                  <w:t>Ievadiet aprakstu šeit…</w:t>
                </w:r>
              </w:sdtContent>
            </w:sdt>
          </w:p>
        </w:tc>
        <w:tc>
          <w:tcPr>
            <w:tcW w:w="2381" w:type="dxa"/>
            <w:shd w:val="clear" w:color="auto" w:fill="FFFFFF"/>
            <w:tcMar>
              <w:top w:w="70" w:type="dxa"/>
              <w:left w:w="70" w:type="dxa"/>
              <w:bottom w:w="70" w:type="dxa"/>
              <w:right w:w="70" w:type="dxa"/>
            </w:tcMar>
          </w:tcPr>
          <w:p w14:paraId="5A4F7C06" w14:textId="77777777" w:rsidR="00CE25F6" w:rsidRPr="00E422CC" w:rsidRDefault="00000000">
            <w:pPr>
              <w:rPr>
                <w:szCs w:val="20"/>
              </w:rPr>
            </w:pPr>
            <w:sdt>
              <w:sdtPr>
                <w:rPr>
                  <w:szCs w:val="20"/>
                </w:rPr>
                <w:alias w:val="ST_ACTIVITY_RESP_2"/>
                <w:tag w:val="ST_ACTIVITY_RESP_2"/>
                <w:id w:val="-258680206"/>
                <w:text/>
              </w:sdtPr>
              <w:sdtContent>
                <w:r w:rsidRPr="00E422CC">
                  <w:rPr>
                    <w:color w:val="222222"/>
                    <w:szCs w:val="20"/>
                  </w:rPr>
                  <w:t>Dalībnieki</w:t>
                </w:r>
              </w:sdtContent>
            </w:sdt>
          </w:p>
        </w:tc>
        <w:tc>
          <w:tcPr>
            <w:tcW w:w="1134" w:type="dxa"/>
            <w:shd w:val="clear" w:color="auto" w:fill="FFFFFF"/>
            <w:tcMar>
              <w:top w:w="70" w:type="dxa"/>
              <w:left w:w="70" w:type="dxa"/>
              <w:bottom w:w="70" w:type="dxa"/>
              <w:right w:w="70" w:type="dxa"/>
            </w:tcMar>
          </w:tcPr>
          <w:p w14:paraId="3655E798" w14:textId="77777777" w:rsidR="00CE25F6" w:rsidRPr="00E422CC" w:rsidRDefault="00000000">
            <w:pPr>
              <w:rPr>
                <w:szCs w:val="20"/>
              </w:rPr>
            </w:pPr>
            <w:sdt>
              <w:sdtPr>
                <w:rPr>
                  <w:szCs w:val="20"/>
                </w:rPr>
                <w:alias w:val="ST_ACTIVITY_PERIOD_2"/>
                <w:tag w:val="ST_ACTIVITY_PERIOD_2"/>
                <w:id w:val="-1609341889"/>
                <w:text/>
              </w:sdtPr>
              <w:sdtContent>
                <w:r w:rsidRPr="00E422CC">
                  <w:rPr>
                    <w:color w:val="222222"/>
                    <w:szCs w:val="20"/>
                  </w:rPr>
                  <w:t>Periods</w:t>
                </w:r>
              </w:sdtContent>
            </w:sdt>
          </w:p>
        </w:tc>
        <w:tc>
          <w:tcPr>
            <w:tcW w:w="2664" w:type="dxa"/>
            <w:shd w:val="clear" w:color="auto" w:fill="FFFFFF"/>
            <w:tcMar>
              <w:top w:w="70" w:type="dxa"/>
              <w:left w:w="70" w:type="dxa"/>
              <w:bottom w:w="70" w:type="dxa"/>
              <w:right w:w="70" w:type="dxa"/>
            </w:tcMar>
          </w:tcPr>
          <w:p w14:paraId="18A27DE6" w14:textId="77777777" w:rsidR="00CE25F6" w:rsidRPr="00E422CC" w:rsidRDefault="00000000">
            <w:pPr>
              <w:rPr>
                <w:szCs w:val="20"/>
              </w:rPr>
            </w:pPr>
            <w:sdt>
              <w:sdtPr>
                <w:rPr>
                  <w:szCs w:val="20"/>
                </w:rPr>
                <w:alias w:val="ML_ACTIVITY_OUTPUT_2"/>
                <w:tag w:val="ML_ACTIVITY_OUTPUT_2"/>
                <w:id w:val="527528573"/>
                <w:text w:multiLine="1"/>
              </w:sdtPr>
              <w:sdtContent>
                <w:r w:rsidRPr="00E422CC">
                  <w:rPr>
                    <w:color w:val="222222"/>
                    <w:szCs w:val="20"/>
                  </w:rPr>
                  <w:t>Ievadiet aprakstu šeit…</w:t>
                </w:r>
              </w:sdtContent>
            </w:sdt>
          </w:p>
        </w:tc>
      </w:tr>
      <w:tr w:rsidR="00CE25F6" w:rsidRPr="00E422CC" w14:paraId="0C6BA12C" w14:textId="77777777" w:rsidTr="00A728B7">
        <w:trPr>
          <w:cantSplit/>
          <w:jc w:val="center"/>
        </w:trPr>
        <w:tc>
          <w:tcPr>
            <w:tcW w:w="421" w:type="dxa"/>
            <w:shd w:val="clear" w:color="auto" w:fill="F3F6F8"/>
            <w:tcMar>
              <w:top w:w="70" w:type="dxa"/>
              <w:left w:w="70" w:type="dxa"/>
              <w:bottom w:w="70" w:type="dxa"/>
              <w:right w:w="70" w:type="dxa"/>
            </w:tcMar>
          </w:tcPr>
          <w:p w14:paraId="0F106A52" w14:textId="77777777" w:rsidR="00CE25F6" w:rsidRPr="00E422CC" w:rsidRDefault="00000000">
            <w:pPr>
              <w:rPr>
                <w:szCs w:val="20"/>
              </w:rPr>
            </w:pPr>
            <w:r w:rsidRPr="00E422CC">
              <w:rPr>
                <w:color w:val="222222"/>
                <w:szCs w:val="20"/>
              </w:rPr>
              <w:t>3</w:t>
            </w:r>
          </w:p>
        </w:tc>
        <w:tc>
          <w:tcPr>
            <w:tcW w:w="3558" w:type="dxa"/>
            <w:shd w:val="clear" w:color="auto" w:fill="F3F6F8"/>
            <w:tcMar>
              <w:top w:w="70" w:type="dxa"/>
              <w:left w:w="70" w:type="dxa"/>
              <w:bottom w:w="70" w:type="dxa"/>
              <w:right w:w="70" w:type="dxa"/>
            </w:tcMar>
          </w:tcPr>
          <w:p w14:paraId="03CB7993" w14:textId="77777777" w:rsidR="00CE25F6" w:rsidRPr="00E422CC" w:rsidRDefault="00000000">
            <w:pPr>
              <w:rPr>
                <w:szCs w:val="20"/>
              </w:rPr>
            </w:pPr>
            <w:sdt>
              <w:sdtPr>
                <w:rPr>
                  <w:szCs w:val="20"/>
                </w:rPr>
                <w:alias w:val="ML_ACTIVITY_3"/>
                <w:tag w:val="ML_ACTIVITY_3"/>
                <w:id w:val="-2101709523"/>
                <w:text w:multiLine="1"/>
              </w:sdtPr>
              <w:sdtContent>
                <w:r w:rsidRPr="00E422CC">
                  <w:rPr>
                    <w:color w:val="222222"/>
                    <w:szCs w:val="20"/>
                  </w:rPr>
                  <w:t>Ievadiet aprakstu šeit…</w:t>
                </w:r>
              </w:sdtContent>
            </w:sdt>
          </w:p>
        </w:tc>
        <w:tc>
          <w:tcPr>
            <w:tcW w:w="2381" w:type="dxa"/>
            <w:shd w:val="clear" w:color="auto" w:fill="F3F6F8"/>
            <w:tcMar>
              <w:top w:w="70" w:type="dxa"/>
              <w:left w:w="70" w:type="dxa"/>
              <w:bottom w:w="70" w:type="dxa"/>
              <w:right w:w="70" w:type="dxa"/>
            </w:tcMar>
          </w:tcPr>
          <w:p w14:paraId="3003AF34" w14:textId="77777777" w:rsidR="00CE25F6" w:rsidRPr="00E422CC" w:rsidRDefault="00000000">
            <w:pPr>
              <w:rPr>
                <w:szCs w:val="20"/>
              </w:rPr>
            </w:pPr>
            <w:sdt>
              <w:sdtPr>
                <w:rPr>
                  <w:szCs w:val="20"/>
                </w:rPr>
                <w:alias w:val="ST_ACTIVITY_RESP_3"/>
                <w:tag w:val="ST_ACTIVITY_RESP_3"/>
                <w:id w:val="-1667233390"/>
                <w:text/>
              </w:sdtPr>
              <w:sdtContent>
                <w:r w:rsidRPr="00E422CC">
                  <w:rPr>
                    <w:color w:val="222222"/>
                    <w:szCs w:val="20"/>
                  </w:rPr>
                  <w:t>Dalībnieki</w:t>
                </w:r>
              </w:sdtContent>
            </w:sdt>
          </w:p>
        </w:tc>
        <w:tc>
          <w:tcPr>
            <w:tcW w:w="1134" w:type="dxa"/>
            <w:shd w:val="clear" w:color="auto" w:fill="F3F6F8"/>
            <w:tcMar>
              <w:top w:w="70" w:type="dxa"/>
              <w:left w:w="70" w:type="dxa"/>
              <w:bottom w:w="70" w:type="dxa"/>
              <w:right w:w="70" w:type="dxa"/>
            </w:tcMar>
          </w:tcPr>
          <w:p w14:paraId="18653D94" w14:textId="77777777" w:rsidR="00CE25F6" w:rsidRPr="00E422CC" w:rsidRDefault="00000000">
            <w:pPr>
              <w:rPr>
                <w:szCs w:val="20"/>
              </w:rPr>
            </w:pPr>
            <w:sdt>
              <w:sdtPr>
                <w:rPr>
                  <w:szCs w:val="20"/>
                </w:rPr>
                <w:alias w:val="ST_ACTIVITY_PERIOD_3"/>
                <w:tag w:val="ST_ACTIVITY_PERIOD_3"/>
                <w:id w:val="1821761148"/>
                <w:text/>
              </w:sdtPr>
              <w:sdtContent>
                <w:r w:rsidRPr="00E422CC">
                  <w:rPr>
                    <w:color w:val="222222"/>
                    <w:szCs w:val="20"/>
                  </w:rPr>
                  <w:t>Periods</w:t>
                </w:r>
              </w:sdtContent>
            </w:sdt>
          </w:p>
        </w:tc>
        <w:tc>
          <w:tcPr>
            <w:tcW w:w="2664" w:type="dxa"/>
            <w:shd w:val="clear" w:color="auto" w:fill="F3F6F8"/>
            <w:tcMar>
              <w:top w:w="70" w:type="dxa"/>
              <w:left w:w="70" w:type="dxa"/>
              <w:bottom w:w="70" w:type="dxa"/>
              <w:right w:w="70" w:type="dxa"/>
            </w:tcMar>
          </w:tcPr>
          <w:p w14:paraId="7EF80884" w14:textId="77777777" w:rsidR="00CE25F6" w:rsidRPr="00E422CC" w:rsidRDefault="00000000">
            <w:pPr>
              <w:rPr>
                <w:szCs w:val="20"/>
              </w:rPr>
            </w:pPr>
            <w:sdt>
              <w:sdtPr>
                <w:rPr>
                  <w:szCs w:val="20"/>
                </w:rPr>
                <w:alias w:val="ML_ACTIVITY_OUTPUT_3"/>
                <w:tag w:val="ML_ACTIVITY_OUTPUT_3"/>
                <w:id w:val="-1643640678"/>
                <w:text w:multiLine="1"/>
              </w:sdtPr>
              <w:sdtContent>
                <w:r w:rsidRPr="00E422CC">
                  <w:rPr>
                    <w:color w:val="222222"/>
                    <w:szCs w:val="20"/>
                  </w:rPr>
                  <w:t>Ievadiet aprakstu šeit…</w:t>
                </w:r>
              </w:sdtContent>
            </w:sdt>
          </w:p>
        </w:tc>
      </w:tr>
      <w:tr w:rsidR="00CE25F6" w:rsidRPr="00E422CC" w14:paraId="666FE02A" w14:textId="77777777" w:rsidTr="00A728B7">
        <w:trPr>
          <w:cantSplit/>
          <w:jc w:val="center"/>
        </w:trPr>
        <w:tc>
          <w:tcPr>
            <w:tcW w:w="421" w:type="dxa"/>
            <w:shd w:val="clear" w:color="auto" w:fill="FFFFFF"/>
            <w:tcMar>
              <w:top w:w="70" w:type="dxa"/>
              <w:left w:w="70" w:type="dxa"/>
              <w:bottom w:w="70" w:type="dxa"/>
              <w:right w:w="70" w:type="dxa"/>
            </w:tcMar>
          </w:tcPr>
          <w:p w14:paraId="1812DA25" w14:textId="77777777" w:rsidR="00CE25F6" w:rsidRPr="00E422CC" w:rsidRDefault="00000000">
            <w:pPr>
              <w:rPr>
                <w:szCs w:val="20"/>
              </w:rPr>
            </w:pPr>
            <w:r w:rsidRPr="00E422CC">
              <w:rPr>
                <w:color w:val="222222"/>
                <w:szCs w:val="20"/>
              </w:rPr>
              <w:t>4</w:t>
            </w:r>
          </w:p>
        </w:tc>
        <w:tc>
          <w:tcPr>
            <w:tcW w:w="3558" w:type="dxa"/>
            <w:shd w:val="clear" w:color="auto" w:fill="FFFFFF"/>
            <w:tcMar>
              <w:top w:w="70" w:type="dxa"/>
              <w:left w:w="70" w:type="dxa"/>
              <w:bottom w:w="70" w:type="dxa"/>
              <w:right w:w="70" w:type="dxa"/>
            </w:tcMar>
          </w:tcPr>
          <w:p w14:paraId="26478A05" w14:textId="77777777" w:rsidR="00CE25F6" w:rsidRPr="00E422CC" w:rsidRDefault="00000000">
            <w:pPr>
              <w:rPr>
                <w:szCs w:val="20"/>
              </w:rPr>
            </w:pPr>
            <w:sdt>
              <w:sdtPr>
                <w:rPr>
                  <w:szCs w:val="20"/>
                </w:rPr>
                <w:alias w:val="ML_ACTIVITY_4"/>
                <w:tag w:val="ML_ACTIVITY_4"/>
                <w:id w:val="968088847"/>
                <w:text w:multiLine="1"/>
              </w:sdtPr>
              <w:sdtContent>
                <w:r w:rsidRPr="00E422CC">
                  <w:rPr>
                    <w:color w:val="222222"/>
                    <w:szCs w:val="20"/>
                  </w:rPr>
                  <w:t>Ievadiet aprakstu šeit…</w:t>
                </w:r>
              </w:sdtContent>
            </w:sdt>
          </w:p>
        </w:tc>
        <w:tc>
          <w:tcPr>
            <w:tcW w:w="2381" w:type="dxa"/>
            <w:shd w:val="clear" w:color="auto" w:fill="FFFFFF"/>
            <w:tcMar>
              <w:top w:w="70" w:type="dxa"/>
              <w:left w:w="70" w:type="dxa"/>
              <w:bottom w:w="70" w:type="dxa"/>
              <w:right w:w="70" w:type="dxa"/>
            </w:tcMar>
          </w:tcPr>
          <w:p w14:paraId="2186ADB9" w14:textId="77777777" w:rsidR="00CE25F6" w:rsidRPr="00E422CC" w:rsidRDefault="00000000">
            <w:pPr>
              <w:rPr>
                <w:szCs w:val="20"/>
              </w:rPr>
            </w:pPr>
            <w:sdt>
              <w:sdtPr>
                <w:rPr>
                  <w:szCs w:val="20"/>
                </w:rPr>
                <w:alias w:val="ST_ACTIVITY_RESP_4"/>
                <w:tag w:val="ST_ACTIVITY_RESP_4"/>
                <w:id w:val="98530666"/>
                <w:text/>
              </w:sdtPr>
              <w:sdtContent>
                <w:r w:rsidRPr="00E422CC">
                  <w:rPr>
                    <w:color w:val="222222"/>
                    <w:szCs w:val="20"/>
                  </w:rPr>
                  <w:t>Dalībnieki</w:t>
                </w:r>
              </w:sdtContent>
            </w:sdt>
          </w:p>
        </w:tc>
        <w:tc>
          <w:tcPr>
            <w:tcW w:w="1134" w:type="dxa"/>
            <w:shd w:val="clear" w:color="auto" w:fill="FFFFFF"/>
            <w:tcMar>
              <w:top w:w="70" w:type="dxa"/>
              <w:left w:w="70" w:type="dxa"/>
              <w:bottom w:w="70" w:type="dxa"/>
              <w:right w:w="70" w:type="dxa"/>
            </w:tcMar>
          </w:tcPr>
          <w:p w14:paraId="46C345C2" w14:textId="77777777" w:rsidR="00CE25F6" w:rsidRPr="00E422CC" w:rsidRDefault="00000000">
            <w:pPr>
              <w:rPr>
                <w:szCs w:val="20"/>
              </w:rPr>
            </w:pPr>
            <w:sdt>
              <w:sdtPr>
                <w:rPr>
                  <w:szCs w:val="20"/>
                </w:rPr>
                <w:alias w:val="ST_ACTIVITY_PERIOD_4"/>
                <w:tag w:val="ST_ACTIVITY_PERIOD_4"/>
                <w:id w:val="-1328668568"/>
                <w:text/>
              </w:sdtPr>
              <w:sdtContent>
                <w:r w:rsidRPr="00E422CC">
                  <w:rPr>
                    <w:color w:val="222222"/>
                    <w:szCs w:val="20"/>
                  </w:rPr>
                  <w:t>Periods</w:t>
                </w:r>
              </w:sdtContent>
            </w:sdt>
          </w:p>
        </w:tc>
        <w:tc>
          <w:tcPr>
            <w:tcW w:w="2664" w:type="dxa"/>
            <w:shd w:val="clear" w:color="auto" w:fill="FFFFFF"/>
            <w:tcMar>
              <w:top w:w="70" w:type="dxa"/>
              <w:left w:w="70" w:type="dxa"/>
              <w:bottom w:w="70" w:type="dxa"/>
              <w:right w:w="70" w:type="dxa"/>
            </w:tcMar>
          </w:tcPr>
          <w:p w14:paraId="4C57FC1E" w14:textId="77777777" w:rsidR="00CE25F6" w:rsidRPr="00E422CC" w:rsidRDefault="00000000">
            <w:pPr>
              <w:rPr>
                <w:szCs w:val="20"/>
              </w:rPr>
            </w:pPr>
            <w:sdt>
              <w:sdtPr>
                <w:rPr>
                  <w:szCs w:val="20"/>
                </w:rPr>
                <w:alias w:val="ML_ACTIVITY_OUTPUT_4"/>
                <w:tag w:val="ML_ACTIVITY_OUTPUT_4"/>
                <w:id w:val="2105612724"/>
                <w:text w:multiLine="1"/>
              </w:sdtPr>
              <w:sdtContent>
                <w:r w:rsidRPr="00E422CC">
                  <w:rPr>
                    <w:color w:val="222222"/>
                    <w:szCs w:val="20"/>
                  </w:rPr>
                  <w:t>Ievadiet aprakstu šeit…</w:t>
                </w:r>
              </w:sdtContent>
            </w:sdt>
          </w:p>
        </w:tc>
      </w:tr>
      <w:tr w:rsidR="00CE25F6" w:rsidRPr="00E422CC" w14:paraId="231F8F2C" w14:textId="77777777" w:rsidTr="00A728B7">
        <w:trPr>
          <w:cantSplit/>
          <w:jc w:val="center"/>
        </w:trPr>
        <w:tc>
          <w:tcPr>
            <w:tcW w:w="421" w:type="dxa"/>
            <w:shd w:val="clear" w:color="auto" w:fill="F3F6F8"/>
            <w:tcMar>
              <w:top w:w="70" w:type="dxa"/>
              <w:left w:w="70" w:type="dxa"/>
              <w:bottom w:w="70" w:type="dxa"/>
              <w:right w:w="70" w:type="dxa"/>
            </w:tcMar>
          </w:tcPr>
          <w:p w14:paraId="6CF7A038" w14:textId="77777777" w:rsidR="00CE25F6" w:rsidRPr="00E422CC" w:rsidRDefault="00000000">
            <w:pPr>
              <w:rPr>
                <w:szCs w:val="20"/>
              </w:rPr>
            </w:pPr>
            <w:r w:rsidRPr="00E422CC">
              <w:rPr>
                <w:color w:val="222222"/>
                <w:szCs w:val="20"/>
              </w:rPr>
              <w:t>5</w:t>
            </w:r>
          </w:p>
        </w:tc>
        <w:tc>
          <w:tcPr>
            <w:tcW w:w="3558" w:type="dxa"/>
            <w:shd w:val="clear" w:color="auto" w:fill="F3F6F8"/>
            <w:tcMar>
              <w:top w:w="70" w:type="dxa"/>
              <w:left w:w="70" w:type="dxa"/>
              <w:bottom w:w="70" w:type="dxa"/>
              <w:right w:w="70" w:type="dxa"/>
            </w:tcMar>
          </w:tcPr>
          <w:p w14:paraId="72CA72EF" w14:textId="77777777" w:rsidR="00CE25F6" w:rsidRPr="00E422CC" w:rsidRDefault="00000000">
            <w:pPr>
              <w:rPr>
                <w:szCs w:val="20"/>
              </w:rPr>
            </w:pPr>
            <w:sdt>
              <w:sdtPr>
                <w:rPr>
                  <w:szCs w:val="20"/>
                </w:rPr>
                <w:alias w:val="ML_ACTIVITY_5"/>
                <w:tag w:val="ML_ACTIVITY_5"/>
                <w:id w:val="1511411082"/>
                <w:text w:multiLine="1"/>
              </w:sdtPr>
              <w:sdtContent>
                <w:r w:rsidRPr="00E422CC">
                  <w:rPr>
                    <w:color w:val="222222"/>
                    <w:szCs w:val="20"/>
                  </w:rPr>
                  <w:t>Ievadiet aprakstu šeit…</w:t>
                </w:r>
              </w:sdtContent>
            </w:sdt>
          </w:p>
        </w:tc>
        <w:tc>
          <w:tcPr>
            <w:tcW w:w="2381" w:type="dxa"/>
            <w:shd w:val="clear" w:color="auto" w:fill="F3F6F8"/>
            <w:tcMar>
              <w:top w:w="70" w:type="dxa"/>
              <w:left w:w="70" w:type="dxa"/>
              <w:bottom w:w="70" w:type="dxa"/>
              <w:right w:w="70" w:type="dxa"/>
            </w:tcMar>
          </w:tcPr>
          <w:p w14:paraId="5BA83EEC" w14:textId="77777777" w:rsidR="00CE25F6" w:rsidRPr="00E422CC" w:rsidRDefault="00000000">
            <w:pPr>
              <w:rPr>
                <w:szCs w:val="20"/>
              </w:rPr>
            </w:pPr>
            <w:sdt>
              <w:sdtPr>
                <w:rPr>
                  <w:szCs w:val="20"/>
                </w:rPr>
                <w:alias w:val="ST_ACTIVITY_RESP_5"/>
                <w:tag w:val="ST_ACTIVITY_RESP_5"/>
                <w:id w:val="239686910"/>
                <w:text/>
              </w:sdtPr>
              <w:sdtContent>
                <w:r w:rsidRPr="00E422CC">
                  <w:rPr>
                    <w:color w:val="222222"/>
                    <w:szCs w:val="20"/>
                  </w:rPr>
                  <w:t>Dalībnieki</w:t>
                </w:r>
              </w:sdtContent>
            </w:sdt>
          </w:p>
        </w:tc>
        <w:tc>
          <w:tcPr>
            <w:tcW w:w="1134" w:type="dxa"/>
            <w:shd w:val="clear" w:color="auto" w:fill="F3F6F8"/>
            <w:tcMar>
              <w:top w:w="70" w:type="dxa"/>
              <w:left w:w="70" w:type="dxa"/>
              <w:bottom w:w="70" w:type="dxa"/>
              <w:right w:w="70" w:type="dxa"/>
            </w:tcMar>
          </w:tcPr>
          <w:p w14:paraId="6082C690" w14:textId="77777777" w:rsidR="00CE25F6" w:rsidRPr="00E422CC" w:rsidRDefault="00000000">
            <w:pPr>
              <w:rPr>
                <w:szCs w:val="20"/>
              </w:rPr>
            </w:pPr>
            <w:sdt>
              <w:sdtPr>
                <w:rPr>
                  <w:szCs w:val="20"/>
                </w:rPr>
                <w:alias w:val="ST_ACTIVITY_PERIOD_5"/>
                <w:tag w:val="ST_ACTIVITY_PERIOD_5"/>
                <w:id w:val="-381014180"/>
                <w:text/>
              </w:sdtPr>
              <w:sdtContent>
                <w:r w:rsidRPr="00E422CC">
                  <w:rPr>
                    <w:color w:val="222222"/>
                    <w:szCs w:val="20"/>
                  </w:rPr>
                  <w:t>Periods</w:t>
                </w:r>
              </w:sdtContent>
            </w:sdt>
          </w:p>
        </w:tc>
        <w:tc>
          <w:tcPr>
            <w:tcW w:w="2664" w:type="dxa"/>
            <w:shd w:val="clear" w:color="auto" w:fill="F3F6F8"/>
            <w:tcMar>
              <w:top w:w="70" w:type="dxa"/>
              <w:left w:w="70" w:type="dxa"/>
              <w:bottom w:w="70" w:type="dxa"/>
              <w:right w:w="70" w:type="dxa"/>
            </w:tcMar>
          </w:tcPr>
          <w:p w14:paraId="1408728F" w14:textId="77777777" w:rsidR="00CE25F6" w:rsidRPr="00E422CC" w:rsidRDefault="00000000">
            <w:pPr>
              <w:rPr>
                <w:szCs w:val="20"/>
              </w:rPr>
            </w:pPr>
            <w:sdt>
              <w:sdtPr>
                <w:rPr>
                  <w:szCs w:val="20"/>
                </w:rPr>
                <w:alias w:val="ML_ACTIVITY_OUTPUT_5"/>
                <w:tag w:val="ML_ACTIVITY_OUTPUT_5"/>
                <w:id w:val="592358426"/>
                <w:text w:multiLine="1"/>
              </w:sdtPr>
              <w:sdtContent>
                <w:r w:rsidRPr="00E422CC">
                  <w:rPr>
                    <w:color w:val="222222"/>
                    <w:szCs w:val="20"/>
                  </w:rPr>
                  <w:t>Ievadiet aprakstu šeit…</w:t>
                </w:r>
              </w:sdtContent>
            </w:sdt>
          </w:p>
        </w:tc>
      </w:tr>
      <w:tr w:rsidR="00CE25F6" w:rsidRPr="00E422CC" w14:paraId="10DEBD9E" w14:textId="77777777" w:rsidTr="00A728B7">
        <w:trPr>
          <w:cantSplit/>
          <w:jc w:val="center"/>
        </w:trPr>
        <w:tc>
          <w:tcPr>
            <w:tcW w:w="421" w:type="dxa"/>
            <w:shd w:val="clear" w:color="auto" w:fill="FFFFFF"/>
            <w:tcMar>
              <w:top w:w="70" w:type="dxa"/>
              <w:left w:w="70" w:type="dxa"/>
              <w:bottom w:w="70" w:type="dxa"/>
              <w:right w:w="70" w:type="dxa"/>
            </w:tcMar>
          </w:tcPr>
          <w:p w14:paraId="0CC45FCF" w14:textId="77777777" w:rsidR="00CE25F6" w:rsidRPr="00E422CC" w:rsidRDefault="00000000">
            <w:pPr>
              <w:rPr>
                <w:szCs w:val="20"/>
              </w:rPr>
            </w:pPr>
            <w:r w:rsidRPr="00E422CC">
              <w:rPr>
                <w:color w:val="222222"/>
                <w:szCs w:val="20"/>
              </w:rPr>
              <w:t>6</w:t>
            </w:r>
          </w:p>
        </w:tc>
        <w:tc>
          <w:tcPr>
            <w:tcW w:w="3558" w:type="dxa"/>
            <w:shd w:val="clear" w:color="auto" w:fill="FFFFFF"/>
            <w:tcMar>
              <w:top w:w="70" w:type="dxa"/>
              <w:left w:w="70" w:type="dxa"/>
              <w:bottom w:w="70" w:type="dxa"/>
              <w:right w:w="70" w:type="dxa"/>
            </w:tcMar>
          </w:tcPr>
          <w:p w14:paraId="649C2CFD" w14:textId="77777777" w:rsidR="00CE25F6" w:rsidRPr="00E422CC" w:rsidRDefault="00000000">
            <w:pPr>
              <w:rPr>
                <w:szCs w:val="20"/>
              </w:rPr>
            </w:pPr>
            <w:sdt>
              <w:sdtPr>
                <w:rPr>
                  <w:szCs w:val="20"/>
                </w:rPr>
                <w:alias w:val="ML_ACTIVITY_6"/>
                <w:tag w:val="ML_ACTIVITY_6"/>
                <w:id w:val="-1308320764"/>
                <w:text w:multiLine="1"/>
              </w:sdtPr>
              <w:sdtContent>
                <w:r w:rsidRPr="00E422CC">
                  <w:rPr>
                    <w:color w:val="222222"/>
                    <w:szCs w:val="20"/>
                  </w:rPr>
                  <w:t>Ievadiet aprakstu šeit…</w:t>
                </w:r>
              </w:sdtContent>
            </w:sdt>
          </w:p>
        </w:tc>
        <w:tc>
          <w:tcPr>
            <w:tcW w:w="2381" w:type="dxa"/>
            <w:shd w:val="clear" w:color="auto" w:fill="FFFFFF"/>
            <w:tcMar>
              <w:top w:w="70" w:type="dxa"/>
              <w:left w:w="70" w:type="dxa"/>
              <w:bottom w:w="70" w:type="dxa"/>
              <w:right w:w="70" w:type="dxa"/>
            </w:tcMar>
          </w:tcPr>
          <w:p w14:paraId="5676C6DE" w14:textId="77777777" w:rsidR="00CE25F6" w:rsidRPr="00E422CC" w:rsidRDefault="00000000">
            <w:pPr>
              <w:rPr>
                <w:szCs w:val="20"/>
              </w:rPr>
            </w:pPr>
            <w:sdt>
              <w:sdtPr>
                <w:rPr>
                  <w:szCs w:val="20"/>
                </w:rPr>
                <w:alias w:val="ST_ACTIVITY_RESP_6"/>
                <w:tag w:val="ST_ACTIVITY_RESP_6"/>
                <w:id w:val="-1687281621"/>
                <w:text/>
              </w:sdtPr>
              <w:sdtContent>
                <w:r w:rsidRPr="00E422CC">
                  <w:rPr>
                    <w:color w:val="222222"/>
                    <w:szCs w:val="20"/>
                  </w:rPr>
                  <w:t>Dalībnieki</w:t>
                </w:r>
              </w:sdtContent>
            </w:sdt>
          </w:p>
        </w:tc>
        <w:tc>
          <w:tcPr>
            <w:tcW w:w="1134" w:type="dxa"/>
            <w:shd w:val="clear" w:color="auto" w:fill="FFFFFF"/>
            <w:tcMar>
              <w:top w:w="70" w:type="dxa"/>
              <w:left w:w="70" w:type="dxa"/>
              <w:bottom w:w="70" w:type="dxa"/>
              <w:right w:w="70" w:type="dxa"/>
            </w:tcMar>
          </w:tcPr>
          <w:p w14:paraId="25B80E23" w14:textId="77777777" w:rsidR="00CE25F6" w:rsidRPr="00E422CC" w:rsidRDefault="00000000">
            <w:pPr>
              <w:rPr>
                <w:szCs w:val="20"/>
              </w:rPr>
            </w:pPr>
            <w:sdt>
              <w:sdtPr>
                <w:rPr>
                  <w:szCs w:val="20"/>
                </w:rPr>
                <w:alias w:val="ST_ACTIVITY_PERIOD_6"/>
                <w:tag w:val="ST_ACTIVITY_PERIOD_6"/>
                <w:id w:val="1656649112"/>
                <w:text/>
              </w:sdtPr>
              <w:sdtContent>
                <w:r w:rsidRPr="00E422CC">
                  <w:rPr>
                    <w:color w:val="222222"/>
                    <w:szCs w:val="20"/>
                  </w:rPr>
                  <w:t>Periods</w:t>
                </w:r>
              </w:sdtContent>
            </w:sdt>
          </w:p>
        </w:tc>
        <w:tc>
          <w:tcPr>
            <w:tcW w:w="2664" w:type="dxa"/>
            <w:shd w:val="clear" w:color="auto" w:fill="FFFFFF"/>
            <w:tcMar>
              <w:top w:w="70" w:type="dxa"/>
              <w:left w:w="70" w:type="dxa"/>
              <w:bottom w:w="70" w:type="dxa"/>
              <w:right w:w="70" w:type="dxa"/>
            </w:tcMar>
          </w:tcPr>
          <w:p w14:paraId="2103263D" w14:textId="77777777" w:rsidR="00CE25F6" w:rsidRPr="00E422CC" w:rsidRDefault="00000000">
            <w:pPr>
              <w:rPr>
                <w:szCs w:val="20"/>
              </w:rPr>
            </w:pPr>
            <w:sdt>
              <w:sdtPr>
                <w:rPr>
                  <w:szCs w:val="20"/>
                </w:rPr>
                <w:alias w:val="ML_ACTIVITY_OUTPUT_6"/>
                <w:tag w:val="ML_ACTIVITY_OUTPUT_6"/>
                <w:id w:val="-1522233072"/>
                <w:text w:multiLine="1"/>
              </w:sdtPr>
              <w:sdtContent>
                <w:r w:rsidRPr="00E422CC">
                  <w:rPr>
                    <w:color w:val="222222"/>
                    <w:szCs w:val="20"/>
                  </w:rPr>
                  <w:t>Ievadiet aprakstu šeit…</w:t>
                </w:r>
              </w:sdtContent>
            </w:sdt>
          </w:p>
        </w:tc>
      </w:tr>
    </w:tbl>
    <w:p w14:paraId="4094A810" w14:textId="77777777" w:rsidR="00E422CC" w:rsidRPr="00E422CC" w:rsidRDefault="00E422CC" w:rsidP="00E422CC"/>
    <w:p w14:paraId="0BDD055C" w14:textId="63E0556B" w:rsidR="00CE25F6" w:rsidRDefault="00000000" w:rsidP="00E422CC">
      <w:pPr>
        <w:pStyle w:val="Heading2"/>
        <w:numPr>
          <w:ilvl w:val="0"/>
          <w:numId w:val="10"/>
        </w:numPr>
        <w:rPr>
          <w:rStyle w:val="Strong"/>
          <w:b/>
          <w:bCs/>
          <w:color w:val="auto"/>
        </w:rPr>
      </w:pPr>
      <w:proofErr w:type="spellStart"/>
      <w:r w:rsidRPr="00E422CC">
        <w:rPr>
          <w:rStyle w:val="Strong"/>
          <w:b/>
          <w:bCs/>
          <w:color w:val="auto"/>
        </w:rPr>
        <w:t>Riski</w:t>
      </w:r>
      <w:proofErr w:type="spellEnd"/>
      <w:r w:rsidRPr="00E422CC">
        <w:rPr>
          <w:rStyle w:val="Strong"/>
          <w:b/>
          <w:bCs/>
          <w:color w:val="auto"/>
        </w:rPr>
        <w:t xml:space="preserve">, </w:t>
      </w:r>
      <w:proofErr w:type="spellStart"/>
      <w:r w:rsidRPr="00E422CC">
        <w:rPr>
          <w:rStyle w:val="Strong"/>
          <w:b/>
          <w:bCs/>
          <w:color w:val="auto"/>
        </w:rPr>
        <w:t>horizontālie</w:t>
      </w:r>
      <w:proofErr w:type="spellEnd"/>
      <w:r w:rsidRPr="00E422CC">
        <w:rPr>
          <w:rStyle w:val="Strong"/>
          <w:b/>
          <w:bCs/>
          <w:color w:val="auto"/>
        </w:rPr>
        <w:t xml:space="preserve"> </w:t>
      </w:r>
      <w:proofErr w:type="spellStart"/>
      <w:r w:rsidRPr="00E422CC">
        <w:rPr>
          <w:rStyle w:val="Strong"/>
          <w:b/>
          <w:bCs/>
          <w:color w:val="auto"/>
        </w:rPr>
        <w:t>principi</w:t>
      </w:r>
      <w:proofErr w:type="spellEnd"/>
      <w:r w:rsidRPr="00E422CC">
        <w:rPr>
          <w:rStyle w:val="Strong"/>
          <w:b/>
          <w:bCs/>
          <w:color w:val="auto"/>
        </w:rPr>
        <w:t xml:space="preserve"> un </w:t>
      </w:r>
      <w:proofErr w:type="spellStart"/>
      <w:r w:rsidRPr="00E422CC">
        <w:rPr>
          <w:rStyle w:val="Strong"/>
          <w:b/>
          <w:bCs/>
          <w:color w:val="auto"/>
        </w:rPr>
        <w:t>atbildīga</w:t>
      </w:r>
      <w:proofErr w:type="spellEnd"/>
      <w:r w:rsidRPr="00E422CC">
        <w:rPr>
          <w:rStyle w:val="Strong"/>
          <w:b/>
          <w:bCs/>
          <w:color w:val="auto"/>
        </w:rPr>
        <w:t xml:space="preserve"> </w:t>
      </w:r>
      <w:proofErr w:type="spellStart"/>
      <w:r w:rsidRPr="00E422CC">
        <w:rPr>
          <w:rStyle w:val="Strong"/>
          <w:b/>
          <w:bCs/>
          <w:color w:val="auto"/>
        </w:rPr>
        <w:t>īstenošana</w:t>
      </w:r>
      <w:proofErr w:type="spellEnd"/>
    </w:p>
    <w:p w14:paraId="36128C64" w14:textId="77777777" w:rsidR="00E422CC" w:rsidRPr="00E422CC" w:rsidRDefault="00E422CC" w:rsidP="00E422CC"/>
    <w:tbl>
      <w:tblPr>
        <w:tblW w:w="10350"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562"/>
        <w:gridCol w:w="2532"/>
        <w:gridCol w:w="1360"/>
        <w:gridCol w:w="1360"/>
        <w:gridCol w:w="4536"/>
      </w:tblGrid>
      <w:tr w:rsidR="00CE25F6" w:rsidRPr="00E422CC" w14:paraId="5546290B" w14:textId="77777777" w:rsidTr="00E422CC">
        <w:trPr>
          <w:tblHeader/>
          <w:jc w:val="center"/>
        </w:trPr>
        <w:tc>
          <w:tcPr>
            <w:tcW w:w="562" w:type="dxa"/>
            <w:shd w:val="clear" w:color="auto" w:fill="595959" w:themeFill="text1" w:themeFillTint="A6"/>
            <w:tcMar>
              <w:top w:w="70" w:type="dxa"/>
              <w:left w:w="70" w:type="dxa"/>
              <w:bottom w:w="70" w:type="dxa"/>
              <w:right w:w="70" w:type="dxa"/>
            </w:tcMar>
          </w:tcPr>
          <w:p w14:paraId="39235C49" w14:textId="77777777" w:rsidR="00CE25F6" w:rsidRPr="00E422CC" w:rsidRDefault="00000000">
            <w:pPr>
              <w:jc w:val="center"/>
              <w:rPr>
                <w:szCs w:val="20"/>
              </w:rPr>
            </w:pPr>
            <w:r w:rsidRPr="00E422CC">
              <w:rPr>
                <w:b/>
                <w:color w:val="FFFFFF"/>
                <w:szCs w:val="20"/>
              </w:rPr>
              <w:t>Nr.</w:t>
            </w:r>
          </w:p>
        </w:tc>
        <w:tc>
          <w:tcPr>
            <w:tcW w:w="2532" w:type="dxa"/>
            <w:shd w:val="clear" w:color="auto" w:fill="595959" w:themeFill="text1" w:themeFillTint="A6"/>
            <w:tcMar>
              <w:top w:w="70" w:type="dxa"/>
              <w:left w:w="70" w:type="dxa"/>
              <w:bottom w:w="70" w:type="dxa"/>
              <w:right w:w="70" w:type="dxa"/>
            </w:tcMar>
          </w:tcPr>
          <w:p w14:paraId="1C982966" w14:textId="77777777" w:rsidR="00CE25F6" w:rsidRPr="00E422CC" w:rsidRDefault="00000000">
            <w:pPr>
              <w:jc w:val="center"/>
              <w:rPr>
                <w:szCs w:val="20"/>
              </w:rPr>
            </w:pPr>
            <w:r w:rsidRPr="00E422CC">
              <w:rPr>
                <w:b/>
                <w:color w:val="FFFFFF"/>
                <w:szCs w:val="20"/>
              </w:rPr>
              <w:t>Būtiskākais risks</w:t>
            </w:r>
          </w:p>
        </w:tc>
        <w:tc>
          <w:tcPr>
            <w:tcW w:w="1360" w:type="dxa"/>
            <w:shd w:val="clear" w:color="auto" w:fill="595959" w:themeFill="text1" w:themeFillTint="A6"/>
            <w:tcMar>
              <w:top w:w="70" w:type="dxa"/>
              <w:left w:w="70" w:type="dxa"/>
              <w:bottom w:w="70" w:type="dxa"/>
              <w:right w:w="70" w:type="dxa"/>
            </w:tcMar>
          </w:tcPr>
          <w:p w14:paraId="1478EF78" w14:textId="77777777" w:rsidR="00CE25F6" w:rsidRPr="00E422CC" w:rsidRDefault="00000000">
            <w:pPr>
              <w:jc w:val="center"/>
              <w:rPr>
                <w:szCs w:val="20"/>
              </w:rPr>
            </w:pPr>
            <w:r w:rsidRPr="00E422CC">
              <w:rPr>
                <w:b/>
                <w:color w:val="FFFFFF"/>
                <w:szCs w:val="20"/>
              </w:rPr>
              <w:t>Varbūtība</w:t>
            </w:r>
          </w:p>
        </w:tc>
        <w:tc>
          <w:tcPr>
            <w:tcW w:w="1360" w:type="dxa"/>
            <w:shd w:val="clear" w:color="auto" w:fill="595959" w:themeFill="text1" w:themeFillTint="A6"/>
            <w:tcMar>
              <w:top w:w="70" w:type="dxa"/>
              <w:left w:w="70" w:type="dxa"/>
              <w:bottom w:w="70" w:type="dxa"/>
              <w:right w:w="70" w:type="dxa"/>
            </w:tcMar>
          </w:tcPr>
          <w:p w14:paraId="7E879805" w14:textId="77777777" w:rsidR="00CE25F6" w:rsidRPr="00E422CC" w:rsidRDefault="00000000">
            <w:pPr>
              <w:jc w:val="center"/>
              <w:rPr>
                <w:szCs w:val="20"/>
              </w:rPr>
            </w:pPr>
            <w:r w:rsidRPr="00E422CC">
              <w:rPr>
                <w:b/>
                <w:color w:val="FFFFFF"/>
                <w:szCs w:val="20"/>
              </w:rPr>
              <w:t>Ietekme</w:t>
            </w:r>
          </w:p>
        </w:tc>
        <w:tc>
          <w:tcPr>
            <w:tcW w:w="4536" w:type="dxa"/>
            <w:shd w:val="clear" w:color="auto" w:fill="595959" w:themeFill="text1" w:themeFillTint="A6"/>
            <w:tcMar>
              <w:top w:w="70" w:type="dxa"/>
              <w:left w:w="70" w:type="dxa"/>
              <w:bottom w:w="70" w:type="dxa"/>
              <w:right w:w="70" w:type="dxa"/>
            </w:tcMar>
          </w:tcPr>
          <w:p w14:paraId="32DFF852" w14:textId="77777777" w:rsidR="00CE25F6" w:rsidRPr="00E422CC" w:rsidRDefault="00000000">
            <w:pPr>
              <w:jc w:val="center"/>
              <w:rPr>
                <w:szCs w:val="20"/>
              </w:rPr>
            </w:pPr>
            <w:r w:rsidRPr="00E422CC">
              <w:rPr>
                <w:b/>
                <w:color w:val="FFFFFF"/>
                <w:szCs w:val="20"/>
              </w:rPr>
              <w:t>Preventīvie / korektīvie pasākumi</w:t>
            </w:r>
          </w:p>
        </w:tc>
      </w:tr>
      <w:tr w:rsidR="00CE25F6" w:rsidRPr="00E422CC" w14:paraId="0C3F3EC3" w14:textId="77777777" w:rsidTr="00E422CC">
        <w:trPr>
          <w:cantSplit/>
          <w:jc w:val="center"/>
        </w:trPr>
        <w:tc>
          <w:tcPr>
            <w:tcW w:w="562" w:type="dxa"/>
            <w:shd w:val="clear" w:color="auto" w:fill="F3F6F8"/>
            <w:tcMar>
              <w:top w:w="70" w:type="dxa"/>
              <w:left w:w="70" w:type="dxa"/>
              <w:bottom w:w="70" w:type="dxa"/>
              <w:right w:w="70" w:type="dxa"/>
            </w:tcMar>
          </w:tcPr>
          <w:p w14:paraId="7FA1813B" w14:textId="77777777" w:rsidR="00CE25F6" w:rsidRPr="00E422CC" w:rsidRDefault="00000000">
            <w:pPr>
              <w:rPr>
                <w:szCs w:val="20"/>
              </w:rPr>
            </w:pPr>
            <w:r w:rsidRPr="00E422CC">
              <w:rPr>
                <w:color w:val="222222"/>
                <w:szCs w:val="20"/>
              </w:rPr>
              <w:t>1</w:t>
            </w:r>
          </w:p>
        </w:tc>
        <w:tc>
          <w:tcPr>
            <w:tcW w:w="2532" w:type="dxa"/>
            <w:shd w:val="clear" w:color="auto" w:fill="F3F6F8"/>
            <w:tcMar>
              <w:top w:w="70" w:type="dxa"/>
              <w:left w:w="70" w:type="dxa"/>
              <w:bottom w:w="70" w:type="dxa"/>
              <w:right w:w="70" w:type="dxa"/>
            </w:tcMar>
          </w:tcPr>
          <w:p w14:paraId="71E7A666" w14:textId="77777777" w:rsidR="00CE25F6" w:rsidRPr="00E422CC" w:rsidRDefault="00000000">
            <w:pPr>
              <w:rPr>
                <w:szCs w:val="20"/>
              </w:rPr>
            </w:pPr>
            <w:sdt>
              <w:sdtPr>
                <w:rPr>
                  <w:szCs w:val="20"/>
                </w:rPr>
                <w:alias w:val="ST_RISK_1"/>
                <w:tag w:val="ST_RISK_1"/>
                <w:id w:val="-1292741972"/>
                <w:text/>
              </w:sdtPr>
              <w:sdtContent>
                <w:r w:rsidRPr="00E422CC">
                  <w:rPr>
                    <w:color w:val="222222"/>
                    <w:szCs w:val="20"/>
                  </w:rPr>
                  <w:t>Ievadiet</w:t>
                </w:r>
              </w:sdtContent>
            </w:sdt>
          </w:p>
        </w:tc>
        <w:tc>
          <w:tcPr>
            <w:tcW w:w="1360" w:type="dxa"/>
            <w:shd w:val="clear" w:color="auto" w:fill="F3F6F8"/>
            <w:tcMar>
              <w:top w:w="70" w:type="dxa"/>
              <w:left w:w="70" w:type="dxa"/>
              <w:bottom w:w="70" w:type="dxa"/>
              <w:right w:w="70" w:type="dxa"/>
            </w:tcMar>
          </w:tcPr>
          <w:p w14:paraId="5EE77B88" w14:textId="77777777" w:rsidR="00CE25F6" w:rsidRPr="00E422CC" w:rsidRDefault="00000000">
            <w:pPr>
              <w:rPr>
                <w:szCs w:val="20"/>
              </w:rPr>
            </w:pPr>
            <w:sdt>
              <w:sdtPr>
                <w:rPr>
                  <w:szCs w:val="20"/>
                </w:rPr>
                <w:alias w:val="ST_RISK_LIK_1"/>
                <w:tag w:val="ST_RISK_LIK_1"/>
                <w:id w:val="-113210485"/>
                <w:text/>
              </w:sdtPr>
              <w:sdtContent>
                <w:r w:rsidRPr="00E422CC">
                  <w:rPr>
                    <w:color w:val="222222"/>
                    <w:szCs w:val="20"/>
                  </w:rPr>
                  <w:t>Zema / vidēja / augsta</w:t>
                </w:r>
              </w:sdtContent>
            </w:sdt>
          </w:p>
        </w:tc>
        <w:tc>
          <w:tcPr>
            <w:tcW w:w="1360" w:type="dxa"/>
            <w:shd w:val="clear" w:color="auto" w:fill="F3F6F8"/>
            <w:tcMar>
              <w:top w:w="70" w:type="dxa"/>
              <w:left w:w="70" w:type="dxa"/>
              <w:bottom w:w="70" w:type="dxa"/>
              <w:right w:w="70" w:type="dxa"/>
            </w:tcMar>
          </w:tcPr>
          <w:p w14:paraId="717B0092" w14:textId="77777777" w:rsidR="00CE25F6" w:rsidRPr="00E422CC" w:rsidRDefault="00000000">
            <w:pPr>
              <w:rPr>
                <w:szCs w:val="20"/>
              </w:rPr>
            </w:pPr>
            <w:sdt>
              <w:sdtPr>
                <w:rPr>
                  <w:szCs w:val="20"/>
                </w:rPr>
                <w:alias w:val="ST_RISK_IMP_1"/>
                <w:tag w:val="ST_RISK_IMP_1"/>
                <w:id w:val="-1166869416"/>
                <w:text/>
              </w:sdtPr>
              <w:sdtContent>
                <w:r w:rsidRPr="00E422CC">
                  <w:rPr>
                    <w:color w:val="222222"/>
                    <w:szCs w:val="20"/>
                  </w:rPr>
                  <w:t>Zema / vidēja / augsta</w:t>
                </w:r>
              </w:sdtContent>
            </w:sdt>
          </w:p>
        </w:tc>
        <w:tc>
          <w:tcPr>
            <w:tcW w:w="4536" w:type="dxa"/>
            <w:shd w:val="clear" w:color="auto" w:fill="F3F6F8"/>
            <w:tcMar>
              <w:top w:w="70" w:type="dxa"/>
              <w:left w:w="70" w:type="dxa"/>
              <w:bottom w:w="70" w:type="dxa"/>
              <w:right w:w="70" w:type="dxa"/>
            </w:tcMar>
          </w:tcPr>
          <w:p w14:paraId="16D1DE06" w14:textId="77777777" w:rsidR="00CE25F6" w:rsidRPr="00E422CC" w:rsidRDefault="00000000">
            <w:pPr>
              <w:rPr>
                <w:szCs w:val="20"/>
              </w:rPr>
            </w:pPr>
            <w:sdt>
              <w:sdtPr>
                <w:rPr>
                  <w:szCs w:val="20"/>
                </w:rPr>
                <w:alias w:val="ML_RISK_ACTION_1"/>
                <w:tag w:val="ML_RISK_ACTION_1"/>
                <w:id w:val="581877620"/>
                <w:text w:multiLine="1"/>
              </w:sdtPr>
              <w:sdtContent>
                <w:r w:rsidRPr="00E422CC">
                  <w:rPr>
                    <w:color w:val="222222"/>
                    <w:szCs w:val="20"/>
                  </w:rPr>
                  <w:t>Ievadiet aprakstu šeit…</w:t>
                </w:r>
              </w:sdtContent>
            </w:sdt>
          </w:p>
        </w:tc>
      </w:tr>
      <w:tr w:rsidR="00CE25F6" w:rsidRPr="00E422CC" w14:paraId="72540E00" w14:textId="77777777" w:rsidTr="00E422CC">
        <w:trPr>
          <w:cantSplit/>
          <w:jc w:val="center"/>
        </w:trPr>
        <w:tc>
          <w:tcPr>
            <w:tcW w:w="562" w:type="dxa"/>
            <w:shd w:val="clear" w:color="auto" w:fill="FFFFFF"/>
            <w:tcMar>
              <w:top w:w="70" w:type="dxa"/>
              <w:left w:w="70" w:type="dxa"/>
              <w:bottom w:w="70" w:type="dxa"/>
              <w:right w:w="70" w:type="dxa"/>
            </w:tcMar>
          </w:tcPr>
          <w:p w14:paraId="71576341" w14:textId="77777777" w:rsidR="00CE25F6" w:rsidRPr="00E422CC" w:rsidRDefault="00000000">
            <w:pPr>
              <w:rPr>
                <w:szCs w:val="20"/>
              </w:rPr>
            </w:pPr>
            <w:r w:rsidRPr="00E422CC">
              <w:rPr>
                <w:color w:val="222222"/>
                <w:szCs w:val="20"/>
              </w:rPr>
              <w:t>2</w:t>
            </w:r>
          </w:p>
        </w:tc>
        <w:tc>
          <w:tcPr>
            <w:tcW w:w="2532" w:type="dxa"/>
            <w:shd w:val="clear" w:color="auto" w:fill="FFFFFF"/>
            <w:tcMar>
              <w:top w:w="70" w:type="dxa"/>
              <w:left w:w="70" w:type="dxa"/>
              <w:bottom w:w="70" w:type="dxa"/>
              <w:right w:w="70" w:type="dxa"/>
            </w:tcMar>
          </w:tcPr>
          <w:p w14:paraId="40879918" w14:textId="77777777" w:rsidR="00CE25F6" w:rsidRPr="00E422CC" w:rsidRDefault="00000000">
            <w:pPr>
              <w:rPr>
                <w:szCs w:val="20"/>
              </w:rPr>
            </w:pPr>
            <w:sdt>
              <w:sdtPr>
                <w:rPr>
                  <w:szCs w:val="20"/>
                </w:rPr>
                <w:alias w:val="ST_RISK_2"/>
                <w:tag w:val="ST_RISK_2"/>
                <w:id w:val="676008821"/>
                <w:text/>
              </w:sdtPr>
              <w:sdtContent>
                <w:r w:rsidRPr="00E422CC">
                  <w:rPr>
                    <w:color w:val="222222"/>
                    <w:szCs w:val="20"/>
                  </w:rPr>
                  <w:t>Ievadiet</w:t>
                </w:r>
              </w:sdtContent>
            </w:sdt>
          </w:p>
        </w:tc>
        <w:tc>
          <w:tcPr>
            <w:tcW w:w="1360" w:type="dxa"/>
            <w:shd w:val="clear" w:color="auto" w:fill="FFFFFF"/>
            <w:tcMar>
              <w:top w:w="70" w:type="dxa"/>
              <w:left w:w="70" w:type="dxa"/>
              <w:bottom w:w="70" w:type="dxa"/>
              <w:right w:w="70" w:type="dxa"/>
            </w:tcMar>
          </w:tcPr>
          <w:p w14:paraId="2D08F786" w14:textId="77777777" w:rsidR="00CE25F6" w:rsidRPr="00E422CC" w:rsidRDefault="00000000">
            <w:pPr>
              <w:rPr>
                <w:szCs w:val="20"/>
              </w:rPr>
            </w:pPr>
            <w:sdt>
              <w:sdtPr>
                <w:rPr>
                  <w:szCs w:val="20"/>
                </w:rPr>
                <w:alias w:val="ST_RISK_LIK_2"/>
                <w:tag w:val="ST_RISK_LIK_2"/>
                <w:id w:val="-881400733"/>
                <w:text/>
              </w:sdtPr>
              <w:sdtContent>
                <w:r w:rsidRPr="00E422CC">
                  <w:rPr>
                    <w:color w:val="222222"/>
                    <w:szCs w:val="20"/>
                  </w:rPr>
                  <w:t>Zema / vidēja / augsta</w:t>
                </w:r>
              </w:sdtContent>
            </w:sdt>
          </w:p>
        </w:tc>
        <w:tc>
          <w:tcPr>
            <w:tcW w:w="1360" w:type="dxa"/>
            <w:shd w:val="clear" w:color="auto" w:fill="FFFFFF"/>
            <w:tcMar>
              <w:top w:w="70" w:type="dxa"/>
              <w:left w:w="70" w:type="dxa"/>
              <w:bottom w:w="70" w:type="dxa"/>
              <w:right w:w="70" w:type="dxa"/>
            </w:tcMar>
          </w:tcPr>
          <w:p w14:paraId="4C0CA64C" w14:textId="77777777" w:rsidR="00CE25F6" w:rsidRPr="00E422CC" w:rsidRDefault="00000000">
            <w:pPr>
              <w:rPr>
                <w:szCs w:val="20"/>
              </w:rPr>
            </w:pPr>
            <w:sdt>
              <w:sdtPr>
                <w:rPr>
                  <w:szCs w:val="20"/>
                </w:rPr>
                <w:alias w:val="ST_RISK_IMP_2"/>
                <w:tag w:val="ST_RISK_IMP_2"/>
                <w:id w:val="80038392"/>
                <w:text/>
              </w:sdtPr>
              <w:sdtContent>
                <w:r w:rsidRPr="00E422CC">
                  <w:rPr>
                    <w:color w:val="222222"/>
                    <w:szCs w:val="20"/>
                  </w:rPr>
                  <w:t>Zema / vidēja / augsta</w:t>
                </w:r>
              </w:sdtContent>
            </w:sdt>
          </w:p>
        </w:tc>
        <w:tc>
          <w:tcPr>
            <w:tcW w:w="4536" w:type="dxa"/>
            <w:shd w:val="clear" w:color="auto" w:fill="FFFFFF"/>
            <w:tcMar>
              <w:top w:w="70" w:type="dxa"/>
              <w:left w:w="70" w:type="dxa"/>
              <w:bottom w:w="70" w:type="dxa"/>
              <w:right w:w="70" w:type="dxa"/>
            </w:tcMar>
          </w:tcPr>
          <w:p w14:paraId="1C548A8D" w14:textId="77777777" w:rsidR="00CE25F6" w:rsidRPr="00E422CC" w:rsidRDefault="00000000">
            <w:pPr>
              <w:rPr>
                <w:szCs w:val="20"/>
              </w:rPr>
            </w:pPr>
            <w:sdt>
              <w:sdtPr>
                <w:rPr>
                  <w:szCs w:val="20"/>
                </w:rPr>
                <w:alias w:val="ML_RISK_ACTION_2"/>
                <w:tag w:val="ML_RISK_ACTION_2"/>
                <w:id w:val="-230624937"/>
                <w:text w:multiLine="1"/>
              </w:sdtPr>
              <w:sdtContent>
                <w:r w:rsidRPr="00E422CC">
                  <w:rPr>
                    <w:color w:val="222222"/>
                    <w:szCs w:val="20"/>
                  </w:rPr>
                  <w:t>Ievadiet aprakstu šeit…</w:t>
                </w:r>
              </w:sdtContent>
            </w:sdt>
          </w:p>
        </w:tc>
      </w:tr>
      <w:tr w:rsidR="00CE25F6" w:rsidRPr="00E422CC" w14:paraId="6A4CD721" w14:textId="77777777" w:rsidTr="00E422CC">
        <w:trPr>
          <w:cantSplit/>
          <w:jc w:val="center"/>
        </w:trPr>
        <w:tc>
          <w:tcPr>
            <w:tcW w:w="562" w:type="dxa"/>
            <w:shd w:val="clear" w:color="auto" w:fill="F3F6F8"/>
            <w:tcMar>
              <w:top w:w="70" w:type="dxa"/>
              <w:left w:w="70" w:type="dxa"/>
              <w:bottom w:w="70" w:type="dxa"/>
              <w:right w:w="70" w:type="dxa"/>
            </w:tcMar>
          </w:tcPr>
          <w:p w14:paraId="1DA9FA7B" w14:textId="77777777" w:rsidR="00CE25F6" w:rsidRPr="00E422CC" w:rsidRDefault="00000000">
            <w:pPr>
              <w:rPr>
                <w:szCs w:val="20"/>
              </w:rPr>
            </w:pPr>
            <w:r w:rsidRPr="00E422CC">
              <w:rPr>
                <w:color w:val="222222"/>
                <w:szCs w:val="20"/>
              </w:rPr>
              <w:t>3</w:t>
            </w:r>
          </w:p>
        </w:tc>
        <w:tc>
          <w:tcPr>
            <w:tcW w:w="2532" w:type="dxa"/>
            <w:shd w:val="clear" w:color="auto" w:fill="F3F6F8"/>
            <w:tcMar>
              <w:top w:w="70" w:type="dxa"/>
              <w:left w:w="70" w:type="dxa"/>
              <w:bottom w:w="70" w:type="dxa"/>
              <w:right w:w="70" w:type="dxa"/>
            </w:tcMar>
          </w:tcPr>
          <w:p w14:paraId="1CFB0A7E" w14:textId="77777777" w:rsidR="00CE25F6" w:rsidRPr="00E422CC" w:rsidRDefault="00000000">
            <w:pPr>
              <w:rPr>
                <w:szCs w:val="20"/>
              </w:rPr>
            </w:pPr>
            <w:sdt>
              <w:sdtPr>
                <w:rPr>
                  <w:szCs w:val="20"/>
                </w:rPr>
                <w:alias w:val="ST_RISK_3"/>
                <w:tag w:val="ST_RISK_3"/>
                <w:id w:val="278615135"/>
                <w:text/>
              </w:sdtPr>
              <w:sdtContent>
                <w:r w:rsidRPr="00E422CC">
                  <w:rPr>
                    <w:color w:val="222222"/>
                    <w:szCs w:val="20"/>
                  </w:rPr>
                  <w:t>Ievadiet</w:t>
                </w:r>
              </w:sdtContent>
            </w:sdt>
          </w:p>
        </w:tc>
        <w:tc>
          <w:tcPr>
            <w:tcW w:w="1360" w:type="dxa"/>
            <w:shd w:val="clear" w:color="auto" w:fill="F3F6F8"/>
            <w:tcMar>
              <w:top w:w="70" w:type="dxa"/>
              <w:left w:w="70" w:type="dxa"/>
              <w:bottom w:w="70" w:type="dxa"/>
              <w:right w:w="70" w:type="dxa"/>
            </w:tcMar>
          </w:tcPr>
          <w:p w14:paraId="65CE3406" w14:textId="77777777" w:rsidR="00CE25F6" w:rsidRPr="00E422CC" w:rsidRDefault="00000000">
            <w:pPr>
              <w:rPr>
                <w:szCs w:val="20"/>
              </w:rPr>
            </w:pPr>
            <w:sdt>
              <w:sdtPr>
                <w:rPr>
                  <w:szCs w:val="20"/>
                </w:rPr>
                <w:alias w:val="ST_RISK_LIK_3"/>
                <w:tag w:val="ST_RISK_LIK_3"/>
                <w:id w:val="536082356"/>
                <w:text/>
              </w:sdtPr>
              <w:sdtContent>
                <w:r w:rsidRPr="00E422CC">
                  <w:rPr>
                    <w:color w:val="222222"/>
                    <w:szCs w:val="20"/>
                  </w:rPr>
                  <w:t>Zema / vidēja / augsta</w:t>
                </w:r>
              </w:sdtContent>
            </w:sdt>
          </w:p>
        </w:tc>
        <w:tc>
          <w:tcPr>
            <w:tcW w:w="1360" w:type="dxa"/>
            <w:shd w:val="clear" w:color="auto" w:fill="F3F6F8"/>
            <w:tcMar>
              <w:top w:w="70" w:type="dxa"/>
              <w:left w:w="70" w:type="dxa"/>
              <w:bottom w:w="70" w:type="dxa"/>
              <w:right w:w="70" w:type="dxa"/>
            </w:tcMar>
          </w:tcPr>
          <w:p w14:paraId="32AEC97C" w14:textId="77777777" w:rsidR="00CE25F6" w:rsidRPr="00E422CC" w:rsidRDefault="00000000">
            <w:pPr>
              <w:rPr>
                <w:szCs w:val="20"/>
              </w:rPr>
            </w:pPr>
            <w:sdt>
              <w:sdtPr>
                <w:rPr>
                  <w:szCs w:val="20"/>
                </w:rPr>
                <w:alias w:val="ST_RISK_IMP_3"/>
                <w:tag w:val="ST_RISK_IMP_3"/>
                <w:id w:val="333496844"/>
                <w:text/>
              </w:sdtPr>
              <w:sdtContent>
                <w:r w:rsidRPr="00E422CC">
                  <w:rPr>
                    <w:color w:val="222222"/>
                    <w:szCs w:val="20"/>
                  </w:rPr>
                  <w:t>Zema / vidēja / augsta</w:t>
                </w:r>
              </w:sdtContent>
            </w:sdt>
          </w:p>
        </w:tc>
        <w:tc>
          <w:tcPr>
            <w:tcW w:w="4536" w:type="dxa"/>
            <w:shd w:val="clear" w:color="auto" w:fill="F3F6F8"/>
            <w:tcMar>
              <w:top w:w="70" w:type="dxa"/>
              <w:left w:w="70" w:type="dxa"/>
              <w:bottom w:w="70" w:type="dxa"/>
              <w:right w:w="70" w:type="dxa"/>
            </w:tcMar>
          </w:tcPr>
          <w:p w14:paraId="767464D3" w14:textId="77777777" w:rsidR="00CE25F6" w:rsidRPr="00E422CC" w:rsidRDefault="00000000">
            <w:pPr>
              <w:rPr>
                <w:szCs w:val="20"/>
              </w:rPr>
            </w:pPr>
            <w:sdt>
              <w:sdtPr>
                <w:rPr>
                  <w:szCs w:val="20"/>
                </w:rPr>
                <w:alias w:val="ML_RISK_ACTION_3"/>
                <w:tag w:val="ML_RISK_ACTION_3"/>
                <w:id w:val="-1627151560"/>
                <w:text w:multiLine="1"/>
              </w:sdtPr>
              <w:sdtContent>
                <w:r w:rsidRPr="00E422CC">
                  <w:rPr>
                    <w:color w:val="222222"/>
                    <w:szCs w:val="20"/>
                  </w:rPr>
                  <w:t>Ievadiet aprakstu šeit…</w:t>
                </w:r>
              </w:sdtContent>
            </w:sdt>
          </w:p>
        </w:tc>
      </w:tr>
      <w:tr w:rsidR="00CE25F6" w:rsidRPr="00E422CC" w14:paraId="26D83964" w14:textId="77777777" w:rsidTr="00E422CC">
        <w:trPr>
          <w:cantSplit/>
          <w:jc w:val="center"/>
        </w:trPr>
        <w:tc>
          <w:tcPr>
            <w:tcW w:w="562" w:type="dxa"/>
            <w:shd w:val="clear" w:color="auto" w:fill="FFFFFF"/>
            <w:tcMar>
              <w:top w:w="70" w:type="dxa"/>
              <w:left w:w="70" w:type="dxa"/>
              <w:bottom w:w="70" w:type="dxa"/>
              <w:right w:w="70" w:type="dxa"/>
            </w:tcMar>
          </w:tcPr>
          <w:p w14:paraId="20E5FD28" w14:textId="77777777" w:rsidR="00CE25F6" w:rsidRPr="00E422CC" w:rsidRDefault="00000000">
            <w:pPr>
              <w:rPr>
                <w:szCs w:val="20"/>
              </w:rPr>
            </w:pPr>
            <w:r w:rsidRPr="00E422CC">
              <w:rPr>
                <w:color w:val="222222"/>
                <w:szCs w:val="20"/>
              </w:rPr>
              <w:t>4</w:t>
            </w:r>
          </w:p>
        </w:tc>
        <w:tc>
          <w:tcPr>
            <w:tcW w:w="2532" w:type="dxa"/>
            <w:shd w:val="clear" w:color="auto" w:fill="FFFFFF"/>
            <w:tcMar>
              <w:top w:w="70" w:type="dxa"/>
              <w:left w:w="70" w:type="dxa"/>
              <w:bottom w:w="70" w:type="dxa"/>
              <w:right w:w="70" w:type="dxa"/>
            </w:tcMar>
          </w:tcPr>
          <w:p w14:paraId="322DBE26" w14:textId="77777777" w:rsidR="00CE25F6" w:rsidRPr="00E422CC" w:rsidRDefault="00000000">
            <w:pPr>
              <w:rPr>
                <w:szCs w:val="20"/>
              </w:rPr>
            </w:pPr>
            <w:sdt>
              <w:sdtPr>
                <w:rPr>
                  <w:szCs w:val="20"/>
                </w:rPr>
                <w:alias w:val="ST_RISK_4"/>
                <w:tag w:val="ST_RISK_4"/>
                <w:id w:val="230204711"/>
                <w:text/>
              </w:sdtPr>
              <w:sdtContent>
                <w:r w:rsidRPr="00E422CC">
                  <w:rPr>
                    <w:color w:val="222222"/>
                    <w:szCs w:val="20"/>
                  </w:rPr>
                  <w:t>Ievadiet</w:t>
                </w:r>
              </w:sdtContent>
            </w:sdt>
          </w:p>
        </w:tc>
        <w:tc>
          <w:tcPr>
            <w:tcW w:w="1360" w:type="dxa"/>
            <w:shd w:val="clear" w:color="auto" w:fill="FFFFFF"/>
            <w:tcMar>
              <w:top w:w="70" w:type="dxa"/>
              <w:left w:w="70" w:type="dxa"/>
              <w:bottom w:w="70" w:type="dxa"/>
              <w:right w:w="70" w:type="dxa"/>
            </w:tcMar>
          </w:tcPr>
          <w:p w14:paraId="1FE490BF" w14:textId="77777777" w:rsidR="00CE25F6" w:rsidRPr="00E422CC" w:rsidRDefault="00000000">
            <w:pPr>
              <w:rPr>
                <w:szCs w:val="20"/>
              </w:rPr>
            </w:pPr>
            <w:sdt>
              <w:sdtPr>
                <w:rPr>
                  <w:szCs w:val="20"/>
                </w:rPr>
                <w:alias w:val="ST_RISK_LIK_4"/>
                <w:tag w:val="ST_RISK_LIK_4"/>
                <w:id w:val="814066681"/>
                <w:text/>
              </w:sdtPr>
              <w:sdtContent>
                <w:r w:rsidRPr="00E422CC">
                  <w:rPr>
                    <w:color w:val="222222"/>
                    <w:szCs w:val="20"/>
                  </w:rPr>
                  <w:t>Zema / vidēja / augsta</w:t>
                </w:r>
              </w:sdtContent>
            </w:sdt>
          </w:p>
        </w:tc>
        <w:tc>
          <w:tcPr>
            <w:tcW w:w="1360" w:type="dxa"/>
            <w:shd w:val="clear" w:color="auto" w:fill="FFFFFF"/>
            <w:tcMar>
              <w:top w:w="70" w:type="dxa"/>
              <w:left w:w="70" w:type="dxa"/>
              <w:bottom w:w="70" w:type="dxa"/>
              <w:right w:w="70" w:type="dxa"/>
            </w:tcMar>
          </w:tcPr>
          <w:p w14:paraId="1E91BA2B" w14:textId="77777777" w:rsidR="00CE25F6" w:rsidRPr="00E422CC" w:rsidRDefault="00000000">
            <w:pPr>
              <w:rPr>
                <w:szCs w:val="20"/>
              </w:rPr>
            </w:pPr>
            <w:sdt>
              <w:sdtPr>
                <w:rPr>
                  <w:szCs w:val="20"/>
                </w:rPr>
                <w:alias w:val="ST_RISK_IMP_4"/>
                <w:tag w:val="ST_RISK_IMP_4"/>
                <w:id w:val="-830681961"/>
                <w:text/>
              </w:sdtPr>
              <w:sdtContent>
                <w:r w:rsidRPr="00E422CC">
                  <w:rPr>
                    <w:color w:val="222222"/>
                    <w:szCs w:val="20"/>
                  </w:rPr>
                  <w:t>Zema / vidēja / augsta</w:t>
                </w:r>
              </w:sdtContent>
            </w:sdt>
          </w:p>
        </w:tc>
        <w:tc>
          <w:tcPr>
            <w:tcW w:w="4536" w:type="dxa"/>
            <w:shd w:val="clear" w:color="auto" w:fill="FFFFFF"/>
            <w:tcMar>
              <w:top w:w="70" w:type="dxa"/>
              <w:left w:w="70" w:type="dxa"/>
              <w:bottom w:w="70" w:type="dxa"/>
              <w:right w:w="70" w:type="dxa"/>
            </w:tcMar>
          </w:tcPr>
          <w:p w14:paraId="579FC1BC" w14:textId="77777777" w:rsidR="00CE25F6" w:rsidRPr="00E422CC" w:rsidRDefault="00000000">
            <w:pPr>
              <w:rPr>
                <w:szCs w:val="20"/>
              </w:rPr>
            </w:pPr>
            <w:sdt>
              <w:sdtPr>
                <w:rPr>
                  <w:szCs w:val="20"/>
                </w:rPr>
                <w:alias w:val="ML_RISK_ACTION_4"/>
                <w:tag w:val="ML_RISK_ACTION_4"/>
                <w:id w:val="919142836"/>
                <w:text w:multiLine="1"/>
              </w:sdtPr>
              <w:sdtContent>
                <w:r w:rsidRPr="00E422CC">
                  <w:rPr>
                    <w:color w:val="222222"/>
                    <w:szCs w:val="20"/>
                  </w:rPr>
                  <w:t>Ievadiet aprakstu šeit…</w:t>
                </w:r>
              </w:sdtContent>
            </w:sdt>
          </w:p>
        </w:tc>
      </w:tr>
      <w:tr w:rsidR="00CE25F6" w:rsidRPr="00E422CC" w14:paraId="03BCD48B" w14:textId="77777777" w:rsidTr="00E422CC">
        <w:trPr>
          <w:cantSplit/>
          <w:jc w:val="center"/>
        </w:trPr>
        <w:tc>
          <w:tcPr>
            <w:tcW w:w="562" w:type="dxa"/>
            <w:shd w:val="clear" w:color="auto" w:fill="F3F6F8"/>
            <w:tcMar>
              <w:top w:w="70" w:type="dxa"/>
              <w:left w:w="70" w:type="dxa"/>
              <w:bottom w:w="70" w:type="dxa"/>
              <w:right w:w="70" w:type="dxa"/>
            </w:tcMar>
          </w:tcPr>
          <w:p w14:paraId="501E80FA" w14:textId="77777777" w:rsidR="00CE25F6" w:rsidRPr="00E422CC" w:rsidRDefault="00000000">
            <w:pPr>
              <w:rPr>
                <w:szCs w:val="20"/>
              </w:rPr>
            </w:pPr>
            <w:r w:rsidRPr="00E422CC">
              <w:rPr>
                <w:color w:val="222222"/>
                <w:szCs w:val="20"/>
              </w:rPr>
              <w:t>5</w:t>
            </w:r>
          </w:p>
        </w:tc>
        <w:tc>
          <w:tcPr>
            <w:tcW w:w="2532" w:type="dxa"/>
            <w:shd w:val="clear" w:color="auto" w:fill="F3F6F8"/>
            <w:tcMar>
              <w:top w:w="70" w:type="dxa"/>
              <w:left w:w="70" w:type="dxa"/>
              <w:bottom w:w="70" w:type="dxa"/>
              <w:right w:w="70" w:type="dxa"/>
            </w:tcMar>
          </w:tcPr>
          <w:p w14:paraId="3D46D3E2" w14:textId="77777777" w:rsidR="00CE25F6" w:rsidRPr="00E422CC" w:rsidRDefault="00000000">
            <w:pPr>
              <w:rPr>
                <w:szCs w:val="20"/>
              </w:rPr>
            </w:pPr>
            <w:sdt>
              <w:sdtPr>
                <w:rPr>
                  <w:szCs w:val="20"/>
                </w:rPr>
                <w:alias w:val="ST_RISK_5"/>
                <w:tag w:val="ST_RISK_5"/>
                <w:id w:val="-1528012586"/>
                <w:text/>
              </w:sdtPr>
              <w:sdtContent>
                <w:r w:rsidRPr="00E422CC">
                  <w:rPr>
                    <w:color w:val="222222"/>
                    <w:szCs w:val="20"/>
                  </w:rPr>
                  <w:t>Ievadiet</w:t>
                </w:r>
              </w:sdtContent>
            </w:sdt>
          </w:p>
        </w:tc>
        <w:tc>
          <w:tcPr>
            <w:tcW w:w="1360" w:type="dxa"/>
            <w:shd w:val="clear" w:color="auto" w:fill="F3F6F8"/>
            <w:tcMar>
              <w:top w:w="70" w:type="dxa"/>
              <w:left w:w="70" w:type="dxa"/>
              <w:bottom w:w="70" w:type="dxa"/>
              <w:right w:w="70" w:type="dxa"/>
            </w:tcMar>
          </w:tcPr>
          <w:p w14:paraId="613B4F81" w14:textId="77777777" w:rsidR="00CE25F6" w:rsidRPr="00E422CC" w:rsidRDefault="00000000">
            <w:pPr>
              <w:rPr>
                <w:szCs w:val="20"/>
              </w:rPr>
            </w:pPr>
            <w:sdt>
              <w:sdtPr>
                <w:rPr>
                  <w:szCs w:val="20"/>
                </w:rPr>
                <w:alias w:val="ST_RISK_LIK_5"/>
                <w:tag w:val="ST_RISK_LIK_5"/>
                <w:id w:val="1335499736"/>
                <w:text/>
              </w:sdtPr>
              <w:sdtContent>
                <w:r w:rsidRPr="00E422CC">
                  <w:rPr>
                    <w:color w:val="222222"/>
                    <w:szCs w:val="20"/>
                  </w:rPr>
                  <w:t>Zema / vidēja / augsta</w:t>
                </w:r>
              </w:sdtContent>
            </w:sdt>
          </w:p>
        </w:tc>
        <w:tc>
          <w:tcPr>
            <w:tcW w:w="1360" w:type="dxa"/>
            <w:shd w:val="clear" w:color="auto" w:fill="F3F6F8"/>
            <w:tcMar>
              <w:top w:w="70" w:type="dxa"/>
              <w:left w:w="70" w:type="dxa"/>
              <w:bottom w:w="70" w:type="dxa"/>
              <w:right w:w="70" w:type="dxa"/>
            </w:tcMar>
          </w:tcPr>
          <w:p w14:paraId="3B65EFDD" w14:textId="77777777" w:rsidR="00CE25F6" w:rsidRPr="00E422CC" w:rsidRDefault="00000000">
            <w:pPr>
              <w:rPr>
                <w:szCs w:val="20"/>
              </w:rPr>
            </w:pPr>
            <w:sdt>
              <w:sdtPr>
                <w:rPr>
                  <w:szCs w:val="20"/>
                </w:rPr>
                <w:alias w:val="ST_RISK_IMP_5"/>
                <w:tag w:val="ST_RISK_IMP_5"/>
                <w:id w:val="2095124600"/>
                <w:text/>
              </w:sdtPr>
              <w:sdtContent>
                <w:r w:rsidRPr="00E422CC">
                  <w:rPr>
                    <w:color w:val="222222"/>
                    <w:szCs w:val="20"/>
                  </w:rPr>
                  <w:t>Zema / vidēja / augsta</w:t>
                </w:r>
              </w:sdtContent>
            </w:sdt>
          </w:p>
        </w:tc>
        <w:tc>
          <w:tcPr>
            <w:tcW w:w="4536" w:type="dxa"/>
            <w:shd w:val="clear" w:color="auto" w:fill="F3F6F8"/>
            <w:tcMar>
              <w:top w:w="70" w:type="dxa"/>
              <w:left w:w="70" w:type="dxa"/>
              <w:bottom w:w="70" w:type="dxa"/>
              <w:right w:w="70" w:type="dxa"/>
            </w:tcMar>
          </w:tcPr>
          <w:p w14:paraId="50AFCF9F" w14:textId="77777777" w:rsidR="00CE25F6" w:rsidRPr="00E422CC" w:rsidRDefault="00000000">
            <w:pPr>
              <w:rPr>
                <w:szCs w:val="20"/>
              </w:rPr>
            </w:pPr>
            <w:sdt>
              <w:sdtPr>
                <w:rPr>
                  <w:szCs w:val="20"/>
                </w:rPr>
                <w:alias w:val="ML_RISK_ACTION_5"/>
                <w:tag w:val="ML_RISK_ACTION_5"/>
                <w:id w:val="661667916"/>
                <w:text w:multiLine="1"/>
              </w:sdtPr>
              <w:sdtContent>
                <w:r w:rsidRPr="00E422CC">
                  <w:rPr>
                    <w:color w:val="222222"/>
                    <w:szCs w:val="20"/>
                  </w:rPr>
                  <w:t>Ievadiet aprakstu šeit…</w:t>
                </w:r>
              </w:sdtContent>
            </w:sdt>
          </w:p>
        </w:tc>
      </w:tr>
    </w:tbl>
    <w:p w14:paraId="7E327A6F" w14:textId="77777777" w:rsidR="00CE25F6" w:rsidRDefault="00CE25F6">
      <w:pPr>
        <w:spacing w:after="20"/>
      </w:pPr>
    </w:p>
    <w:p w14:paraId="718FFF63" w14:textId="77777777" w:rsidR="00CE25F6" w:rsidRPr="001F320F" w:rsidRDefault="00000000">
      <w:pPr>
        <w:spacing w:before="100"/>
      </w:pPr>
      <w:r w:rsidRPr="001F320F">
        <w:rPr>
          <w:b/>
          <w:sz w:val="22"/>
        </w:rPr>
        <w:t>Vienlīdzīgas iespējas</w:t>
      </w:r>
    </w:p>
    <w:p w14:paraId="3C457DF7" w14:textId="77777777" w:rsidR="00CE25F6" w:rsidRPr="001F320F" w:rsidRDefault="00000000">
      <w:r w:rsidRPr="001F320F">
        <w:rPr>
          <w:i/>
          <w:sz w:val="18"/>
        </w:rPr>
        <w:t>Aprakstiet, kā projekta īstenošanā tiks nodrošinātas vienlīdzīgas iespējas un nediskriminācija (t.sk. attiecībā uz dzimumu, invaliditāti, vecumu un etnisko piederību), ja attiecināms arī piekļūstamība.</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1F320F" w:rsidRPr="001F320F" w14:paraId="4287C782" w14:textId="77777777" w:rsidTr="001F320F">
        <w:trPr>
          <w:trHeight w:val="800"/>
          <w:jc w:val="center"/>
        </w:trPr>
        <w:tc>
          <w:tcPr>
            <w:tcW w:w="10200" w:type="dxa"/>
            <w:shd w:val="clear" w:color="auto" w:fill="F2F2F2" w:themeFill="background1" w:themeFillShade="F2"/>
            <w:tcMar>
              <w:top w:w="110" w:type="dxa"/>
              <w:left w:w="120" w:type="dxa"/>
              <w:bottom w:w="110" w:type="dxa"/>
              <w:right w:w="120" w:type="dxa"/>
            </w:tcMar>
          </w:tcPr>
          <w:p w14:paraId="50FE3017" w14:textId="77777777" w:rsidR="00CE25F6" w:rsidRPr="001F320F" w:rsidRDefault="00000000">
            <w:sdt>
              <w:sdtPr>
                <w:alias w:val="ML_EQUAL_OPPORTUNITIES"/>
                <w:tag w:val="ML_EQUAL_OPPORTUNITIES"/>
                <w:id w:val="-226460752"/>
                <w:text w:multiLine="1"/>
              </w:sdtPr>
              <w:sdtContent>
                <w:r w:rsidRPr="001F320F">
                  <w:t>Ievadiet aprakstu šeit…</w:t>
                </w:r>
              </w:sdtContent>
            </w:sdt>
          </w:p>
        </w:tc>
      </w:tr>
    </w:tbl>
    <w:p w14:paraId="6DFDA84E" w14:textId="77777777" w:rsidR="00CE25F6" w:rsidRPr="001F320F" w:rsidRDefault="00CE25F6">
      <w:pPr>
        <w:spacing w:after="20"/>
      </w:pPr>
    </w:p>
    <w:p w14:paraId="372EAF9F" w14:textId="77777777" w:rsidR="00CE25F6" w:rsidRPr="001F320F" w:rsidRDefault="00000000">
      <w:pPr>
        <w:pageBreakBefore/>
        <w:spacing w:before="100"/>
      </w:pPr>
      <w:r w:rsidRPr="001F320F">
        <w:rPr>
          <w:b/>
          <w:sz w:val="22"/>
        </w:rPr>
        <w:lastRenderedPageBreak/>
        <w:t>Ilgtspējīga attīstība / eko-inovācijas komponente</w:t>
      </w:r>
    </w:p>
    <w:p w14:paraId="15144733" w14:textId="77777777" w:rsidR="00CE25F6" w:rsidRDefault="00000000">
      <w:r>
        <w:rPr>
          <w:i/>
          <w:color w:val="666666"/>
          <w:sz w:val="18"/>
        </w:rPr>
        <w:t>Aprakstiet risinājuma iespējamo ietekmi uz resursu efektivitāti, enerģijas patēriņu, emisijām, aprites principiem vai citiem ilgtspējas aspektiem. Ja ietekme nav būtiska, to pamatoti norādiet.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CE25F6" w14:paraId="73875E2A" w14:textId="77777777" w:rsidTr="00AD498E">
        <w:trPr>
          <w:trHeight w:val="800"/>
          <w:jc w:val="center"/>
        </w:trPr>
        <w:tc>
          <w:tcPr>
            <w:tcW w:w="10190" w:type="dxa"/>
            <w:shd w:val="clear" w:color="auto" w:fill="F2F2F2" w:themeFill="background1" w:themeFillShade="F2"/>
            <w:tcMar>
              <w:top w:w="110" w:type="dxa"/>
              <w:left w:w="120" w:type="dxa"/>
              <w:bottom w:w="110" w:type="dxa"/>
              <w:right w:w="120" w:type="dxa"/>
            </w:tcMar>
          </w:tcPr>
          <w:p w14:paraId="45FC1A3D" w14:textId="77777777" w:rsidR="00CE25F6" w:rsidRDefault="00000000">
            <w:sdt>
              <w:sdtPr>
                <w:alias w:val="ML_SUSTAINABILITY"/>
                <w:tag w:val="ML_SUSTAINABILITY"/>
                <w:id w:val="1500002488"/>
                <w:text w:multiLine="1"/>
              </w:sdtPr>
              <w:sdtContent>
                <w:r>
                  <w:t>Ievadiet aprakstu šeit…</w:t>
                </w:r>
              </w:sdtContent>
            </w:sdt>
          </w:p>
        </w:tc>
      </w:tr>
    </w:tbl>
    <w:p w14:paraId="142F9C6D" w14:textId="77777777" w:rsidR="00AD498E" w:rsidRDefault="00AD498E" w:rsidP="00AD498E">
      <w:pPr>
        <w:rPr>
          <w:b/>
          <w:sz w:val="22"/>
        </w:rPr>
      </w:pPr>
    </w:p>
    <w:p w14:paraId="26BED43E" w14:textId="77777777" w:rsidR="00AD498E" w:rsidRDefault="00AD498E" w:rsidP="00AD498E">
      <w:pPr>
        <w:rPr>
          <w:b/>
          <w:sz w:val="22"/>
        </w:rPr>
      </w:pPr>
      <w:proofErr w:type="spellStart"/>
      <w:r w:rsidRPr="00AD498E">
        <w:rPr>
          <w:b/>
          <w:sz w:val="22"/>
        </w:rPr>
        <w:t>Plānotā</w:t>
      </w:r>
      <w:proofErr w:type="spellEnd"/>
      <w:r w:rsidRPr="00AD498E">
        <w:rPr>
          <w:b/>
          <w:sz w:val="22"/>
        </w:rPr>
        <w:t xml:space="preserve"> </w:t>
      </w:r>
      <w:proofErr w:type="spellStart"/>
      <w:r w:rsidRPr="00AD498E">
        <w:rPr>
          <w:b/>
          <w:sz w:val="22"/>
        </w:rPr>
        <w:t>sadarbība</w:t>
      </w:r>
      <w:proofErr w:type="spellEnd"/>
      <w:r w:rsidRPr="00AD498E">
        <w:rPr>
          <w:b/>
          <w:sz w:val="22"/>
        </w:rPr>
        <w:t xml:space="preserve"> </w:t>
      </w:r>
      <w:proofErr w:type="spellStart"/>
      <w:r w:rsidRPr="00AD498E">
        <w:rPr>
          <w:b/>
          <w:sz w:val="22"/>
        </w:rPr>
        <w:t>ar</w:t>
      </w:r>
      <w:proofErr w:type="spellEnd"/>
      <w:r w:rsidRPr="00AD498E">
        <w:rPr>
          <w:b/>
          <w:sz w:val="22"/>
        </w:rPr>
        <w:t xml:space="preserve"> </w:t>
      </w:r>
      <w:proofErr w:type="spellStart"/>
      <w:r w:rsidRPr="00AD498E">
        <w:rPr>
          <w:b/>
          <w:sz w:val="22"/>
        </w:rPr>
        <w:t>nozares</w:t>
      </w:r>
      <w:proofErr w:type="spellEnd"/>
      <w:r w:rsidRPr="00AD498E">
        <w:rPr>
          <w:b/>
          <w:sz w:val="22"/>
        </w:rPr>
        <w:t xml:space="preserve"> </w:t>
      </w:r>
      <w:proofErr w:type="spellStart"/>
      <w:r w:rsidRPr="00AD498E">
        <w:rPr>
          <w:b/>
          <w:sz w:val="22"/>
        </w:rPr>
        <w:t>pārstāvjiem</w:t>
      </w:r>
      <w:proofErr w:type="spellEnd"/>
      <w:r w:rsidRPr="00AD498E">
        <w:rPr>
          <w:b/>
          <w:sz w:val="22"/>
        </w:rPr>
        <w:t xml:space="preserve">, </w:t>
      </w:r>
      <w:proofErr w:type="spellStart"/>
      <w:r w:rsidRPr="00AD498E">
        <w:rPr>
          <w:b/>
          <w:sz w:val="22"/>
        </w:rPr>
        <w:t>mentoriem</w:t>
      </w:r>
      <w:proofErr w:type="spellEnd"/>
      <w:r w:rsidRPr="00AD498E">
        <w:rPr>
          <w:b/>
          <w:sz w:val="22"/>
        </w:rPr>
        <w:t xml:space="preserve"> un </w:t>
      </w:r>
      <w:proofErr w:type="spellStart"/>
      <w:r w:rsidRPr="00AD498E">
        <w:rPr>
          <w:b/>
          <w:sz w:val="22"/>
        </w:rPr>
        <w:t>lietotājiem</w:t>
      </w:r>
      <w:proofErr w:type="spellEnd"/>
    </w:p>
    <w:p w14:paraId="11C0751B" w14:textId="5924587A" w:rsidR="00AD498E" w:rsidRDefault="00AD498E" w:rsidP="00AD498E">
      <w:proofErr w:type="spellStart"/>
      <w:r>
        <w:rPr>
          <w:i/>
          <w:color w:val="666666"/>
          <w:sz w:val="18"/>
        </w:rPr>
        <w:t>Aprakstiet</w:t>
      </w:r>
      <w:proofErr w:type="spellEnd"/>
      <w:r>
        <w:rPr>
          <w:i/>
          <w:color w:val="666666"/>
          <w:sz w:val="18"/>
        </w:rPr>
        <w:t xml:space="preserve"> </w:t>
      </w:r>
      <w:proofErr w:type="spellStart"/>
      <w:r>
        <w:rPr>
          <w:i/>
          <w:color w:val="666666"/>
          <w:sz w:val="18"/>
        </w:rPr>
        <w:t>p</w:t>
      </w:r>
      <w:r w:rsidRPr="00AD498E">
        <w:rPr>
          <w:i/>
          <w:color w:val="666666"/>
          <w:sz w:val="18"/>
        </w:rPr>
        <w:t>lānot</w:t>
      </w:r>
      <w:r>
        <w:rPr>
          <w:i/>
          <w:color w:val="666666"/>
          <w:sz w:val="18"/>
        </w:rPr>
        <w:t>o</w:t>
      </w:r>
      <w:proofErr w:type="spellEnd"/>
      <w:r w:rsidRPr="00AD498E">
        <w:rPr>
          <w:i/>
          <w:color w:val="666666"/>
          <w:sz w:val="18"/>
        </w:rPr>
        <w:t xml:space="preserve"> </w:t>
      </w:r>
      <w:proofErr w:type="spellStart"/>
      <w:r w:rsidRPr="00AD498E">
        <w:rPr>
          <w:i/>
          <w:color w:val="666666"/>
          <w:sz w:val="18"/>
        </w:rPr>
        <w:t>sadarbīb</w:t>
      </w:r>
      <w:r>
        <w:rPr>
          <w:i/>
          <w:color w:val="666666"/>
          <w:sz w:val="18"/>
        </w:rPr>
        <w:t>u</w:t>
      </w:r>
      <w:proofErr w:type="spellEnd"/>
      <w:r w:rsidRPr="00AD498E">
        <w:rPr>
          <w:i/>
          <w:color w:val="666666"/>
          <w:sz w:val="18"/>
        </w:rPr>
        <w:t xml:space="preserve"> </w:t>
      </w:r>
      <w:proofErr w:type="spellStart"/>
      <w:r w:rsidRPr="00AD498E">
        <w:rPr>
          <w:i/>
          <w:color w:val="666666"/>
          <w:sz w:val="18"/>
        </w:rPr>
        <w:t>ar</w:t>
      </w:r>
      <w:proofErr w:type="spellEnd"/>
      <w:r w:rsidRPr="00AD498E">
        <w:rPr>
          <w:i/>
          <w:color w:val="666666"/>
          <w:sz w:val="18"/>
        </w:rPr>
        <w:t xml:space="preserve"> </w:t>
      </w:r>
      <w:proofErr w:type="spellStart"/>
      <w:r w:rsidRPr="00AD498E">
        <w:rPr>
          <w:i/>
          <w:color w:val="666666"/>
          <w:sz w:val="18"/>
        </w:rPr>
        <w:t>nozares</w:t>
      </w:r>
      <w:proofErr w:type="spellEnd"/>
      <w:r w:rsidRPr="00AD498E">
        <w:rPr>
          <w:i/>
          <w:color w:val="666666"/>
          <w:sz w:val="18"/>
        </w:rPr>
        <w:t xml:space="preserve"> </w:t>
      </w:r>
      <w:proofErr w:type="spellStart"/>
      <w:r w:rsidRPr="00AD498E">
        <w:rPr>
          <w:i/>
          <w:color w:val="666666"/>
          <w:sz w:val="18"/>
        </w:rPr>
        <w:t>pārstāvjiem</w:t>
      </w:r>
      <w:proofErr w:type="spellEnd"/>
      <w:r w:rsidRPr="00AD498E">
        <w:rPr>
          <w:i/>
          <w:color w:val="666666"/>
          <w:sz w:val="18"/>
        </w:rPr>
        <w:t xml:space="preserve">, </w:t>
      </w:r>
      <w:proofErr w:type="spellStart"/>
      <w:r w:rsidRPr="00AD498E">
        <w:rPr>
          <w:i/>
          <w:color w:val="666666"/>
          <w:sz w:val="18"/>
        </w:rPr>
        <w:t>mentoriem</w:t>
      </w:r>
      <w:proofErr w:type="spellEnd"/>
      <w:r w:rsidRPr="00AD498E">
        <w:rPr>
          <w:i/>
          <w:color w:val="666666"/>
          <w:sz w:val="18"/>
        </w:rPr>
        <w:t xml:space="preserve"> un </w:t>
      </w:r>
      <w:proofErr w:type="spellStart"/>
      <w:r w:rsidRPr="00AD498E">
        <w:rPr>
          <w:i/>
          <w:color w:val="666666"/>
          <w:sz w:val="18"/>
        </w:rPr>
        <w:t>lietotājiem</w:t>
      </w:r>
      <w:proofErr w:type="spellEnd"/>
      <w:r>
        <w:rPr>
          <w:i/>
          <w:color w:val="666666"/>
          <w:sz w:val="18"/>
        </w:rPr>
        <w:t>.</w:t>
      </w:r>
    </w:p>
    <w:tbl>
      <w:tblPr>
        <w:tblW w:w="0" w:type="auto"/>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shd w:val="clear" w:color="auto" w:fill="F2F2F2" w:themeFill="background1" w:themeFillShade="F2"/>
        <w:tblLook w:val="04A0" w:firstRow="1" w:lastRow="0" w:firstColumn="1" w:lastColumn="0" w:noHBand="0" w:noVBand="1"/>
      </w:tblPr>
      <w:tblGrid>
        <w:gridCol w:w="10190"/>
      </w:tblGrid>
      <w:tr w:rsidR="00AD498E" w14:paraId="3E15416A" w14:textId="77777777" w:rsidTr="0010678E">
        <w:trPr>
          <w:trHeight w:val="800"/>
          <w:jc w:val="center"/>
        </w:trPr>
        <w:tc>
          <w:tcPr>
            <w:tcW w:w="10200" w:type="dxa"/>
            <w:shd w:val="clear" w:color="auto" w:fill="F2F2F2" w:themeFill="background1" w:themeFillShade="F2"/>
            <w:tcMar>
              <w:top w:w="110" w:type="dxa"/>
              <w:left w:w="120" w:type="dxa"/>
              <w:bottom w:w="110" w:type="dxa"/>
              <w:right w:w="120" w:type="dxa"/>
            </w:tcMar>
          </w:tcPr>
          <w:p w14:paraId="1F5940BC" w14:textId="77777777" w:rsidR="00AD498E" w:rsidRDefault="00000000" w:rsidP="0010678E">
            <w:sdt>
              <w:sdtPr>
                <w:alias w:val="ML_SUSTAINABILITY"/>
                <w:tag w:val="ML_SUSTAINABILITY"/>
                <w:id w:val="-373318101"/>
                <w:text w:multiLine="1"/>
              </w:sdtPr>
              <w:sdtContent>
                <w:proofErr w:type="spellStart"/>
                <w:r w:rsidR="00AD498E">
                  <w:t>Ievadiet</w:t>
                </w:r>
                <w:proofErr w:type="spellEnd"/>
                <w:r w:rsidR="00AD498E">
                  <w:t xml:space="preserve"> </w:t>
                </w:r>
                <w:proofErr w:type="spellStart"/>
                <w:r w:rsidR="00AD498E">
                  <w:t>aprakstu</w:t>
                </w:r>
                <w:proofErr w:type="spellEnd"/>
                <w:r w:rsidR="00AD498E">
                  <w:t xml:space="preserve"> </w:t>
                </w:r>
                <w:proofErr w:type="spellStart"/>
                <w:r w:rsidR="00AD498E">
                  <w:t>šeit</w:t>
                </w:r>
                <w:proofErr w:type="spellEnd"/>
                <w:r w:rsidR="00AD498E">
                  <w:t>…</w:t>
                </w:r>
              </w:sdtContent>
            </w:sdt>
          </w:p>
        </w:tc>
      </w:tr>
    </w:tbl>
    <w:p w14:paraId="2B346074" w14:textId="77777777" w:rsidR="00CE25F6" w:rsidRDefault="00CE25F6">
      <w:pPr>
        <w:spacing w:after="20"/>
      </w:pPr>
    </w:p>
    <w:p w14:paraId="79F0C8C3" w14:textId="77777777" w:rsidR="00CE25F6" w:rsidRDefault="00CE25F6">
      <w:pPr>
        <w:spacing w:after="20"/>
      </w:pPr>
    </w:p>
    <w:p w14:paraId="2552ECE2" w14:textId="18B532F2" w:rsidR="00CE25F6" w:rsidRDefault="00000000" w:rsidP="00E422CC">
      <w:pPr>
        <w:pStyle w:val="Heading2"/>
        <w:numPr>
          <w:ilvl w:val="0"/>
          <w:numId w:val="10"/>
        </w:numPr>
        <w:rPr>
          <w:rStyle w:val="Strong"/>
          <w:b/>
          <w:bCs/>
          <w:color w:val="auto"/>
        </w:rPr>
      </w:pPr>
      <w:proofErr w:type="spellStart"/>
      <w:r w:rsidRPr="00E422CC">
        <w:rPr>
          <w:rStyle w:val="Strong"/>
          <w:b/>
          <w:bCs/>
          <w:color w:val="auto"/>
        </w:rPr>
        <w:t>Pieteikumam</w:t>
      </w:r>
      <w:proofErr w:type="spellEnd"/>
      <w:r w:rsidRPr="00E422CC">
        <w:rPr>
          <w:rStyle w:val="Strong"/>
          <w:b/>
          <w:bCs/>
          <w:color w:val="auto"/>
        </w:rPr>
        <w:t xml:space="preserve"> </w:t>
      </w:r>
      <w:proofErr w:type="spellStart"/>
      <w:r w:rsidRPr="00E422CC">
        <w:rPr>
          <w:rStyle w:val="Strong"/>
          <w:b/>
          <w:bCs/>
          <w:color w:val="auto"/>
        </w:rPr>
        <w:t>pievienojamo</w:t>
      </w:r>
      <w:proofErr w:type="spellEnd"/>
      <w:r w:rsidRPr="00E422CC">
        <w:rPr>
          <w:rStyle w:val="Strong"/>
          <w:b/>
          <w:bCs/>
          <w:color w:val="auto"/>
        </w:rPr>
        <w:t xml:space="preserve"> </w:t>
      </w:r>
      <w:proofErr w:type="spellStart"/>
      <w:r w:rsidRPr="00E422CC">
        <w:rPr>
          <w:rStyle w:val="Strong"/>
          <w:b/>
          <w:bCs/>
          <w:color w:val="auto"/>
        </w:rPr>
        <w:t>dokumentu</w:t>
      </w:r>
      <w:proofErr w:type="spellEnd"/>
      <w:r w:rsidRPr="00E422CC">
        <w:rPr>
          <w:rStyle w:val="Strong"/>
          <w:b/>
          <w:bCs/>
          <w:color w:val="auto"/>
        </w:rPr>
        <w:t xml:space="preserve"> </w:t>
      </w:r>
      <w:proofErr w:type="spellStart"/>
      <w:r w:rsidRPr="00E422CC">
        <w:rPr>
          <w:rStyle w:val="Strong"/>
          <w:b/>
          <w:bCs/>
          <w:color w:val="auto"/>
        </w:rPr>
        <w:t>kontrolsaraksts</w:t>
      </w:r>
      <w:proofErr w:type="spellEnd"/>
    </w:p>
    <w:p w14:paraId="4B084E6B" w14:textId="77777777" w:rsidR="00E422CC" w:rsidRPr="00E422CC" w:rsidRDefault="00E422CC" w:rsidP="00E422CC">
      <w:pPr>
        <w:pStyle w:val="ListParagraph"/>
      </w:pPr>
    </w:p>
    <w:tbl>
      <w:tblPr>
        <w:tblW w:w="10295" w:type="dxa"/>
        <w:jc w:val="center"/>
        <w:tblBorders>
          <w:top w:val="single" w:sz="4" w:space="0" w:color="9AA7B2"/>
          <w:left w:val="single" w:sz="4" w:space="0" w:color="9AA7B2"/>
          <w:bottom w:val="single" w:sz="4" w:space="0" w:color="9AA7B2"/>
          <w:right w:val="single" w:sz="4" w:space="0" w:color="9AA7B2"/>
          <w:insideH w:val="single" w:sz="4" w:space="0" w:color="9AA7B2"/>
          <w:insideV w:val="single" w:sz="4" w:space="0" w:color="9AA7B2"/>
        </w:tblBorders>
        <w:tblLayout w:type="fixed"/>
        <w:tblLook w:val="04A0" w:firstRow="1" w:lastRow="0" w:firstColumn="1" w:lastColumn="0" w:noHBand="0" w:noVBand="1"/>
      </w:tblPr>
      <w:tblGrid>
        <w:gridCol w:w="543"/>
        <w:gridCol w:w="5103"/>
        <w:gridCol w:w="2268"/>
        <w:gridCol w:w="2381"/>
      </w:tblGrid>
      <w:tr w:rsidR="00CE25F6" w:rsidRPr="00E422CC" w14:paraId="3E9299C7" w14:textId="77777777" w:rsidTr="001F320F">
        <w:trPr>
          <w:tblHeader/>
          <w:jc w:val="center"/>
        </w:trPr>
        <w:tc>
          <w:tcPr>
            <w:tcW w:w="543" w:type="dxa"/>
            <w:shd w:val="clear" w:color="auto" w:fill="595959" w:themeFill="text1" w:themeFillTint="A6"/>
            <w:tcMar>
              <w:top w:w="70" w:type="dxa"/>
              <w:left w:w="70" w:type="dxa"/>
              <w:bottom w:w="70" w:type="dxa"/>
              <w:right w:w="70" w:type="dxa"/>
            </w:tcMar>
          </w:tcPr>
          <w:p w14:paraId="7956604E" w14:textId="77777777" w:rsidR="00CE25F6" w:rsidRPr="00E422CC" w:rsidRDefault="00000000">
            <w:pPr>
              <w:jc w:val="center"/>
              <w:rPr>
                <w:szCs w:val="20"/>
              </w:rPr>
            </w:pPr>
            <w:r w:rsidRPr="00E422CC">
              <w:rPr>
                <w:b/>
                <w:color w:val="FFFFFF"/>
                <w:szCs w:val="20"/>
              </w:rPr>
              <w:t>Nr.</w:t>
            </w:r>
          </w:p>
        </w:tc>
        <w:tc>
          <w:tcPr>
            <w:tcW w:w="5103" w:type="dxa"/>
            <w:shd w:val="clear" w:color="auto" w:fill="595959" w:themeFill="text1" w:themeFillTint="A6"/>
            <w:tcMar>
              <w:top w:w="70" w:type="dxa"/>
              <w:left w:w="70" w:type="dxa"/>
              <w:bottom w:w="70" w:type="dxa"/>
              <w:right w:w="70" w:type="dxa"/>
            </w:tcMar>
          </w:tcPr>
          <w:p w14:paraId="01B9981C" w14:textId="77777777" w:rsidR="00CE25F6" w:rsidRPr="00E422CC" w:rsidRDefault="00000000">
            <w:pPr>
              <w:jc w:val="center"/>
              <w:rPr>
                <w:szCs w:val="20"/>
              </w:rPr>
            </w:pPr>
            <w:r w:rsidRPr="00E422CC">
              <w:rPr>
                <w:b/>
                <w:color w:val="FFFFFF"/>
                <w:szCs w:val="20"/>
              </w:rPr>
              <w:t>Dokuments</w:t>
            </w:r>
          </w:p>
        </w:tc>
        <w:tc>
          <w:tcPr>
            <w:tcW w:w="2268" w:type="dxa"/>
            <w:shd w:val="clear" w:color="auto" w:fill="595959" w:themeFill="text1" w:themeFillTint="A6"/>
            <w:tcMar>
              <w:top w:w="70" w:type="dxa"/>
              <w:left w:w="70" w:type="dxa"/>
              <w:bottom w:w="70" w:type="dxa"/>
              <w:right w:w="70" w:type="dxa"/>
            </w:tcMar>
          </w:tcPr>
          <w:p w14:paraId="480D22BE" w14:textId="77777777" w:rsidR="00CE25F6" w:rsidRPr="00E422CC" w:rsidRDefault="00000000">
            <w:pPr>
              <w:jc w:val="center"/>
              <w:rPr>
                <w:szCs w:val="20"/>
              </w:rPr>
            </w:pPr>
            <w:r w:rsidRPr="00E422CC">
              <w:rPr>
                <w:b/>
                <w:color w:val="FFFFFF"/>
                <w:szCs w:val="20"/>
              </w:rPr>
              <w:t>Statuss</w:t>
            </w:r>
          </w:p>
        </w:tc>
        <w:tc>
          <w:tcPr>
            <w:tcW w:w="2381" w:type="dxa"/>
            <w:shd w:val="clear" w:color="auto" w:fill="595959" w:themeFill="text1" w:themeFillTint="A6"/>
            <w:tcMar>
              <w:top w:w="70" w:type="dxa"/>
              <w:left w:w="70" w:type="dxa"/>
              <w:bottom w:w="70" w:type="dxa"/>
              <w:right w:w="70" w:type="dxa"/>
            </w:tcMar>
          </w:tcPr>
          <w:p w14:paraId="3AFAB22F" w14:textId="77777777" w:rsidR="00CE25F6" w:rsidRPr="00E422CC" w:rsidRDefault="00000000">
            <w:pPr>
              <w:jc w:val="center"/>
              <w:rPr>
                <w:szCs w:val="20"/>
              </w:rPr>
            </w:pPr>
            <w:r w:rsidRPr="00E422CC">
              <w:rPr>
                <w:b/>
                <w:color w:val="FFFFFF"/>
                <w:szCs w:val="20"/>
              </w:rPr>
              <w:t>Atzīme</w:t>
            </w:r>
          </w:p>
        </w:tc>
      </w:tr>
      <w:tr w:rsidR="00CE25F6" w:rsidRPr="00E422CC" w14:paraId="7AF60111" w14:textId="77777777" w:rsidTr="001F320F">
        <w:trPr>
          <w:cantSplit/>
          <w:jc w:val="center"/>
        </w:trPr>
        <w:tc>
          <w:tcPr>
            <w:tcW w:w="543" w:type="dxa"/>
            <w:shd w:val="clear" w:color="auto" w:fill="F2F2F2" w:themeFill="background1" w:themeFillShade="F2"/>
            <w:tcMar>
              <w:top w:w="70" w:type="dxa"/>
              <w:left w:w="70" w:type="dxa"/>
              <w:bottom w:w="70" w:type="dxa"/>
              <w:right w:w="70" w:type="dxa"/>
            </w:tcMar>
          </w:tcPr>
          <w:p w14:paraId="192245EE" w14:textId="77777777" w:rsidR="00CE25F6" w:rsidRPr="00E422CC" w:rsidRDefault="00000000">
            <w:pPr>
              <w:rPr>
                <w:szCs w:val="20"/>
              </w:rPr>
            </w:pPr>
            <w:r w:rsidRPr="00E422CC">
              <w:rPr>
                <w:color w:val="222222"/>
                <w:szCs w:val="20"/>
              </w:rPr>
              <w:t>1</w:t>
            </w:r>
          </w:p>
        </w:tc>
        <w:tc>
          <w:tcPr>
            <w:tcW w:w="5103" w:type="dxa"/>
            <w:shd w:val="clear" w:color="auto" w:fill="F2F2F2" w:themeFill="background1" w:themeFillShade="F2"/>
            <w:tcMar>
              <w:top w:w="70" w:type="dxa"/>
              <w:left w:w="70" w:type="dxa"/>
              <w:bottom w:w="70" w:type="dxa"/>
              <w:right w:w="70" w:type="dxa"/>
            </w:tcMar>
          </w:tcPr>
          <w:p w14:paraId="52E17EBF" w14:textId="77777777" w:rsidR="00CE25F6" w:rsidRPr="00E422CC" w:rsidRDefault="00000000">
            <w:pPr>
              <w:rPr>
                <w:szCs w:val="20"/>
              </w:rPr>
            </w:pPr>
            <w:r w:rsidRPr="00E422CC">
              <w:rPr>
                <w:color w:val="222222"/>
                <w:szCs w:val="20"/>
              </w:rPr>
              <w:t>Ganta laika grafika diagramma</w:t>
            </w:r>
          </w:p>
        </w:tc>
        <w:tc>
          <w:tcPr>
            <w:tcW w:w="2268" w:type="dxa"/>
            <w:shd w:val="clear" w:color="auto" w:fill="F2F2F2" w:themeFill="background1" w:themeFillShade="F2"/>
            <w:tcMar>
              <w:top w:w="70" w:type="dxa"/>
              <w:left w:w="70" w:type="dxa"/>
              <w:bottom w:w="70" w:type="dxa"/>
              <w:right w:w="70" w:type="dxa"/>
            </w:tcMar>
          </w:tcPr>
          <w:p w14:paraId="2FC84393" w14:textId="77777777" w:rsidR="00CE25F6" w:rsidRPr="00E422CC" w:rsidRDefault="00000000">
            <w:pPr>
              <w:rPr>
                <w:szCs w:val="20"/>
              </w:rPr>
            </w:pPr>
            <w:r w:rsidRPr="00E422CC">
              <w:rPr>
                <w:color w:val="222222"/>
                <w:szCs w:val="20"/>
              </w:rPr>
              <w:t>Obligāti</w:t>
            </w:r>
          </w:p>
        </w:tc>
        <w:tc>
          <w:tcPr>
            <w:tcW w:w="2381" w:type="dxa"/>
            <w:shd w:val="clear" w:color="auto" w:fill="F2F2F2" w:themeFill="background1" w:themeFillShade="F2"/>
            <w:tcMar>
              <w:top w:w="70" w:type="dxa"/>
              <w:left w:w="70" w:type="dxa"/>
              <w:bottom w:w="70" w:type="dxa"/>
              <w:right w:w="70" w:type="dxa"/>
            </w:tcMar>
          </w:tcPr>
          <w:p w14:paraId="30D51E3E" w14:textId="6B4BEB37" w:rsidR="00CE25F6" w:rsidRPr="00E422CC" w:rsidRDefault="00000000">
            <w:pPr>
              <w:rPr>
                <w:szCs w:val="20"/>
              </w:rPr>
            </w:pPr>
            <w:r w:rsidRPr="00E422CC">
              <w:rPr>
                <w:color w:val="222222"/>
                <w:szCs w:val="20"/>
              </w:rPr>
              <w:t xml:space="preserve">☐ Pievienots   </w:t>
            </w:r>
          </w:p>
        </w:tc>
      </w:tr>
      <w:tr w:rsidR="00CE25F6" w:rsidRPr="00E422CC" w14:paraId="0006111D" w14:textId="77777777" w:rsidTr="001F320F">
        <w:trPr>
          <w:cantSplit/>
          <w:jc w:val="center"/>
        </w:trPr>
        <w:tc>
          <w:tcPr>
            <w:tcW w:w="543" w:type="dxa"/>
            <w:shd w:val="clear" w:color="auto" w:fill="FFFFFF"/>
            <w:tcMar>
              <w:top w:w="70" w:type="dxa"/>
              <w:left w:w="70" w:type="dxa"/>
              <w:bottom w:w="70" w:type="dxa"/>
              <w:right w:w="70" w:type="dxa"/>
            </w:tcMar>
          </w:tcPr>
          <w:p w14:paraId="4A93F37E" w14:textId="77777777" w:rsidR="00CE25F6" w:rsidRPr="00E422CC" w:rsidRDefault="00000000">
            <w:pPr>
              <w:rPr>
                <w:szCs w:val="20"/>
              </w:rPr>
            </w:pPr>
            <w:r w:rsidRPr="00E422CC">
              <w:rPr>
                <w:color w:val="222222"/>
                <w:szCs w:val="20"/>
              </w:rPr>
              <w:t>2</w:t>
            </w:r>
          </w:p>
        </w:tc>
        <w:tc>
          <w:tcPr>
            <w:tcW w:w="5103" w:type="dxa"/>
            <w:shd w:val="clear" w:color="auto" w:fill="FFFFFF"/>
            <w:tcMar>
              <w:top w:w="70" w:type="dxa"/>
              <w:left w:w="70" w:type="dxa"/>
              <w:bottom w:w="70" w:type="dxa"/>
              <w:right w:w="70" w:type="dxa"/>
            </w:tcMar>
          </w:tcPr>
          <w:p w14:paraId="28F10E9A" w14:textId="77777777" w:rsidR="00CE25F6" w:rsidRPr="00E422CC" w:rsidRDefault="00000000">
            <w:pPr>
              <w:rPr>
                <w:szCs w:val="20"/>
              </w:rPr>
            </w:pPr>
            <w:r w:rsidRPr="00E422CC">
              <w:rPr>
                <w:color w:val="222222"/>
                <w:szCs w:val="20"/>
              </w:rPr>
              <w:t>Motivācijas vēstule brīvā formā</w:t>
            </w:r>
          </w:p>
        </w:tc>
        <w:tc>
          <w:tcPr>
            <w:tcW w:w="2268" w:type="dxa"/>
            <w:shd w:val="clear" w:color="auto" w:fill="FFFFFF"/>
            <w:tcMar>
              <w:top w:w="70" w:type="dxa"/>
              <w:left w:w="70" w:type="dxa"/>
              <w:bottom w:w="70" w:type="dxa"/>
              <w:right w:w="70" w:type="dxa"/>
            </w:tcMar>
          </w:tcPr>
          <w:p w14:paraId="42C9FE04" w14:textId="77777777" w:rsidR="00CE25F6" w:rsidRPr="00E422CC" w:rsidRDefault="00000000">
            <w:pPr>
              <w:rPr>
                <w:szCs w:val="20"/>
              </w:rPr>
            </w:pPr>
            <w:r w:rsidRPr="00E422CC">
              <w:rPr>
                <w:color w:val="222222"/>
                <w:szCs w:val="20"/>
              </w:rPr>
              <w:t>Obligāti</w:t>
            </w:r>
          </w:p>
        </w:tc>
        <w:tc>
          <w:tcPr>
            <w:tcW w:w="2381" w:type="dxa"/>
            <w:shd w:val="clear" w:color="auto" w:fill="FFFFFF"/>
            <w:tcMar>
              <w:top w:w="70" w:type="dxa"/>
              <w:left w:w="70" w:type="dxa"/>
              <w:bottom w:w="70" w:type="dxa"/>
              <w:right w:w="70" w:type="dxa"/>
            </w:tcMar>
          </w:tcPr>
          <w:p w14:paraId="5A22B1A6" w14:textId="5A8B85F4" w:rsidR="00CE25F6" w:rsidRPr="00E422CC" w:rsidRDefault="00000000">
            <w:pPr>
              <w:rPr>
                <w:szCs w:val="20"/>
              </w:rPr>
            </w:pPr>
            <w:r w:rsidRPr="00E422CC">
              <w:rPr>
                <w:color w:val="222222"/>
                <w:szCs w:val="20"/>
              </w:rPr>
              <w:t xml:space="preserve">☐ Pievienots   </w:t>
            </w:r>
          </w:p>
        </w:tc>
      </w:tr>
      <w:tr w:rsidR="00CE25F6" w:rsidRPr="00E422CC" w14:paraId="2F16AB6C" w14:textId="77777777" w:rsidTr="001F320F">
        <w:trPr>
          <w:cantSplit/>
          <w:jc w:val="center"/>
        </w:trPr>
        <w:tc>
          <w:tcPr>
            <w:tcW w:w="543" w:type="dxa"/>
            <w:shd w:val="clear" w:color="auto" w:fill="F2F2F2" w:themeFill="background1" w:themeFillShade="F2"/>
            <w:tcMar>
              <w:top w:w="70" w:type="dxa"/>
              <w:left w:w="70" w:type="dxa"/>
              <w:bottom w:w="70" w:type="dxa"/>
              <w:right w:w="70" w:type="dxa"/>
            </w:tcMar>
          </w:tcPr>
          <w:p w14:paraId="03CB36EB" w14:textId="77777777" w:rsidR="00CE25F6" w:rsidRPr="00E422CC" w:rsidRDefault="00000000">
            <w:pPr>
              <w:rPr>
                <w:szCs w:val="20"/>
              </w:rPr>
            </w:pPr>
            <w:r w:rsidRPr="00E422CC">
              <w:rPr>
                <w:color w:val="222222"/>
                <w:szCs w:val="20"/>
              </w:rPr>
              <w:t>3</w:t>
            </w:r>
          </w:p>
        </w:tc>
        <w:tc>
          <w:tcPr>
            <w:tcW w:w="5103" w:type="dxa"/>
            <w:shd w:val="clear" w:color="auto" w:fill="F2F2F2" w:themeFill="background1" w:themeFillShade="F2"/>
            <w:tcMar>
              <w:top w:w="70" w:type="dxa"/>
              <w:left w:w="70" w:type="dxa"/>
              <w:bottom w:w="70" w:type="dxa"/>
              <w:right w:w="70" w:type="dxa"/>
            </w:tcMar>
          </w:tcPr>
          <w:p w14:paraId="26067D63" w14:textId="77777777" w:rsidR="00CE25F6" w:rsidRPr="00E422CC" w:rsidRDefault="00000000">
            <w:pPr>
              <w:rPr>
                <w:szCs w:val="20"/>
              </w:rPr>
            </w:pPr>
            <w:r w:rsidRPr="00E422CC">
              <w:rPr>
                <w:color w:val="222222"/>
                <w:szCs w:val="20"/>
              </w:rPr>
              <w:t>Visu Studējošo komandas dalībnieku CV</w:t>
            </w:r>
          </w:p>
        </w:tc>
        <w:tc>
          <w:tcPr>
            <w:tcW w:w="2268" w:type="dxa"/>
            <w:shd w:val="clear" w:color="auto" w:fill="F2F2F2" w:themeFill="background1" w:themeFillShade="F2"/>
            <w:tcMar>
              <w:top w:w="70" w:type="dxa"/>
              <w:left w:w="70" w:type="dxa"/>
              <w:bottom w:w="70" w:type="dxa"/>
              <w:right w:w="70" w:type="dxa"/>
            </w:tcMar>
          </w:tcPr>
          <w:p w14:paraId="6204FFF2" w14:textId="77777777" w:rsidR="00CE25F6" w:rsidRPr="00E422CC" w:rsidRDefault="00000000">
            <w:pPr>
              <w:rPr>
                <w:szCs w:val="20"/>
              </w:rPr>
            </w:pPr>
            <w:r w:rsidRPr="00E422CC">
              <w:rPr>
                <w:color w:val="222222"/>
                <w:szCs w:val="20"/>
              </w:rPr>
              <w:t>Obligāti</w:t>
            </w:r>
          </w:p>
        </w:tc>
        <w:tc>
          <w:tcPr>
            <w:tcW w:w="2381" w:type="dxa"/>
            <w:shd w:val="clear" w:color="auto" w:fill="F2F2F2" w:themeFill="background1" w:themeFillShade="F2"/>
            <w:tcMar>
              <w:top w:w="70" w:type="dxa"/>
              <w:left w:w="70" w:type="dxa"/>
              <w:bottom w:w="70" w:type="dxa"/>
              <w:right w:w="70" w:type="dxa"/>
            </w:tcMar>
          </w:tcPr>
          <w:p w14:paraId="74DBCB64" w14:textId="359ECDEA" w:rsidR="00CE25F6" w:rsidRPr="00E422CC" w:rsidRDefault="00000000">
            <w:pPr>
              <w:rPr>
                <w:szCs w:val="20"/>
              </w:rPr>
            </w:pPr>
            <w:r w:rsidRPr="00E422CC">
              <w:rPr>
                <w:color w:val="222222"/>
                <w:szCs w:val="20"/>
              </w:rPr>
              <w:t xml:space="preserve">☐ Pievienots   </w:t>
            </w:r>
          </w:p>
        </w:tc>
      </w:tr>
      <w:tr w:rsidR="00CE25F6" w:rsidRPr="00E422CC" w14:paraId="57AD4106" w14:textId="77777777" w:rsidTr="001F320F">
        <w:trPr>
          <w:cantSplit/>
          <w:jc w:val="center"/>
        </w:trPr>
        <w:tc>
          <w:tcPr>
            <w:tcW w:w="543" w:type="dxa"/>
            <w:shd w:val="clear" w:color="auto" w:fill="FFFFFF"/>
            <w:tcMar>
              <w:top w:w="70" w:type="dxa"/>
              <w:left w:w="70" w:type="dxa"/>
              <w:bottom w:w="70" w:type="dxa"/>
              <w:right w:w="70" w:type="dxa"/>
            </w:tcMar>
          </w:tcPr>
          <w:p w14:paraId="13BB1DE3" w14:textId="77777777" w:rsidR="00CE25F6" w:rsidRPr="00E422CC" w:rsidRDefault="00000000">
            <w:pPr>
              <w:rPr>
                <w:szCs w:val="20"/>
              </w:rPr>
            </w:pPr>
            <w:r w:rsidRPr="00E422CC">
              <w:rPr>
                <w:color w:val="222222"/>
                <w:szCs w:val="20"/>
              </w:rPr>
              <w:t>4</w:t>
            </w:r>
          </w:p>
        </w:tc>
        <w:tc>
          <w:tcPr>
            <w:tcW w:w="5103" w:type="dxa"/>
            <w:shd w:val="clear" w:color="auto" w:fill="FFFFFF"/>
            <w:tcMar>
              <w:top w:w="70" w:type="dxa"/>
              <w:left w:w="70" w:type="dxa"/>
              <w:bottom w:w="70" w:type="dxa"/>
              <w:right w:w="70" w:type="dxa"/>
            </w:tcMar>
          </w:tcPr>
          <w:p w14:paraId="0C76442A" w14:textId="77777777" w:rsidR="00CE25F6" w:rsidRPr="00E422CC" w:rsidRDefault="00000000">
            <w:pPr>
              <w:rPr>
                <w:szCs w:val="20"/>
              </w:rPr>
            </w:pPr>
            <w:r w:rsidRPr="00E422CC">
              <w:rPr>
                <w:color w:val="222222"/>
                <w:szCs w:val="20"/>
              </w:rPr>
              <w:t>Mentora CV</w:t>
            </w:r>
          </w:p>
        </w:tc>
        <w:tc>
          <w:tcPr>
            <w:tcW w:w="2268" w:type="dxa"/>
            <w:shd w:val="clear" w:color="auto" w:fill="FFFFFF"/>
            <w:tcMar>
              <w:top w:w="70" w:type="dxa"/>
              <w:left w:w="70" w:type="dxa"/>
              <w:bottom w:w="70" w:type="dxa"/>
              <w:right w:w="70" w:type="dxa"/>
            </w:tcMar>
          </w:tcPr>
          <w:p w14:paraId="3021C9AA" w14:textId="77777777" w:rsidR="00CE25F6" w:rsidRPr="00E422CC" w:rsidRDefault="00000000">
            <w:pPr>
              <w:rPr>
                <w:szCs w:val="20"/>
              </w:rPr>
            </w:pPr>
            <w:r w:rsidRPr="00E422CC">
              <w:rPr>
                <w:color w:val="222222"/>
                <w:szCs w:val="20"/>
              </w:rPr>
              <w:t>Ja mentors tiek piesaistīts</w:t>
            </w:r>
          </w:p>
        </w:tc>
        <w:tc>
          <w:tcPr>
            <w:tcW w:w="2381" w:type="dxa"/>
            <w:shd w:val="clear" w:color="auto" w:fill="FFFFFF"/>
            <w:tcMar>
              <w:top w:w="70" w:type="dxa"/>
              <w:left w:w="70" w:type="dxa"/>
              <w:bottom w:w="70" w:type="dxa"/>
              <w:right w:w="70" w:type="dxa"/>
            </w:tcMar>
          </w:tcPr>
          <w:p w14:paraId="1B424066" w14:textId="77777777" w:rsidR="00CE25F6" w:rsidRPr="00E422CC" w:rsidRDefault="00000000">
            <w:pPr>
              <w:rPr>
                <w:szCs w:val="20"/>
              </w:rPr>
            </w:pPr>
            <w:r w:rsidRPr="00E422CC">
              <w:rPr>
                <w:color w:val="222222"/>
                <w:szCs w:val="20"/>
              </w:rPr>
              <w:t>☐ Pievienots   ☐ Nav attiecināms</w:t>
            </w:r>
          </w:p>
        </w:tc>
      </w:tr>
      <w:tr w:rsidR="00CE25F6" w:rsidRPr="00E422CC" w14:paraId="65988D5F" w14:textId="77777777" w:rsidTr="001F320F">
        <w:trPr>
          <w:cantSplit/>
          <w:jc w:val="center"/>
        </w:trPr>
        <w:tc>
          <w:tcPr>
            <w:tcW w:w="543" w:type="dxa"/>
            <w:shd w:val="clear" w:color="auto" w:fill="F2F2F2" w:themeFill="background1" w:themeFillShade="F2"/>
            <w:tcMar>
              <w:top w:w="70" w:type="dxa"/>
              <w:left w:w="70" w:type="dxa"/>
              <w:bottom w:w="70" w:type="dxa"/>
              <w:right w:w="70" w:type="dxa"/>
            </w:tcMar>
          </w:tcPr>
          <w:p w14:paraId="2CA47752" w14:textId="77777777" w:rsidR="00CE25F6" w:rsidRPr="00E422CC" w:rsidRDefault="00000000">
            <w:pPr>
              <w:rPr>
                <w:szCs w:val="20"/>
              </w:rPr>
            </w:pPr>
            <w:r w:rsidRPr="00E422CC">
              <w:rPr>
                <w:color w:val="222222"/>
                <w:szCs w:val="20"/>
              </w:rPr>
              <w:t>5</w:t>
            </w:r>
          </w:p>
        </w:tc>
        <w:tc>
          <w:tcPr>
            <w:tcW w:w="5103" w:type="dxa"/>
            <w:shd w:val="clear" w:color="auto" w:fill="F2F2F2" w:themeFill="background1" w:themeFillShade="F2"/>
            <w:tcMar>
              <w:top w:w="70" w:type="dxa"/>
              <w:left w:w="70" w:type="dxa"/>
              <w:bottom w:w="70" w:type="dxa"/>
              <w:right w:w="70" w:type="dxa"/>
            </w:tcMar>
          </w:tcPr>
          <w:p w14:paraId="3C824D18" w14:textId="77777777" w:rsidR="00CE25F6" w:rsidRPr="00E422CC" w:rsidRDefault="00000000">
            <w:pPr>
              <w:rPr>
                <w:szCs w:val="20"/>
              </w:rPr>
            </w:pPr>
            <w:r w:rsidRPr="00E422CC">
              <w:rPr>
                <w:color w:val="222222"/>
                <w:szCs w:val="20"/>
              </w:rPr>
              <w:t>Budžeta projekta veidlapa (7. pielikums)</w:t>
            </w:r>
          </w:p>
        </w:tc>
        <w:tc>
          <w:tcPr>
            <w:tcW w:w="2268" w:type="dxa"/>
            <w:shd w:val="clear" w:color="auto" w:fill="F2F2F2" w:themeFill="background1" w:themeFillShade="F2"/>
            <w:tcMar>
              <w:top w:w="70" w:type="dxa"/>
              <w:left w:w="70" w:type="dxa"/>
              <w:bottom w:w="70" w:type="dxa"/>
              <w:right w:w="70" w:type="dxa"/>
            </w:tcMar>
          </w:tcPr>
          <w:p w14:paraId="6DD4766B" w14:textId="77777777" w:rsidR="00CE25F6" w:rsidRPr="00E422CC" w:rsidRDefault="00000000">
            <w:pPr>
              <w:rPr>
                <w:szCs w:val="20"/>
              </w:rPr>
            </w:pPr>
            <w:r w:rsidRPr="00E422CC">
              <w:rPr>
                <w:color w:val="222222"/>
                <w:szCs w:val="20"/>
              </w:rPr>
              <w:t>Obligāti gan “Mazajam”, gan “Lielajam”</w:t>
            </w:r>
          </w:p>
        </w:tc>
        <w:tc>
          <w:tcPr>
            <w:tcW w:w="2381" w:type="dxa"/>
            <w:shd w:val="clear" w:color="auto" w:fill="F2F2F2" w:themeFill="background1" w:themeFillShade="F2"/>
            <w:tcMar>
              <w:top w:w="70" w:type="dxa"/>
              <w:left w:w="70" w:type="dxa"/>
              <w:bottom w:w="70" w:type="dxa"/>
              <w:right w:w="70" w:type="dxa"/>
            </w:tcMar>
          </w:tcPr>
          <w:p w14:paraId="0ACFEBDF" w14:textId="284E4F8B" w:rsidR="00CE25F6" w:rsidRPr="00E422CC" w:rsidRDefault="00000000">
            <w:pPr>
              <w:rPr>
                <w:szCs w:val="20"/>
              </w:rPr>
            </w:pPr>
            <w:r w:rsidRPr="00E422CC">
              <w:rPr>
                <w:color w:val="222222"/>
                <w:szCs w:val="20"/>
              </w:rPr>
              <w:t xml:space="preserve">☐ Pievienots   </w:t>
            </w:r>
          </w:p>
        </w:tc>
      </w:tr>
      <w:tr w:rsidR="00CE25F6" w:rsidRPr="00E422CC" w14:paraId="645555F7" w14:textId="77777777" w:rsidTr="001F320F">
        <w:trPr>
          <w:cantSplit/>
          <w:jc w:val="center"/>
        </w:trPr>
        <w:tc>
          <w:tcPr>
            <w:tcW w:w="543" w:type="dxa"/>
            <w:shd w:val="clear" w:color="auto" w:fill="FFFFFF"/>
            <w:tcMar>
              <w:top w:w="70" w:type="dxa"/>
              <w:left w:w="70" w:type="dxa"/>
              <w:bottom w:w="70" w:type="dxa"/>
              <w:right w:w="70" w:type="dxa"/>
            </w:tcMar>
          </w:tcPr>
          <w:p w14:paraId="28745AAB" w14:textId="77777777" w:rsidR="00CE25F6" w:rsidRPr="00E422CC" w:rsidRDefault="00000000">
            <w:pPr>
              <w:rPr>
                <w:szCs w:val="20"/>
              </w:rPr>
            </w:pPr>
            <w:r w:rsidRPr="00E422CC">
              <w:rPr>
                <w:color w:val="222222"/>
                <w:szCs w:val="20"/>
              </w:rPr>
              <w:t>6</w:t>
            </w:r>
          </w:p>
        </w:tc>
        <w:tc>
          <w:tcPr>
            <w:tcW w:w="5103" w:type="dxa"/>
            <w:shd w:val="clear" w:color="auto" w:fill="FFFFFF"/>
            <w:tcMar>
              <w:top w:w="70" w:type="dxa"/>
              <w:left w:w="70" w:type="dxa"/>
              <w:bottom w:w="70" w:type="dxa"/>
              <w:right w:w="70" w:type="dxa"/>
            </w:tcMar>
          </w:tcPr>
          <w:p w14:paraId="12C70DD8" w14:textId="4E332831" w:rsidR="00CE25F6" w:rsidRPr="00E422CC" w:rsidRDefault="00000000">
            <w:pPr>
              <w:rPr>
                <w:szCs w:val="20"/>
              </w:rPr>
            </w:pPr>
            <w:proofErr w:type="spellStart"/>
            <w:r w:rsidRPr="00E422CC">
              <w:rPr>
                <w:color w:val="222222"/>
                <w:szCs w:val="20"/>
              </w:rPr>
              <w:t>Katras</w:t>
            </w:r>
            <w:proofErr w:type="spellEnd"/>
            <w:r w:rsidRPr="00E422CC">
              <w:rPr>
                <w:color w:val="222222"/>
                <w:szCs w:val="20"/>
              </w:rPr>
              <w:t xml:space="preserve"> </w:t>
            </w:r>
            <w:proofErr w:type="spellStart"/>
            <w:r w:rsidRPr="00E422CC">
              <w:rPr>
                <w:color w:val="222222"/>
                <w:szCs w:val="20"/>
              </w:rPr>
              <w:t>budžeta</w:t>
            </w:r>
            <w:proofErr w:type="spellEnd"/>
            <w:r w:rsidRPr="00E422CC">
              <w:rPr>
                <w:color w:val="222222"/>
                <w:szCs w:val="20"/>
              </w:rPr>
              <w:t xml:space="preserve"> </w:t>
            </w:r>
            <w:proofErr w:type="spellStart"/>
            <w:r w:rsidRPr="00E422CC">
              <w:rPr>
                <w:color w:val="222222"/>
                <w:szCs w:val="20"/>
              </w:rPr>
              <w:t>pozīcijas</w:t>
            </w:r>
            <w:proofErr w:type="spellEnd"/>
            <w:r w:rsidRPr="00E422CC">
              <w:rPr>
                <w:color w:val="222222"/>
                <w:szCs w:val="20"/>
              </w:rPr>
              <w:t xml:space="preserve"> </w:t>
            </w:r>
            <w:proofErr w:type="spellStart"/>
            <w:r w:rsidRPr="00E422CC">
              <w:rPr>
                <w:color w:val="222222"/>
                <w:szCs w:val="20"/>
              </w:rPr>
              <w:t>izmaksu</w:t>
            </w:r>
            <w:proofErr w:type="spellEnd"/>
            <w:r w:rsidRPr="00E422CC">
              <w:rPr>
                <w:color w:val="222222"/>
                <w:szCs w:val="20"/>
              </w:rPr>
              <w:t xml:space="preserve"> </w:t>
            </w:r>
            <w:proofErr w:type="spellStart"/>
            <w:r w:rsidRPr="00E422CC">
              <w:rPr>
                <w:color w:val="222222"/>
                <w:szCs w:val="20"/>
              </w:rPr>
              <w:t>pamatojošā</w:t>
            </w:r>
            <w:proofErr w:type="spellEnd"/>
            <w:r w:rsidRPr="00E422CC">
              <w:rPr>
                <w:color w:val="222222"/>
                <w:szCs w:val="20"/>
              </w:rPr>
              <w:t xml:space="preserve"> </w:t>
            </w:r>
            <w:proofErr w:type="spellStart"/>
            <w:r w:rsidRPr="00E422CC">
              <w:rPr>
                <w:color w:val="222222"/>
                <w:szCs w:val="20"/>
              </w:rPr>
              <w:t>dokumentācija</w:t>
            </w:r>
            <w:proofErr w:type="spellEnd"/>
            <w:r w:rsidRPr="00E422CC">
              <w:rPr>
                <w:color w:val="222222"/>
                <w:szCs w:val="20"/>
              </w:rPr>
              <w:t xml:space="preserve"> / </w:t>
            </w:r>
            <w:proofErr w:type="spellStart"/>
            <w:r w:rsidRPr="00E422CC">
              <w:rPr>
                <w:color w:val="222222"/>
                <w:szCs w:val="20"/>
              </w:rPr>
              <w:t>tirgus</w:t>
            </w:r>
            <w:proofErr w:type="spellEnd"/>
            <w:r w:rsidRPr="00E422CC">
              <w:rPr>
                <w:color w:val="222222"/>
                <w:szCs w:val="20"/>
              </w:rPr>
              <w:t xml:space="preserve"> </w:t>
            </w:r>
            <w:proofErr w:type="spellStart"/>
            <w:r w:rsidRPr="00E422CC">
              <w:rPr>
                <w:color w:val="222222"/>
                <w:szCs w:val="20"/>
              </w:rPr>
              <w:t>izpēte</w:t>
            </w:r>
            <w:proofErr w:type="spellEnd"/>
          </w:p>
        </w:tc>
        <w:tc>
          <w:tcPr>
            <w:tcW w:w="2268" w:type="dxa"/>
            <w:shd w:val="clear" w:color="auto" w:fill="FFFFFF"/>
            <w:tcMar>
              <w:top w:w="70" w:type="dxa"/>
              <w:left w:w="70" w:type="dxa"/>
              <w:bottom w:w="70" w:type="dxa"/>
              <w:right w:w="70" w:type="dxa"/>
            </w:tcMar>
          </w:tcPr>
          <w:p w14:paraId="796AC206" w14:textId="77777777" w:rsidR="00CE25F6" w:rsidRPr="00E422CC" w:rsidRDefault="00000000">
            <w:pPr>
              <w:rPr>
                <w:szCs w:val="20"/>
              </w:rPr>
            </w:pPr>
            <w:r w:rsidRPr="00E422CC">
              <w:rPr>
                <w:color w:val="222222"/>
                <w:szCs w:val="20"/>
              </w:rPr>
              <w:t>Obligāti</w:t>
            </w:r>
          </w:p>
        </w:tc>
        <w:tc>
          <w:tcPr>
            <w:tcW w:w="2381" w:type="dxa"/>
            <w:shd w:val="clear" w:color="auto" w:fill="FFFFFF"/>
            <w:tcMar>
              <w:top w:w="70" w:type="dxa"/>
              <w:left w:w="70" w:type="dxa"/>
              <w:bottom w:w="70" w:type="dxa"/>
              <w:right w:w="70" w:type="dxa"/>
            </w:tcMar>
          </w:tcPr>
          <w:p w14:paraId="0FA266FB" w14:textId="5F4E508D" w:rsidR="00CE25F6" w:rsidRPr="00E422CC" w:rsidRDefault="00000000">
            <w:pPr>
              <w:rPr>
                <w:szCs w:val="20"/>
              </w:rPr>
            </w:pPr>
            <w:r w:rsidRPr="00E422CC">
              <w:rPr>
                <w:color w:val="222222"/>
                <w:szCs w:val="20"/>
              </w:rPr>
              <w:t xml:space="preserve">☐ Pievienots   </w:t>
            </w:r>
          </w:p>
        </w:tc>
      </w:tr>
      <w:tr w:rsidR="00CE25F6" w:rsidRPr="00E422CC" w14:paraId="63706263" w14:textId="77777777" w:rsidTr="001F320F">
        <w:trPr>
          <w:cantSplit/>
          <w:jc w:val="center"/>
        </w:trPr>
        <w:tc>
          <w:tcPr>
            <w:tcW w:w="543" w:type="dxa"/>
            <w:shd w:val="clear" w:color="auto" w:fill="F2F2F2" w:themeFill="background1" w:themeFillShade="F2"/>
            <w:tcMar>
              <w:top w:w="70" w:type="dxa"/>
              <w:left w:w="70" w:type="dxa"/>
              <w:bottom w:w="70" w:type="dxa"/>
              <w:right w:w="70" w:type="dxa"/>
            </w:tcMar>
          </w:tcPr>
          <w:p w14:paraId="38CFDA12" w14:textId="77777777" w:rsidR="00CE25F6" w:rsidRPr="00E422CC" w:rsidRDefault="00000000">
            <w:pPr>
              <w:rPr>
                <w:szCs w:val="20"/>
              </w:rPr>
            </w:pPr>
            <w:r w:rsidRPr="00E422CC">
              <w:rPr>
                <w:color w:val="222222"/>
                <w:szCs w:val="20"/>
              </w:rPr>
              <w:t>7</w:t>
            </w:r>
          </w:p>
        </w:tc>
        <w:tc>
          <w:tcPr>
            <w:tcW w:w="5103" w:type="dxa"/>
            <w:shd w:val="clear" w:color="auto" w:fill="F2F2F2" w:themeFill="background1" w:themeFillShade="F2"/>
            <w:tcMar>
              <w:top w:w="70" w:type="dxa"/>
              <w:left w:w="70" w:type="dxa"/>
              <w:bottom w:w="70" w:type="dxa"/>
              <w:right w:w="70" w:type="dxa"/>
            </w:tcMar>
          </w:tcPr>
          <w:p w14:paraId="18EDA940" w14:textId="77777777" w:rsidR="00CE25F6" w:rsidRPr="00E422CC" w:rsidRDefault="00000000">
            <w:pPr>
              <w:rPr>
                <w:szCs w:val="20"/>
              </w:rPr>
            </w:pPr>
            <w:r w:rsidRPr="00E422CC">
              <w:rPr>
                <w:color w:val="222222"/>
                <w:szCs w:val="20"/>
              </w:rPr>
              <w:t>Izziņa no izglītības iestādes par studējošā/skolēna statusu un programmu</w:t>
            </w:r>
          </w:p>
        </w:tc>
        <w:tc>
          <w:tcPr>
            <w:tcW w:w="2268" w:type="dxa"/>
            <w:shd w:val="clear" w:color="auto" w:fill="F2F2F2" w:themeFill="background1" w:themeFillShade="F2"/>
            <w:tcMar>
              <w:top w:w="70" w:type="dxa"/>
              <w:left w:w="70" w:type="dxa"/>
              <w:bottom w:w="70" w:type="dxa"/>
              <w:right w:w="70" w:type="dxa"/>
            </w:tcMar>
          </w:tcPr>
          <w:p w14:paraId="7082C561" w14:textId="77777777" w:rsidR="00CE25F6" w:rsidRPr="00E422CC" w:rsidRDefault="00000000">
            <w:pPr>
              <w:rPr>
                <w:szCs w:val="20"/>
              </w:rPr>
            </w:pPr>
            <w:r w:rsidRPr="00E422CC">
              <w:rPr>
                <w:color w:val="222222"/>
                <w:szCs w:val="20"/>
              </w:rPr>
              <w:t>Obligāti katram dalībniekam, kurš nav TSI students</w:t>
            </w:r>
          </w:p>
        </w:tc>
        <w:tc>
          <w:tcPr>
            <w:tcW w:w="2381" w:type="dxa"/>
            <w:shd w:val="clear" w:color="auto" w:fill="F2F2F2" w:themeFill="background1" w:themeFillShade="F2"/>
            <w:tcMar>
              <w:top w:w="70" w:type="dxa"/>
              <w:left w:w="70" w:type="dxa"/>
              <w:bottom w:w="70" w:type="dxa"/>
              <w:right w:w="70" w:type="dxa"/>
            </w:tcMar>
          </w:tcPr>
          <w:p w14:paraId="63DAFEDD" w14:textId="77777777" w:rsidR="00CE25F6" w:rsidRPr="00E422CC" w:rsidRDefault="00000000">
            <w:pPr>
              <w:rPr>
                <w:szCs w:val="20"/>
              </w:rPr>
            </w:pPr>
            <w:r w:rsidRPr="00E422CC">
              <w:rPr>
                <w:color w:val="222222"/>
                <w:szCs w:val="20"/>
              </w:rPr>
              <w:t>☐ Pievienots   ☐ Nav attiecināms</w:t>
            </w:r>
          </w:p>
        </w:tc>
      </w:tr>
      <w:tr w:rsidR="00CE25F6" w:rsidRPr="00E422CC" w14:paraId="3FC9B48C" w14:textId="77777777" w:rsidTr="001F320F">
        <w:trPr>
          <w:cantSplit/>
          <w:jc w:val="center"/>
        </w:trPr>
        <w:tc>
          <w:tcPr>
            <w:tcW w:w="543" w:type="dxa"/>
            <w:shd w:val="clear" w:color="auto" w:fill="FFFFFF" w:themeFill="background1"/>
            <w:tcMar>
              <w:top w:w="70" w:type="dxa"/>
              <w:left w:w="70" w:type="dxa"/>
              <w:bottom w:w="70" w:type="dxa"/>
              <w:right w:w="70" w:type="dxa"/>
            </w:tcMar>
          </w:tcPr>
          <w:p w14:paraId="3494EB89" w14:textId="7497BCD9" w:rsidR="00CE25F6" w:rsidRPr="00E422CC" w:rsidRDefault="001F320F">
            <w:pPr>
              <w:rPr>
                <w:szCs w:val="20"/>
              </w:rPr>
            </w:pPr>
            <w:r w:rsidRPr="00E422CC">
              <w:rPr>
                <w:color w:val="222222"/>
                <w:szCs w:val="20"/>
              </w:rPr>
              <w:t>8</w:t>
            </w:r>
          </w:p>
        </w:tc>
        <w:tc>
          <w:tcPr>
            <w:tcW w:w="5103" w:type="dxa"/>
            <w:shd w:val="clear" w:color="auto" w:fill="FFFFFF" w:themeFill="background1"/>
            <w:tcMar>
              <w:top w:w="70" w:type="dxa"/>
              <w:left w:w="70" w:type="dxa"/>
              <w:bottom w:w="70" w:type="dxa"/>
              <w:right w:w="70" w:type="dxa"/>
            </w:tcMar>
          </w:tcPr>
          <w:p w14:paraId="501CB106" w14:textId="77777777" w:rsidR="00CE25F6" w:rsidRPr="00E422CC" w:rsidRDefault="00000000">
            <w:pPr>
              <w:rPr>
                <w:szCs w:val="20"/>
              </w:rPr>
            </w:pPr>
            <w:r w:rsidRPr="00E422CC">
              <w:rPr>
                <w:color w:val="222222"/>
                <w:szCs w:val="20"/>
              </w:rPr>
              <w:t>Citi pieteikumu pamatojoši dokumenti</w:t>
            </w:r>
          </w:p>
        </w:tc>
        <w:tc>
          <w:tcPr>
            <w:tcW w:w="2268" w:type="dxa"/>
            <w:shd w:val="clear" w:color="auto" w:fill="FFFFFF" w:themeFill="background1"/>
            <w:tcMar>
              <w:top w:w="70" w:type="dxa"/>
              <w:left w:w="70" w:type="dxa"/>
              <w:bottom w:w="70" w:type="dxa"/>
              <w:right w:w="70" w:type="dxa"/>
            </w:tcMar>
          </w:tcPr>
          <w:p w14:paraId="77C00D3E" w14:textId="77777777" w:rsidR="00CE25F6" w:rsidRPr="00E422CC" w:rsidRDefault="00000000">
            <w:pPr>
              <w:rPr>
                <w:szCs w:val="20"/>
              </w:rPr>
            </w:pPr>
            <w:r w:rsidRPr="00E422CC">
              <w:rPr>
                <w:color w:val="222222"/>
                <w:szCs w:val="20"/>
              </w:rPr>
              <w:t>Pēc pretendenta ieskata / TSI pieprasījuma</w:t>
            </w:r>
          </w:p>
        </w:tc>
        <w:tc>
          <w:tcPr>
            <w:tcW w:w="2381" w:type="dxa"/>
            <w:shd w:val="clear" w:color="auto" w:fill="FFFFFF" w:themeFill="background1"/>
            <w:tcMar>
              <w:top w:w="70" w:type="dxa"/>
              <w:left w:w="70" w:type="dxa"/>
              <w:bottom w:w="70" w:type="dxa"/>
              <w:right w:w="70" w:type="dxa"/>
            </w:tcMar>
          </w:tcPr>
          <w:p w14:paraId="1DC8EA1A" w14:textId="77777777" w:rsidR="00CE25F6" w:rsidRPr="00E422CC" w:rsidRDefault="00000000">
            <w:pPr>
              <w:rPr>
                <w:szCs w:val="20"/>
              </w:rPr>
            </w:pPr>
            <w:r w:rsidRPr="00E422CC">
              <w:rPr>
                <w:color w:val="222222"/>
                <w:szCs w:val="20"/>
              </w:rPr>
              <w:t>☐ Pievienots   ☐ Nav attiecināms</w:t>
            </w:r>
          </w:p>
        </w:tc>
      </w:tr>
    </w:tbl>
    <w:p w14:paraId="3820352D" w14:textId="77777777" w:rsidR="00CE25F6" w:rsidRDefault="00CE25F6">
      <w:pPr>
        <w:spacing w:after="20"/>
      </w:pPr>
    </w:p>
    <w:p w14:paraId="58E28173" w14:textId="77777777" w:rsidR="00B82C71" w:rsidRPr="00B82C71" w:rsidRDefault="00B82C71">
      <w:pPr>
        <w:spacing w:after="20"/>
        <w:rPr>
          <w:b/>
          <w:bCs/>
          <w:i/>
          <w:iCs/>
          <w:sz w:val="24"/>
          <w:szCs w:val="24"/>
        </w:rPr>
      </w:pPr>
    </w:p>
    <w:p w14:paraId="1FA07592" w14:textId="74B82EA6" w:rsidR="00CE25F6" w:rsidRPr="00B82C71" w:rsidRDefault="00B82C71">
      <w:pPr>
        <w:spacing w:after="20"/>
        <w:rPr>
          <w:b/>
          <w:bCs/>
          <w:i/>
          <w:iCs/>
          <w:sz w:val="24"/>
          <w:szCs w:val="24"/>
        </w:rPr>
      </w:pPr>
      <w:proofErr w:type="spellStart"/>
      <w:r w:rsidRPr="00B82C71">
        <w:rPr>
          <w:b/>
          <w:bCs/>
          <w:i/>
          <w:iCs/>
          <w:sz w:val="24"/>
          <w:szCs w:val="24"/>
        </w:rPr>
        <w:t>Pieteikums</w:t>
      </w:r>
      <w:proofErr w:type="spellEnd"/>
      <w:r w:rsidRPr="00B82C71">
        <w:rPr>
          <w:b/>
          <w:bCs/>
          <w:i/>
          <w:iCs/>
          <w:sz w:val="24"/>
          <w:szCs w:val="24"/>
        </w:rPr>
        <w:t xml:space="preserve"> </w:t>
      </w:r>
      <w:proofErr w:type="spellStart"/>
      <w:r w:rsidRPr="00B82C71">
        <w:rPr>
          <w:b/>
          <w:bCs/>
          <w:i/>
          <w:iCs/>
          <w:sz w:val="24"/>
          <w:szCs w:val="24"/>
        </w:rPr>
        <w:t>jāiesniedz</w:t>
      </w:r>
      <w:proofErr w:type="spellEnd"/>
      <w:r w:rsidRPr="00B82C71">
        <w:rPr>
          <w:b/>
          <w:bCs/>
          <w:i/>
          <w:iCs/>
          <w:sz w:val="24"/>
          <w:szCs w:val="24"/>
        </w:rPr>
        <w:t xml:space="preserve"> </w:t>
      </w:r>
      <w:proofErr w:type="spellStart"/>
      <w:r w:rsidRPr="00B82C71">
        <w:rPr>
          <w:b/>
          <w:bCs/>
          <w:i/>
          <w:iCs/>
          <w:sz w:val="24"/>
          <w:szCs w:val="24"/>
        </w:rPr>
        <w:t>līdz</w:t>
      </w:r>
      <w:proofErr w:type="spellEnd"/>
      <w:r w:rsidRPr="00B82C71">
        <w:rPr>
          <w:b/>
          <w:bCs/>
          <w:i/>
          <w:iCs/>
          <w:sz w:val="24"/>
          <w:szCs w:val="24"/>
        </w:rPr>
        <w:t xml:space="preserve"> 2026. gada 28. </w:t>
      </w:r>
      <w:proofErr w:type="spellStart"/>
      <w:r w:rsidRPr="00B82C71">
        <w:rPr>
          <w:b/>
          <w:bCs/>
          <w:i/>
          <w:iCs/>
          <w:sz w:val="24"/>
          <w:szCs w:val="24"/>
        </w:rPr>
        <w:t>oktobrim</w:t>
      </w:r>
      <w:proofErr w:type="spellEnd"/>
      <w:r w:rsidRPr="00B82C71">
        <w:rPr>
          <w:b/>
          <w:bCs/>
          <w:i/>
          <w:iCs/>
          <w:sz w:val="24"/>
          <w:szCs w:val="24"/>
        </w:rPr>
        <w:t xml:space="preserve"> </w:t>
      </w:r>
      <w:proofErr w:type="spellStart"/>
      <w:r w:rsidRPr="00B82C71">
        <w:rPr>
          <w:b/>
          <w:bCs/>
          <w:i/>
          <w:iCs/>
          <w:sz w:val="24"/>
          <w:szCs w:val="24"/>
        </w:rPr>
        <w:t>plkst</w:t>
      </w:r>
      <w:proofErr w:type="spellEnd"/>
      <w:r w:rsidRPr="00B82C71">
        <w:rPr>
          <w:b/>
          <w:bCs/>
          <w:i/>
          <w:iCs/>
          <w:sz w:val="24"/>
          <w:szCs w:val="24"/>
        </w:rPr>
        <w:t xml:space="preserve">. 23:59, </w:t>
      </w:r>
      <w:proofErr w:type="spellStart"/>
      <w:r w:rsidRPr="00B82C71">
        <w:rPr>
          <w:b/>
          <w:bCs/>
          <w:i/>
          <w:iCs/>
          <w:sz w:val="24"/>
          <w:szCs w:val="24"/>
        </w:rPr>
        <w:t>sūtot</w:t>
      </w:r>
      <w:proofErr w:type="spellEnd"/>
      <w:r w:rsidRPr="00B82C71">
        <w:rPr>
          <w:b/>
          <w:bCs/>
          <w:i/>
          <w:iCs/>
          <w:sz w:val="24"/>
          <w:szCs w:val="24"/>
        </w:rPr>
        <w:t xml:space="preserve"> </w:t>
      </w:r>
      <w:proofErr w:type="spellStart"/>
      <w:r w:rsidRPr="00B82C71">
        <w:rPr>
          <w:b/>
          <w:bCs/>
          <w:i/>
          <w:iCs/>
          <w:sz w:val="24"/>
          <w:szCs w:val="24"/>
        </w:rPr>
        <w:t>uz</w:t>
      </w:r>
      <w:proofErr w:type="spellEnd"/>
      <w:r w:rsidRPr="00B82C71">
        <w:rPr>
          <w:b/>
          <w:bCs/>
          <w:i/>
          <w:iCs/>
          <w:sz w:val="24"/>
          <w:szCs w:val="24"/>
        </w:rPr>
        <w:t xml:space="preserve"> e-</w:t>
      </w:r>
      <w:proofErr w:type="spellStart"/>
      <w:r w:rsidRPr="00B82C71">
        <w:rPr>
          <w:b/>
          <w:bCs/>
          <w:i/>
          <w:iCs/>
          <w:sz w:val="24"/>
          <w:szCs w:val="24"/>
        </w:rPr>
        <w:t>pastu</w:t>
      </w:r>
      <w:proofErr w:type="spellEnd"/>
      <w:r w:rsidRPr="00B82C71">
        <w:rPr>
          <w:b/>
          <w:bCs/>
          <w:i/>
          <w:iCs/>
          <w:sz w:val="24"/>
          <w:szCs w:val="24"/>
        </w:rPr>
        <w:t xml:space="preserve">: </w:t>
      </w:r>
      <w:hyperlink r:id="rId8" w:history="1">
        <w:r w:rsidRPr="00B82C71">
          <w:rPr>
            <w:rStyle w:val="Hyperlink"/>
            <w:b/>
            <w:bCs/>
            <w:i/>
            <w:iCs/>
            <w:sz w:val="24"/>
            <w:szCs w:val="24"/>
          </w:rPr>
          <w:t>ideahub@tsi.lv</w:t>
        </w:r>
      </w:hyperlink>
      <w:r w:rsidRPr="00B82C71">
        <w:rPr>
          <w:b/>
          <w:bCs/>
          <w:i/>
          <w:iCs/>
          <w:sz w:val="24"/>
          <w:szCs w:val="24"/>
        </w:rPr>
        <w:t xml:space="preserve"> </w:t>
      </w:r>
    </w:p>
    <w:sectPr w:rsidR="00CE25F6" w:rsidRPr="00B82C71" w:rsidSect="00034616">
      <w:headerReference w:type="default" r:id="rId9"/>
      <w:footerReference w:type="default" r:id="rId10"/>
      <w:pgSz w:w="12240" w:h="15840"/>
      <w:pgMar w:top="907"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5831B" w14:textId="77777777" w:rsidR="00496715" w:rsidRDefault="00496715">
      <w:pPr>
        <w:spacing w:after="0"/>
      </w:pPr>
      <w:r>
        <w:separator/>
      </w:r>
    </w:p>
  </w:endnote>
  <w:endnote w:type="continuationSeparator" w:id="0">
    <w:p w14:paraId="7CC68B1C" w14:textId="77777777" w:rsidR="00496715" w:rsidRDefault="004967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809518"/>
      <w:docPartObj>
        <w:docPartGallery w:val="Page Numbers (Bottom of Page)"/>
        <w:docPartUnique/>
      </w:docPartObj>
    </w:sdtPr>
    <w:sdtEndPr>
      <w:rPr>
        <w:noProof/>
      </w:rPr>
    </w:sdtEndPr>
    <w:sdtContent>
      <w:p w14:paraId="229AA424" w14:textId="0D2BA12F" w:rsidR="00B82C71" w:rsidRDefault="00B82C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C0D699" w14:textId="7349EC9F" w:rsidR="00CE25F6" w:rsidRDefault="00CE25F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4DFE6" w14:textId="77777777" w:rsidR="00496715" w:rsidRDefault="00496715">
      <w:pPr>
        <w:spacing w:after="0"/>
      </w:pPr>
      <w:r>
        <w:separator/>
      </w:r>
    </w:p>
  </w:footnote>
  <w:footnote w:type="continuationSeparator" w:id="0">
    <w:p w14:paraId="350F9249" w14:textId="77777777" w:rsidR="00496715" w:rsidRDefault="004967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87912" w14:textId="672113C7" w:rsidR="00CE25F6" w:rsidRDefault="00CE25F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D00727"/>
    <w:multiLevelType w:val="hybridMultilevel"/>
    <w:tmpl w:val="DB1434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97220934">
    <w:abstractNumId w:val="8"/>
  </w:num>
  <w:num w:numId="2" w16cid:durableId="404378049">
    <w:abstractNumId w:val="6"/>
  </w:num>
  <w:num w:numId="3" w16cid:durableId="1491172005">
    <w:abstractNumId w:val="5"/>
  </w:num>
  <w:num w:numId="4" w16cid:durableId="1465585524">
    <w:abstractNumId w:val="4"/>
  </w:num>
  <w:num w:numId="5" w16cid:durableId="616301371">
    <w:abstractNumId w:val="7"/>
  </w:num>
  <w:num w:numId="6" w16cid:durableId="1640915951">
    <w:abstractNumId w:val="3"/>
  </w:num>
  <w:num w:numId="7" w16cid:durableId="759369244">
    <w:abstractNumId w:val="2"/>
  </w:num>
  <w:num w:numId="8" w16cid:durableId="770508454">
    <w:abstractNumId w:val="1"/>
  </w:num>
  <w:num w:numId="9" w16cid:durableId="501815770">
    <w:abstractNumId w:val="0"/>
  </w:num>
  <w:num w:numId="10" w16cid:durableId="6612761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320F"/>
    <w:rsid w:val="00230940"/>
    <w:rsid w:val="002318E3"/>
    <w:rsid w:val="00272EB0"/>
    <w:rsid w:val="0029639D"/>
    <w:rsid w:val="00326F90"/>
    <w:rsid w:val="0035797D"/>
    <w:rsid w:val="0048529F"/>
    <w:rsid w:val="00496715"/>
    <w:rsid w:val="006B4525"/>
    <w:rsid w:val="006F7F36"/>
    <w:rsid w:val="009C0F1E"/>
    <w:rsid w:val="00A728B7"/>
    <w:rsid w:val="00AA1D8D"/>
    <w:rsid w:val="00AD498E"/>
    <w:rsid w:val="00B30944"/>
    <w:rsid w:val="00B47730"/>
    <w:rsid w:val="00B82C71"/>
    <w:rsid w:val="00CB0664"/>
    <w:rsid w:val="00CE25F6"/>
    <w:rsid w:val="00E11442"/>
    <w:rsid w:val="00E422CC"/>
    <w:rsid w:val="00F87A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C0C758"/>
  <w14:defaultImageDpi w14:val="300"/>
  <w15:docId w15:val="{E6E84BEE-8B36-4E04-B6A7-DD1877CE6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82C71"/>
    <w:rPr>
      <w:color w:val="0000FF" w:themeColor="hyperlink"/>
      <w:u w:val="single"/>
    </w:rPr>
  </w:style>
  <w:style w:type="character" w:styleId="UnresolvedMention">
    <w:name w:val="Unresolved Mention"/>
    <w:basedOn w:val="DefaultParagraphFont"/>
    <w:uiPriority w:val="99"/>
    <w:semiHidden/>
    <w:unhideWhenUsed/>
    <w:rsid w:val="00B82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eahub@ts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1385</TotalTime>
  <Pages>8</Pages>
  <Words>7692</Words>
  <Characters>4386</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Aija Rengarte</cp:lastModifiedBy>
  <cp:revision>4</cp:revision>
  <dcterms:created xsi:type="dcterms:W3CDTF">2026-10-12T16:42:00Z</dcterms:created>
  <dcterms:modified xsi:type="dcterms:W3CDTF">2026-10-13T16:24:00Z</dcterms:modified>
  <cp:category/>
</cp:coreProperties>
</file>